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D39" w:rsidRDefault="00C46D39" w:rsidP="00C46D39">
      <w:pPr>
        <w:pStyle w:val="NormalWeb"/>
      </w:pPr>
      <w:r>
        <w:rPr>
          <w:noProof/>
        </w:rPr>
        <w:drawing>
          <wp:anchor distT="0" distB="0" distL="114300" distR="114300" simplePos="0" relativeHeight="251658240" behindDoc="0" locked="0" layoutInCell="1" allowOverlap="1" wp14:anchorId="55E33DDF">
            <wp:simplePos x="0" y="0"/>
            <wp:positionH relativeFrom="column">
              <wp:posOffset>2266950</wp:posOffset>
            </wp:positionH>
            <wp:positionV relativeFrom="paragraph">
              <wp:posOffset>0</wp:posOffset>
            </wp:positionV>
            <wp:extent cx="1013460" cy="1197610"/>
            <wp:effectExtent l="0" t="0" r="0" b="2540"/>
            <wp:wrapSquare wrapText="bothSides"/>
            <wp:docPr id="4" name="Picture 4" descr="\\lps-data\staffhome$\sallen109.303\Downloads\longlands 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ps-data\staffhome$\sallen109.303\Downloads\longlands logo_fin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197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D7C59" w:rsidRDefault="00DD7C59"/>
    <w:p w:rsidR="00DD7C59" w:rsidRDefault="00DD7C59"/>
    <w:p w:rsidR="00DD7C59" w:rsidRDefault="00DD7C59"/>
    <w:p w:rsidR="00DD7C59" w:rsidRPr="00420F6B" w:rsidRDefault="00DD7C59" w:rsidP="00420F6B">
      <w:pPr>
        <w:jc w:val="center"/>
        <w:rPr>
          <w:sz w:val="44"/>
          <w:szCs w:val="44"/>
        </w:rPr>
      </w:pPr>
    </w:p>
    <w:p w:rsidR="00DD7C59" w:rsidRPr="00420F6B" w:rsidRDefault="00420F6B" w:rsidP="00420F6B">
      <w:pPr>
        <w:jc w:val="center"/>
        <w:rPr>
          <w:rFonts w:ascii="Sassoon Penpals" w:hAnsi="Sassoon Penpals"/>
          <w:sz w:val="44"/>
          <w:szCs w:val="44"/>
        </w:rPr>
      </w:pPr>
      <w:r w:rsidRPr="00420F6B">
        <w:rPr>
          <w:rFonts w:ascii="Sassoon Penpals" w:hAnsi="Sassoon Penpals"/>
          <w:sz w:val="44"/>
          <w:szCs w:val="44"/>
        </w:rPr>
        <w:t xml:space="preserve">Science Progression of </w:t>
      </w:r>
      <w:r w:rsidR="00156AAD">
        <w:rPr>
          <w:rFonts w:ascii="Sassoon Penpals" w:hAnsi="Sassoon Penpals"/>
          <w:sz w:val="44"/>
          <w:szCs w:val="44"/>
        </w:rPr>
        <w:t xml:space="preserve">Knowledge and </w:t>
      </w:r>
      <w:bookmarkStart w:id="0" w:name="_GoBack"/>
      <w:bookmarkEnd w:id="0"/>
      <w:r w:rsidRPr="00420F6B">
        <w:rPr>
          <w:rFonts w:ascii="Sassoon Penpals" w:hAnsi="Sassoon Penpals"/>
          <w:sz w:val="44"/>
          <w:szCs w:val="44"/>
        </w:rPr>
        <w:t>Skills – 2025-2027</w:t>
      </w:r>
    </w:p>
    <w:p w:rsidR="00DD7C59" w:rsidRDefault="00DD7C59"/>
    <w:tbl>
      <w:tblPr>
        <w:tblStyle w:val="TableGrid6"/>
        <w:tblW w:w="10745" w:type="dxa"/>
        <w:tblInd w:w="-998" w:type="dxa"/>
        <w:tblLook w:val="04A0" w:firstRow="1" w:lastRow="0" w:firstColumn="1" w:lastColumn="0" w:noHBand="0" w:noVBand="1"/>
      </w:tblPr>
      <w:tblGrid>
        <w:gridCol w:w="2035"/>
        <w:gridCol w:w="3934"/>
        <w:gridCol w:w="4776"/>
      </w:tblGrid>
      <w:tr w:rsidR="00DD7C59" w:rsidRPr="00F175F8" w:rsidTr="00C831C1">
        <w:tc>
          <w:tcPr>
            <w:tcW w:w="10745" w:type="dxa"/>
            <w:gridSpan w:val="3"/>
            <w:shd w:val="clear" w:color="auto" w:fill="00B0F0"/>
          </w:tcPr>
          <w:p w:rsidR="00DD7C59" w:rsidRPr="00F175F8" w:rsidRDefault="00DD7C59" w:rsidP="00DD7C59">
            <w:pPr>
              <w:jc w:val="center"/>
              <w:rPr>
                <w:rFonts w:ascii="Sassoon Penpals" w:hAnsi="Sassoon Penpals" w:cs="Times New Roman"/>
                <w:sz w:val="40"/>
                <w:szCs w:val="40"/>
              </w:rPr>
            </w:pPr>
            <w:r>
              <w:rPr>
                <w:rFonts w:ascii="Sassoon Penpals" w:hAnsi="Sassoon Penpals" w:cs="Times New Roman"/>
                <w:sz w:val="40"/>
                <w:szCs w:val="40"/>
              </w:rPr>
              <w:t>Reception</w:t>
            </w:r>
          </w:p>
        </w:tc>
      </w:tr>
      <w:tr w:rsidR="00261274" w:rsidRPr="00F175F8" w:rsidTr="00C831C1">
        <w:tc>
          <w:tcPr>
            <w:tcW w:w="2035" w:type="dxa"/>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Term</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Subject</w:t>
            </w:r>
          </w:p>
        </w:tc>
        <w:tc>
          <w:tcPr>
            <w:tcW w:w="3934" w:type="dxa"/>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Knowledge</w:t>
            </w:r>
          </w:p>
        </w:tc>
        <w:tc>
          <w:tcPr>
            <w:tcW w:w="4776" w:type="dxa"/>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Skills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Autumn 1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2025</w:t>
            </w:r>
          </w:p>
          <w:p w:rsidR="001B021A" w:rsidRPr="00871FC6" w:rsidRDefault="001B021A" w:rsidP="00261274">
            <w:pPr>
              <w:rPr>
                <w:rFonts w:ascii="Sassoon Penpals" w:hAnsi="Sassoon Penpals"/>
                <w:b/>
                <w:sz w:val="28"/>
                <w:szCs w:val="28"/>
              </w:rPr>
            </w:pPr>
            <w:r w:rsidRPr="00871FC6">
              <w:rPr>
                <w:rFonts w:ascii="Sassoon Penpals" w:hAnsi="Sassoon Penpals"/>
                <w:b/>
                <w:sz w:val="28"/>
                <w:szCs w:val="28"/>
              </w:rPr>
              <w:t>Seasonal Changes</w:t>
            </w:r>
          </w:p>
          <w:p w:rsidR="00261274" w:rsidRDefault="001B021A" w:rsidP="00261274">
            <w:pPr>
              <w:rPr>
                <w:rFonts w:ascii="Sassoon Penpals" w:hAnsi="Sassoon Penpals"/>
                <w:b/>
                <w:sz w:val="28"/>
                <w:szCs w:val="28"/>
              </w:rPr>
            </w:pPr>
            <w:r w:rsidRPr="00871FC6">
              <w:rPr>
                <w:rFonts w:ascii="Sassoon Penpals" w:hAnsi="Sassoon Penpals"/>
                <w:b/>
                <w:sz w:val="28"/>
                <w:szCs w:val="28"/>
              </w:rPr>
              <w:t>(</w:t>
            </w:r>
            <w:r w:rsidR="00CB3711" w:rsidRPr="00871FC6">
              <w:rPr>
                <w:rFonts w:ascii="Sassoon Penpals" w:hAnsi="Sassoon Penpals"/>
                <w:b/>
                <w:sz w:val="28"/>
                <w:szCs w:val="28"/>
              </w:rPr>
              <w:t>Physics</w:t>
            </w:r>
            <w:r w:rsidRPr="00871FC6">
              <w:rPr>
                <w:rFonts w:ascii="Sassoon Penpals" w:hAnsi="Sassoon Penpals"/>
                <w:b/>
                <w:sz w:val="28"/>
                <w:szCs w:val="28"/>
              </w:rPr>
              <w:t>)</w:t>
            </w:r>
          </w:p>
          <w:p w:rsidR="004C3F64" w:rsidRDefault="004C3F64" w:rsidP="00261274">
            <w:pPr>
              <w:rPr>
                <w:rFonts w:ascii="Sassoon Penpals" w:hAnsi="Sassoon Penpals"/>
                <w:sz w:val="28"/>
                <w:szCs w:val="28"/>
              </w:rPr>
            </w:pPr>
          </w:p>
          <w:p w:rsidR="004C3F64" w:rsidRPr="004C3F64" w:rsidRDefault="004C3F64" w:rsidP="004C3F64">
            <w:pPr>
              <w:spacing w:line="259" w:lineRule="auto"/>
              <w:rPr>
                <w:rFonts w:ascii="Sassoon Penpals" w:eastAsia="Calibri" w:hAnsi="Sassoon Penpals" w:cs="Calibri"/>
                <w:b/>
                <w:sz w:val="28"/>
                <w:szCs w:val="28"/>
                <w:lang w:val="en-GB"/>
              </w:rPr>
            </w:pPr>
            <w:r w:rsidRPr="004C3F64">
              <w:rPr>
                <w:rFonts w:ascii="Sassoon Penpals" w:eastAsia="Calibri" w:hAnsi="Sassoon Penpals" w:cs="Calibri"/>
                <w:b/>
                <w:sz w:val="28"/>
                <w:szCs w:val="28"/>
                <w:lang w:val="en-GB"/>
              </w:rPr>
              <w:t>Core Texts:</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The Colour Monster</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Elmer</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The Rainbow Fish</w:t>
            </w:r>
          </w:p>
          <w:p w:rsidR="004C3F64" w:rsidRPr="004C3F64" w:rsidRDefault="004C3F64" w:rsidP="004C3F64">
            <w:pPr>
              <w:spacing w:line="259" w:lineRule="auto"/>
              <w:rPr>
                <w:rFonts w:ascii="Sassoon Penpals" w:eastAsia="Calibri" w:hAnsi="Sassoon Penpals" w:cs="Calibri"/>
                <w:sz w:val="28"/>
                <w:szCs w:val="28"/>
                <w:lang w:val="en-GB"/>
              </w:rPr>
            </w:pPr>
            <w:r w:rsidRPr="004C3F64">
              <w:rPr>
                <w:rFonts w:ascii="Sassoon Penpals" w:eastAsia="Calibri" w:hAnsi="Sassoon Penpals" w:cs="Calibri"/>
                <w:sz w:val="28"/>
                <w:szCs w:val="28"/>
                <w:lang w:val="en-GB"/>
              </w:rPr>
              <w:t>Sassoon</w:t>
            </w:r>
          </w:p>
          <w:p w:rsidR="004C3F64" w:rsidRPr="00871FC6" w:rsidRDefault="004C3F64" w:rsidP="00261274">
            <w:pPr>
              <w:rPr>
                <w:rFonts w:ascii="Sassoon Penpals" w:hAnsi="Sassoon Penpals"/>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How do seasons affect the natural world around us?</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Key Vocabulary: season, Autumn, Winter, Spring, Summer, weather, changes</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Name the 4 seasons.</w:t>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br/>
              <w:t>Understand the effects of changing seasons on the natural world.</w:t>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br/>
              <w:t>Begin to describe what the seasons are like.</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simple questions about the seasons.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Observe and talk about seasonal changes in the environment.</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Create a seasons wheel to record observations.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Autumn 2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2025</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Night/Day Seasonal Changes</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Physics</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D1590" w:rsidRDefault="00F04C9C" w:rsidP="00F04C9C">
            <w:pPr>
              <w:rPr>
                <w:rFonts w:ascii="Sassoon Penpals" w:hAnsi="Sassoon Penpals" w:cstheme="minorHAnsi"/>
                <w:b/>
                <w:sz w:val="28"/>
                <w:szCs w:val="28"/>
              </w:rPr>
            </w:pPr>
            <w:r w:rsidRPr="00FD1590">
              <w:rPr>
                <w:rFonts w:ascii="Sassoon Penpals" w:hAnsi="Sassoon Penpals" w:cstheme="minorHAnsi"/>
                <w:b/>
                <w:sz w:val="28"/>
                <w:szCs w:val="28"/>
              </w:rPr>
              <w:t>Core Texts:</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Little Home Bird and The Very Last Leaf</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Owl Babies</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lastRenderedPageBreak/>
              <w:t>Night Monkey Day Monkey</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The Fox and the Star</w:t>
            </w:r>
          </w:p>
          <w:p w:rsidR="00F04C9C" w:rsidRPr="00FD1590" w:rsidRDefault="00F04C9C" w:rsidP="00F04C9C">
            <w:pPr>
              <w:rPr>
                <w:rFonts w:ascii="Sassoon Penpals" w:hAnsi="Sassoon Penpals" w:cstheme="minorHAnsi"/>
                <w:sz w:val="28"/>
                <w:szCs w:val="28"/>
              </w:rPr>
            </w:pPr>
            <w:r w:rsidRPr="00FD1590">
              <w:rPr>
                <w:rFonts w:ascii="Sassoon Penpals" w:hAnsi="Sassoon Penpals" w:cstheme="minorHAnsi"/>
                <w:sz w:val="28"/>
                <w:szCs w:val="28"/>
              </w:rPr>
              <w:t>How to Catch a Star</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lastRenderedPageBreak/>
              <w:t>Topic question: What happens in the sky at night and day?</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night, day, star, moon, sun, dark, light, orbit</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Understand why we have night and day.</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Know that stars are balls of burning gas.</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questions about day and night.</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Observe the sky at different times.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Begin to represent movement using simple drawings or discussions.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Spring 1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2026</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Space</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Physics</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Whatever Next</w:t>
            </w:r>
          </w:p>
          <w:p w:rsidR="00F04C9C" w:rsidRPr="00F04C9C" w:rsidRDefault="00F04C9C" w:rsidP="00F04C9C">
            <w:pPr>
              <w:spacing w:line="259" w:lineRule="auto"/>
              <w:rPr>
                <w:rFonts w:ascii="Sassoon Penpals" w:eastAsia="Calibri" w:hAnsi="Sassoon Penpals" w:cs="Calibri"/>
                <w:sz w:val="28"/>
                <w:szCs w:val="28"/>
                <w:lang w:val="en-GB"/>
              </w:rPr>
            </w:pPr>
            <w:proofErr w:type="spellStart"/>
            <w:r w:rsidRPr="00F04C9C">
              <w:rPr>
                <w:rFonts w:ascii="Sassoon Penpals" w:eastAsia="Calibri" w:hAnsi="Sassoon Penpals" w:cs="Calibri"/>
                <w:sz w:val="28"/>
                <w:szCs w:val="28"/>
                <w:lang w:val="en-GB"/>
              </w:rPr>
              <w:t>Beegu</w:t>
            </w:r>
            <w:proofErr w:type="spellEnd"/>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Way Back Home</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Aliens Love Underpants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A Planet Full of Plastic</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What is in space?</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Key Vocabulary: planet, Earth, moon, sun, orbit, gravity</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Begin to name the planets and understand their order.</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Know that planets orbit the sun.</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Understand the moon orbits Earth.</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Explore gravity.</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and answer questions about space.</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Investigate simple cause and effect (e.g. dropping objects).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Create simple diagrams to show orbits.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Spring 2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2026</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Dinosaurs</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Biology</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Dinosaur Roar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Tyrannosaurus Drip</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If I Had a Dinosaur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Saturday Night at the Dinosaur Stomp</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What can we learn from dinosaurs?</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dinosaur, herbivore, carnivore, omnivore, adapt, extinct</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Name different dinosaurs and their diets.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Understand animal adaptation and basic survival.</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Know there are different theories about dinosaur extinction.</w:t>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br/>
              <w:t>Begin to explore Charles Darwin and his ideas.</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Ask questions about the past.</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Sort dinosaurs by features.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Observe animal traits and link to environments.</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 xml:space="preserve">Summer 1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2026</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Minibeasts</w:t>
            </w:r>
          </w:p>
          <w:p w:rsidR="00261274"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Biology</w:t>
            </w:r>
            <w:r w:rsidRPr="00871FC6">
              <w:rPr>
                <w:rFonts w:ascii="Sassoon Penpals" w:hAnsi="Sassoon Penpals"/>
                <w:b/>
                <w:sz w:val="28"/>
                <w:szCs w:val="28"/>
              </w:rPr>
              <w:t>)</w:t>
            </w:r>
          </w:p>
          <w:p w:rsidR="00F04C9C" w:rsidRDefault="00F04C9C" w:rsidP="00261274">
            <w:pPr>
              <w:rPr>
                <w:rFonts w:ascii="Sassoon Penpals" w:hAnsi="Sassoon Penpals"/>
                <w:b/>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lastRenderedPageBreak/>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Mad About Minibeasts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Very Hungry Caterpillar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Very Busy Spider</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Bad-Tempered Ladybird</w:t>
            </w:r>
          </w:p>
          <w:p w:rsidR="00F04C9C" w:rsidRPr="00871FC6" w:rsidRDefault="00F04C9C" w:rsidP="00261274">
            <w:pPr>
              <w:rPr>
                <w:rFonts w:ascii="Sassoon Penpals" w:hAnsi="Sassoon Penpals"/>
                <w:b/>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lastRenderedPageBreak/>
              <w:t>Topic question: What do minibeasts and plants need to grow?</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life cycle, butterfly, frog, flower, seed, grow, insect</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Explore and describe life cycles (butterfly, frog).</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lastRenderedPageBreak/>
              <w:t>Identify and sort a range of minibeasts.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Begin to label parts of a flower.</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Know what plants need to grow.</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lastRenderedPageBreak/>
              <w:t>Order life cycles using diagrams.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lastRenderedPageBreak/>
              <w:t>Sort and classify minibeasts.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Ask questions and draw plants with key parts labelled.</w:t>
            </w:r>
          </w:p>
        </w:tc>
      </w:tr>
      <w:tr w:rsidR="00261274" w:rsidRPr="00F175F8" w:rsidTr="00C831C1">
        <w:tc>
          <w:tcPr>
            <w:tcW w:w="2035" w:type="dxa"/>
            <w:vMerge w:val="restart"/>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lastRenderedPageBreak/>
              <w:t xml:space="preserve">Summer 2 </w:t>
            </w:r>
          </w:p>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2026</w:t>
            </w:r>
          </w:p>
          <w:p w:rsidR="00797D70" w:rsidRPr="00871FC6" w:rsidRDefault="00797D70" w:rsidP="00261274">
            <w:pPr>
              <w:rPr>
                <w:rFonts w:ascii="Sassoon Penpals" w:hAnsi="Sassoon Penpals"/>
                <w:b/>
                <w:sz w:val="28"/>
                <w:szCs w:val="28"/>
              </w:rPr>
            </w:pPr>
            <w:r w:rsidRPr="00871FC6">
              <w:rPr>
                <w:rFonts w:ascii="Sassoon Penpals" w:hAnsi="Sassoon Penpals"/>
                <w:b/>
                <w:sz w:val="28"/>
                <w:szCs w:val="28"/>
              </w:rPr>
              <w:t>Materials</w:t>
            </w:r>
          </w:p>
          <w:p w:rsidR="00F04C9C" w:rsidRDefault="00797D70" w:rsidP="00261274">
            <w:pPr>
              <w:rPr>
                <w:rFonts w:ascii="Sassoon Penpals" w:hAnsi="Sassoon Penpals"/>
                <w:b/>
                <w:sz w:val="28"/>
                <w:szCs w:val="28"/>
              </w:rPr>
            </w:pPr>
            <w:r w:rsidRPr="00871FC6">
              <w:rPr>
                <w:rFonts w:ascii="Sassoon Penpals" w:hAnsi="Sassoon Penpals"/>
                <w:b/>
                <w:sz w:val="28"/>
                <w:szCs w:val="28"/>
              </w:rPr>
              <w:t>(</w:t>
            </w:r>
            <w:r w:rsidR="00261274" w:rsidRPr="00871FC6">
              <w:rPr>
                <w:rFonts w:ascii="Sassoon Penpals" w:hAnsi="Sassoon Penpals"/>
                <w:b/>
                <w:sz w:val="28"/>
                <w:szCs w:val="28"/>
              </w:rPr>
              <w:t>Chemistry</w:t>
            </w:r>
            <w:r w:rsidRPr="00871FC6">
              <w:rPr>
                <w:rFonts w:ascii="Sassoon Penpals" w:hAnsi="Sassoon Penpals"/>
                <w:b/>
                <w:sz w:val="28"/>
                <w:szCs w:val="28"/>
              </w:rPr>
              <w:t>)</w:t>
            </w:r>
          </w:p>
          <w:p w:rsidR="00261274" w:rsidRDefault="00261274" w:rsidP="00F04C9C">
            <w:pPr>
              <w:rPr>
                <w:rFonts w:ascii="Sassoon Penpals" w:hAnsi="Sassoon Penpals"/>
                <w:sz w:val="28"/>
                <w:szCs w:val="28"/>
              </w:rPr>
            </w:pPr>
          </w:p>
          <w:p w:rsidR="00F04C9C" w:rsidRPr="00F04C9C" w:rsidRDefault="00F04C9C" w:rsidP="00F04C9C">
            <w:pPr>
              <w:spacing w:line="259" w:lineRule="auto"/>
              <w:rPr>
                <w:rFonts w:ascii="Sassoon Penpals" w:eastAsia="Calibri" w:hAnsi="Sassoon Penpals" w:cs="Calibri"/>
                <w:b/>
                <w:sz w:val="28"/>
                <w:szCs w:val="28"/>
                <w:lang w:val="en-GB"/>
              </w:rPr>
            </w:pPr>
            <w:r w:rsidRPr="00F04C9C">
              <w:rPr>
                <w:rFonts w:ascii="Sassoon Penpals" w:eastAsia="Calibri" w:hAnsi="Sassoon Penpals" w:cs="Calibri"/>
                <w:b/>
                <w:sz w:val="28"/>
                <w:szCs w:val="28"/>
                <w:lang w:val="en-GB"/>
              </w:rPr>
              <w:t>Core Texts: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Three Little Pigs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Jack and the Beanstalk</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Goldilocks and the Three Bears</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Gingerbread Man</w:t>
            </w:r>
          </w:p>
          <w:p w:rsidR="00F04C9C" w:rsidRPr="00F04C9C" w:rsidRDefault="00F04C9C" w:rsidP="00F04C9C">
            <w:pPr>
              <w:spacing w:line="259" w:lineRule="auto"/>
              <w:rPr>
                <w:rFonts w:ascii="Sassoon Penpals" w:eastAsia="Calibri" w:hAnsi="Sassoon Penpals" w:cs="Calibri"/>
                <w:sz w:val="28"/>
                <w:szCs w:val="28"/>
                <w:lang w:val="en-GB"/>
              </w:rPr>
            </w:pPr>
            <w:r w:rsidRPr="00F04C9C">
              <w:rPr>
                <w:rFonts w:ascii="Sassoon Penpals" w:eastAsia="Calibri" w:hAnsi="Sassoon Penpals" w:cs="Calibri"/>
                <w:sz w:val="28"/>
                <w:szCs w:val="28"/>
                <w:lang w:val="en-GB"/>
              </w:rPr>
              <w:t>The Enormous Turnip</w:t>
            </w:r>
          </w:p>
          <w:p w:rsidR="00F04C9C" w:rsidRPr="00F04C9C" w:rsidRDefault="00F04C9C" w:rsidP="00F04C9C">
            <w:pPr>
              <w:rPr>
                <w:rFonts w:ascii="Sassoon Penpals" w:hAnsi="Sassoon Penpals"/>
                <w:sz w:val="28"/>
                <w:szCs w:val="28"/>
              </w:rPr>
            </w:pPr>
          </w:p>
        </w:tc>
        <w:tc>
          <w:tcPr>
            <w:tcW w:w="8710" w:type="dxa"/>
            <w:gridSpan w:val="2"/>
          </w:tcPr>
          <w:p w:rsidR="00261274" w:rsidRPr="00871FC6" w:rsidRDefault="00261274" w:rsidP="00261274">
            <w:pPr>
              <w:rPr>
                <w:rFonts w:ascii="Sassoon Penpals" w:hAnsi="Sassoon Penpals"/>
                <w:b/>
                <w:sz w:val="28"/>
                <w:szCs w:val="28"/>
              </w:rPr>
            </w:pPr>
            <w:r w:rsidRPr="00871FC6">
              <w:rPr>
                <w:rFonts w:ascii="Sassoon Penpals" w:hAnsi="Sassoon Penpals"/>
                <w:b/>
                <w:sz w:val="28"/>
                <w:szCs w:val="28"/>
              </w:rPr>
              <w:t>Topic question: What are things made of and why?</w:t>
            </w:r>
          </w:p>
          <w:p w:rsidR="00261274" w:rsidRPr="00871FC6" w:rsidRDefault="00261274" w:rsidP="00261274">
            <w:pPr>
              <w:rPr>
                <w:rFonts w:ascii="Sassoon Penpals" w:hAnsi="Sassoon Penpals"/>
                <w:sz w:val="28"/>
                <w:szCs w:val="28"/>
              </w:rPr>
            </w:pPr>
            <w:r w:rsidRPr="00871FC6">
              <w:rPr>
                <w:rFonts w:ascii="Sassoon Penpals" w:hAnsi="Sassoon Penpals"/>
                <w:b/>
                <w:sz w:val="28"/>
                <w:szCs w:val="28"/>
              </w:rPr>
              <w:t>Key Vocabulary: solid, liquid, gas, material, wood, plastic, glass</w:t>
            </w:r>
          </w:p>
        </w:tc>
      </w:tr>
      <w:tr w:rsidR="00261274" w:rsidRPr="00F175F8" w:rsidTr="00C831C1">
        <w:tc>
          <w:tcPr>
            <w:tcW w:w="2035" w:type="dxa"/>
            <w:vMerge/>
          </w:tcPr>
          <w:p w:rsidR="00261274" w:rsidRPr="00871FC6" w:rsidRDefault="00261274" w:rsidP="00261274">
            <w:pPr>
              <w:rPr>
                <w:rFonts w:ascii="Sassoon Penpals" w:hAnsi="Sassoon Penpals" w:cs="Times New Roman"/>
                <w:sz w:val="28"/>
                <w:szCs w:val="28"/>
              </w:rPr>
            </w:pPr>
          </w:p>
        </w:tc>
        <w:tc>
          <w:tcPr>
            <w:tcW w:w="3934"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Talk about solids, liquids and gases.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Sort materials into categories.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Understand why materials are chosen for different purposes.</w:t>
            </w:r>
          </w:p>
        </w:tc>
        <w:tc>
          <w:tcPr>
            <w:tcW w:w="4776" w:type="dxa"/>
          </w:tcPr>
          <w:p w:rsidR="00261274" w:rsidRPr="00871FC6" w:rsidRDefault="00261274" w:rsidP="00261274">
            <w:pPr>
              <w:rPr>
                <w:rFonts w:ascii="Sassoon Penpals" w:hAnsi="Sassoon Penpals"/>
                <w:sz w:val="28"/>
                <w:szCs w:val="28"/>
              </w:rPr>
            </w:pPr>
            <w:r w:rsidRPr="00871FC6">
              <w:rPr>
                <w:rFonts w:ascii="Sassoon Penpals" w:hAnsi="Sassoon Penpals"/>
                <w:sz w:val="28"/>
                <w:szCs w:val="28"/>
              </w:rPr>
              <w:t>Group materials by properties.</w:t>
            </w:r>
            <w:r w:rsidRPr="00871FC6">
              <w:rPr>
                <w:rFonts w:ascii="Sassoon Penpals" w:hAnsi="Sassoon Penpals"/>
                <w:sz w:val="28"/>
                <w:szCs w:val="28"/>
              </w:rPr>
              <w:br/>
            </w:r>
          </w:p>
          <w:p w:rsidR="00261274" w:rsidRPr="00871FC6" w:rsidRDefault="00261274" w:rsidP="00261274">
            <w:pPr>
              <w:rPr>
                <w:rFonts w:ascii="Sassoon Penpals" w:hAnsi="Sassoon Penpals"/>
                <w:sz w:val="28"/>
                <w:szCs w:val="28"/>
              </w:rPr>
            </w:pPr>
            <w:r w:rsidRPr="00871FC6">
              <w:rPr>
                <w:rFonts w:ascii="Sassoon Penpals" w:hAnsi="Sassoon Penpals"/>
                <w:sz w:val="28"/>
                <w:szCs w:val="28"/>
              </w:rPr>
              <w:t>Explore properties through hands-on tasks.</w:t>
            </w:r>
            <w:r w:rsidRPr="00871FC6">
              <w:rPr>
                <w:rFonts w:ascii="Sassoon Penpals" w:hAnsi="Sassoon Penpals"/>
                <w:sz w:val="28"/>
                <w:szCs w:val="28"/>
              </w:rPr>
              <w:br/>
            </w:r>
          </w:p>
          <w:p w:rsidR="00261274" w:rsidRPr="00871FC6" w:rsidRDefault="00261274" w:rsidP="00261274">
            <w:pPr>
              <w:rPr>
                <w:rFonts w:ascii="Sassoon Penpals" w:hAnsi="Sassoon Penpals" w:cs="Times New Roman"/>
                <w:sz w:val="28"/>
                <w:szCs w:val="28"/>
              </w:rPr>
            </w:pPr>
            <w:r w:rsidRPr="00871FC6">
              <w:rPr>
                <w:rFonts w:ascii="Sassoon Penpals" w:hAnsi="Sassoon Penpals"/>
                <w:sz w:val="28"/>
                <w:szCs w:val="28"/>
              </w:rPr>
              <w:t>Ask questions about material choices (e.g. why a cup isn’t made of paper).</w:t>
            </w:r>
          </w:p>
        </w:tc>
      </w:tr>
    </w:tbl>
    <w:tbl>
      <w:tblPr>
        <w:tblStyle w:val="TableGrid5"/>
        <w:tblW w:w="10745" w:type="dxa"/>
        <w:tblInd w:w="-998" w:type="dxa"/>
        <w:tblLook w:val="04A0" w:firstRow="1" w:lastRow="0" w:firstColumn="1" w:lastColumn="0" w:noHBand="0" w:noVBand="1"/>
      </w:tblPr>
      <w:tblGrid>
        <w:gridCol w:w="2035"/>
        <w:gridCol w:w="3939"/>
        <w:gridCol w:w="4771"/>
      </w:tblGrid>
      <w:tr w:rsidR="00DD7C59" w:rsidRPr="00F175F8" w:rsidTr="00C831C1">
        <w:tc>
          <w:tcPr>
            <w:tcW w:w="10745" w:type="dxa"/>
            <w:gridSpan w:val="3"/>
            <w:shd w:val="clear" w:color="auto" w:fill="00B0F0"/>
          </w:tcPr>
          <w:p w:rsidR="00DD7C59" w:rsidRPr="00F175F8" w:rsidRDefault="00DD7C59" w:rsidP="00DD7C59">
            <w:pPr>
              <w:jc w:val="center"/>
              <w:rPr>
                <w:rFonts w:ascii="Sassoon Penpals" w:hAnsi="Sassoon Penpals" w:cs="Times New Roman"/>
                <w:sz w:val="40"/>
                <w:szCs w:val="40"/>
              </w:rPr>
            </w:pPr>
            <w:r>
              <w:rPr>
                <w:rFonts w:ascii="Sassoon Penpals" w:hAnsi="Sassoon Penpals" w:cs="Times New Roman"/>
                <w:sz w:val="40"/>
                <w:szCs w:val="40"/>
              </w:rPr>
              <w:t>Year 1/2</w:t>
            </w:r>
          </w:p>
        </w:tc>
      </w:tr>
      <w:tr w:rsidR="00DD7C59" w:rsidRPr="00F175F8" w:rsidTr="00C831C1">
        <w:tc>
          <w:tcPr>
            <w:tcW w:w="2035" w:type="dxa"/>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39" w:type="dxa"/>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771" w:type="dxa"/>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Autumn 1 2025</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Materials</w:t>
            </w:r>
          </w:p>
          <w:p w:rsidR="00DD7C59"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DD7C59" w:rsidRPr="00871FC6">
              <w:rPr>
                <w:rFonts w:ascii="Sassoon Penpals" w:hAnsi="Sassoon Penpals" w:cs="Times New Roman"/>
                <w:b/>
                <w:sz w:val="28"/>
                <w:szCs w:val="28"/>
              </w:rPr>
              <w:t>Chemistry</w:t>
            </w:r>
            <w:r w:rsidRPr="00871FC6">
              <w:rPr>
                <w:rFonts w:ascii="Sassoon Penpals" w:hAnsi="Sassoon Penpals" w:cs="Times New Roman"/>
                <w:b/>
                <w:sz w:val="28"/>
                <w:szCs w:val="28"/>
              </w:rPr>
              <w:t>)</w:t>
            </w:r>
          </w:p>
          <w:p w:rsidR="00F04C9C" w:rsidRDefault="00F04C9C" w:rsidP="00DD7C59">
            <w:pPr>
              <w:rPr>
                <w:rFonts w:ascii="Sassoon Penpals"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The adventures of Eggbox Dragon</w:t>
            </w:r>
          </w:p>
          <w:p w:rsidR="00F04C9C" w:rsidRPr="00871FC6" w:rsidRDefault="00F04C9C" w:rsidP="00DD7C59">
            <w:pPr>
              <w:rPr>
                <w:rFonts w:ascii="Sassoon Penpals" w:hAnsi="Sassoon Penpals" w:cs="Times New Roman"/>
                <w:sz w:val="28"/>
                <w:szCs w:val="28"/>
              </w:rPr>
            </w:pPr>
          </w:p>
        </w:tc>
        <w:tc>
          <w:tcPr>
            <w:tcW w:w="8710" w:type="dxa"/>
            <w:gridSpan w:val="2"/>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What different materials can we find around us?</w:t>
            </w:r>
          </w:p>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346EE0" w:rsidRPr="00871FC6">
              <w:rPr>
                <w:rFonts w:ascii="Sassoon Penpals" w:hAnsi="Sassoon Penpals" w:cs="Times New Roman"/>
                <w:b/>
                <w:sz w:val="28"/>
                <w:szCs w:val="28"/>
              </w:rPr>
              <w:t>material, object, dull shiny, rough, hard, smooth, stretchy, stiff, bendy, absorbent, waterproof, transparent</w:t>
            </w:r>
          </w:p>
        </w:tc>
      </w:tr>
      <w:tr w:rsidR="00DD7C59" w:rsidRPr="00F175F8" w:rsidTr="00C831C1">
        <w:tc>
          <w:tcPr>
            <w:tcW w:w="2035" w:type="dxa"/>
            <w:vMerge/>
          </w:tcPr>
          <w:p w:rsidR="00DD7C59" w:rsidRPr="00871FC6" w:rsidRDefault="00DD7C59" w:rsidP="00DD7C59">
            <w:pPr>
              <w:rPr>
                <w:rFonts w:ascii="Sassoon Penpals" w:hAnsi="Sassoon Penpals" w:cs="Times New Roman"/>
                <w:sz w:val="28"/>
                <w:szCs w:val="28"/>
              </w:rPr>
            </w:pPr>
          </w:p>
        </w:tc>
        <w:tc>
          <w:tcPr>
            <w:tcW w:w="3939" w:type="dxa"/>
          </w:tcPr>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discuss the uses of different </w:t>
            </w:r>
            <w:proofErr w:type="spellStart"/>
            <w:r w:rsidRPr="00871FC6">
              <w:rPr>
                <w:rFonts w:ascii="Sassoon Penpals" w:hAnsi="Sassoon Penpals" w:cs="Times New Roman"/>
                <w:sz w:val="28"/>
                <w:szCs w:val="28"/>
              </w:rPr>
              <w:t>everyday</w:t>
            </w:r>
            <w:proofErr w:type="spellEnd"/>
            <w:r w:rsidRPr="00871FC6">
              <w:rPr>
                <w:rFonts w:ascii="Sassoon Penpals" w:hAnsi="Sassoon Penpals" w:cs="Times New Roman"/>
                <w:sz w:val="28"/>
                <w:szCs w:val="28"/>
              </w:rPr>
              <w:t xml:space="preserve"> to become familiar with how materials are used. </w:t>
            </w:r>
          </w:p>
          <w:p w:rsidR="00346EE0" w:rsidRPr="00871FC6" w:rsidRDefault="00346EE0" w:rsidP="00DD7C59">
            <w:pPr>
              <w:rPr>
                <w:rFonts w:ascii="Sassoon Penpals" w:hAnsi="Sassoon Penpals" w:cs="Times New Roman"/>
                <w:sz w:val="28"/>
                <w:szCs w:val="28"/>
              </w:rPr>
            </w:pPr>
          </w:p>
          <w:p w:rsidR="00DD7C59"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Discuss the simple properties of everyday materials that make them suitable or unsuitable for particular purposes. </w:t>
            </w:r>
          </w:p>
        </w:tc>
        <w:tc>
          <w:tcPr>
            <w:tcW w:w="4771" w:type="dxa"/>
          </w:tcPr>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Asking simple questions to distinguish between an object and the material from which it is made. </w:t>
            </w:r>
          </w:p>
          <w:p w:rsidR="00346EE0" w:rsidRPr="00871FC6" w:rsidRDefault="00346EE0" w:rsidP="00DD7C59">
            <w:pPr>
              <w:rPr>
                <w:rFonts w:ascii="Sassoon Penpals" w:hAnsi="Sassoon Penpals" w:cs="Times New Roman"/>
                <w:sz w:val="28"/>
                <w:szCs w:val="28"/>
              </w:rPr>
            </w:pPr>
          </w:p>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Observing closely to describe the simple physical properties of a variety of everyday materials. </w:t>
            </w:r>
          </w:p>
          <w:p w:rsidR="00346EE0" w:rsidRPr="00871FC6" w:rsidRDefault="00346EE0" w:rsidP="00DD7C59">
            <w:pPr>
              <w:rPr>
                <w:rFonts w:ascii="Sassoon Penpals" w:hAnsi="Sassoon Penpals" w:cs="Times New Roman"/>
                <w:sz w:val="28"/>
                <w:szCs w:val="28"/>
              </w:rPr>
            </w:pPr>
          </w:p>
          <w:p w:rsidR="00346EE0"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 xml:space="preserve">Performing simple tests to understand different materials and their purpose. Identify, classify and distinguish a variety of everyday materials, including wood, plastic, glass, metal, water and rock. </w:t>
            </w:r>
          </w:p>
          <w:p w:rsidR="00346EE0" w:rsidRPr="00871FC6" w:rsidRDefault="00346EE0" w:rsidP="00DD7C59">
            <w:pPr>
              <w:rPr>
                <w:rFonts w:ascii="Sassoon Penpals" w:hAnsi="Sassoon Penpals" w:cs="Times New Roman"/>
                <w:sz w:val="28"/>
                <w:szCs w:val="28"/>
              </w:rPr>
            </w:pPr>
          </w:p>
          <w:p w:rsidR="00DD7C59" w:rsidRPr="00871FC6" w:rsidRDefault="00346EE0" w:rsidP="00DD7C59">
            <w:pPr>
              <w:rPr>
                <w:rFonts w:ascii="Sassoon Penpals" w:hAnsi="Sassoon Penpals" w:cs="Times New Roman"/>
                <w:sz w:val="28"/>
                <w:szCs w:val="28"/>
              </w:rPr>
            </w:pPr>
            <w:r w:rsidRPr="00871FC6">
              <w:rPr>
                <w:rFonts w:ascii="Sassoon Penpals" w:hAnsi="Sassoon Penpals" w:cs="Times New Roman"/>
                <w:sz w:val="28"/>
                <w:szCs w:val="28"/>
              </w:rPr>
              <w:t>Gathering and recording data to compare and group together a variety of everyday materials on the basis of their simple physical properties.</w:t>
            </w:r>
          </w:p>
          <w:p w:rsidR="00797D70" w:rsidRPr="00871FC6" w:rsidRDefault="00797D70" w:rsidP="00DD7C59">
            <w:pPr>
              <w:rPr>
                <w:rFonts w:ascii="Sassoon Penpals" w:hAnsi="Sassoon Penpals" w:cs="Times New Roman"/>
                <w:sz w:val="28"/>
                <w:szCs w:val="28"/>
              </w:rPr>
            </w:pPr>
          </w:p>
          <w:p w:rsidR="00797D70" w:rsidRPr="00871FC6" w:rsidRDefault="00797D70" w:rsidP="00DD7C59">
            <w:pPr>
              <w:rPr>
                <w:rFonts w:ascii="Sassoon Penpals"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Autumn 2 2025</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Materials</w:t>
            </w:r>
          </w:p>
          <w:p w:rsidR="00DD7C59"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BB15DB" w:rsidRPr="00871FC6">
              <w:rPr>
                <w:rFonts w:ascii="Sassoon Penpals" w:hAnsi="Sassoon Penpals" w:cs="Times New Roman"/>
                <w:b/>
                <w:sz w:val="28"/>
                <w:szCs w:val="28"/>
              </w:rPr>
              <w:t>Chemistry</w:t>
            </w:r>
            <w:r w:rsidRPr="00871FC6">
              <w:rPr>
                <w:rFonts w:ascii="Sassoon Penpals" w:hAnsi="Sassoon Penpals" w:cs="Times New Roman"/>
                <w:b/>
                <w:sz w:val="28"/>
                <w:szCs w:val="28"/>
              </w:rPr>
              <w:t>)</w:t>
            </w:r>
          </w:p>
          <w:p w:rsidR="003107B4" w:rsidRDefault="003107B4" w:rsidP="00DD7C59">
            <w:pPr>
              <w:rPr>
                <w:rFonts w:ascii="Sassoon Penpals" w:hAnsi="Sassoon Penpals" w:cs="Times New Roman"/>
                <w:b/>
                <w:sz w:val="28"/>
                <w:szCs w:val="28"/>
              </w:rPr>
            </w:pPr>
          </w:p>
          <w:p w:rsidR="003107B4" w:rsidRPr="00FD1590" w:rsidRDefault="003107B4" w:rsidP="003107B4">
            <w:pPr>
              <w:jc w:val="both"/>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jc w:val="both"/>
              <w:rPr>
                <w:rFonts w:ascii="Sassoon Penpals" w:hAnsi="Sassoon Penpals"/>
                <w:b/>
                <w:sz w:val="28"/>
                <w:szCs w:val="28"/>
              </w:rPr>
            </w:pPr>
            <w:r w:rsidRPr="00FD1590">
              <w:rPr>
                <w:rFonts w:ascii="Sassoon Penpals" w:hAnsi="Sassoon Penpals"/>
                <w:b/>
                <w:sz w:val="28"/>
                <w:szCs w:val="28"/>
              </w:rPr>
              <w:t>Traction man</w:t>
            </w:r>
          </w:p>
          <w:p w:rsidR="003107B4" w:rsidRPr="00871FC6" w:rsidRDefault="003107B4" w:rsidP="00DD7C59">
            <w:pPr>
              <w:rPr>
                <w:rFonts w:ascii="Sassoon Penpals" w:hAnsi="Sassoon Penpals" w:cs="Times New Roman"/>
                <w:b/>
                <w:sz w:val="28"/>
                <w:szCs w:val="28"/>
              </w:rPr>
            </w:pPr>
          </w:p>
        </w:tc>
        <w:tc>
          <w:tcPr>
            <w:tcW w:w="8710" w:type="dxa"/>
            <w:gridSpan w:val="2"/>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BB15DB" w:rsidRPr="00871FC6">
              <w:rPr>
                <w:rFonts w:ascii="Sassoon Penpals" w:hAnsi="Sassoon Penpals" w:cs="Times New Roman"/>
                <w:b/>
                <w:sz w:val="28"/>
                <w:szCs w:val="28"/>
              </w:rPr>
              <w:t>Which material is most suitable?</w:t>
            </w:r>
          </w:p>
          <w:p w:rsidR="00DD7C59" w:rsidRPr="00871FC6" w:rsidRDefault="00DD7C59"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9D5FB7" w:rsidRPr="00871FC6">
              <w:rPr>
                <w:rFonts w:ascii="Sassoon Penpals" w:hAnsi="Sassoon Penpals" w:cs="Times New Roman"/>
                <w:b/>
                <w:sz w:val="28"/>
                <w:szCs w:val="28"/>
              </w:rPr>
              <w:t>squashing, bending, twisting and stretching, waterproof, floating/sinking, transparent/opaque, hard/soft, rigid/flexible</w:t>
            </w:r>
          </w:p>
        </w:tc>
      </w:tr>
      <w:tr w:rsidR="00DD7C59" w:rsidRPr="00F175F8" w:rsidTr="00C831C1">
        <w:tc>
          <w:tcPr>
            <w:tcW w:w="2035" w:type="dxa"/>
            <w:vMerge/>
          </w:tcPr>
          <w:p w:rsidR="00DD7C59" w:rsidRPr="00871FC6" w:rsidRDefault="00DD7C59" w:rsidP="00DD7C59">
            <w:pPr>
              <w:rPr>
                <w:rFonts w:ascii="Sassoon Penpals" w:hAnsi="Sassoon Penpals" w:cs="Times New Roman"/>
                <w:sz w:val="28"/>
                <w:szCs w:val="28"/>
              </w:rPr>
            </w:pPr>
          </w:p>
        </w:tc>
        <w:tc>
          <w:tcPr>
            <w:tcW w:w="3939" w:type="dxa"/>
          </w:tcPr>
          <w:p w:rsidR="00DD7C59" w:rsidRPr="00871FC6" w:rsidRDefault="009D5FB7" w:rsidP="00DD7C59">
            <w:pPr>
              <w:rPr>
                <w:rFonts w:ascii="Sassoon Penpals" w:hAnsi="Sassoon Penpals" w:cs="Times New Roman"/>
                <w:sz w:val="28"/>
                <w:szCs w:val="28"/>
              </w:rPr>
            </w:pPr>
            <w:r w:rsidRPr="00871FC6">
              <w:rPr>
                <w:rFonts w:ascii="Sassoon Penpals" w:hAnsi="Sassoon Penpals" w:cs="Times New Roman"/>
                <w:sz w:val="28"/>
                <w:szCs w:val="28"/>
              </w:rPr>
              <w:t>Understand what material an object is made from (wood, metal, plastic, glass, brick, rock, paper and cardboard) and to know</w:t>
            </w:r>
            <w:r w:rsidR="00E25932" w:rsidRPr="00871FC6">
              <w:rPr>
                <w:rFonts w:ascii="Sassoon Penpals" w:hAnsi="Sassoon Penpals" w:cs="Times New Roman"/>
                <w:sz w:val="28"/>
                <w:szCs w:val="28"/>
              </w:rPr>
              <w:t xml:space="preserve"> some materials are used for more than one thing.</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Know the properties and the uses of different materials – waterproof, floating/sinking, transparent/opaque, hard/soft and rigid/flexible.</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Know some materials are suitable/unsuitable for particular purposes.</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Know that different materials can be used for the same thing.</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Explore how the shapes of solid objects made from some materials can be changed by squashing, bending, twisting and stretching.</w:t>
            </w:r>
          </w:p>
        </w:tc>
        <w:tc>
          <w:tcPr>
            <w:tcW w:w="4771" w:type="dxa"/>
          </w:tcPr>
          <w:p w:rsidR="00DD7C59"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Ask questions about the uses of different everyday materials to know how some materials are used for more than one thing.</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Identify and classify properties of materials that make them suitable or unsuitable for particular purposes.</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Perform a simple test and record findings to source the best material for a particular purpose.</w:t>
            </w:r>
          </w:p>
          <w:p w:rsidR="00E25932" w:rsidRPr="00871FC6" w:rsidRDefault="00E25932" w:rsidP="00DD7C59">
            <w:pPr>
              <w:rPr>
                <w:rFonts w:ascii="Sassoon Penpals" w:hAnsi="Sassoon Penpals" w:cs="Times New Roman"/>
                <w:sz w:val="28"/>
                <w:szCs w:val="28"/>
              </w:rPr>
            </w:pPr>
          </w:p>
          <w:p w:rsidR="00E25932" w:rsidRPr="00871FC6" w:rsidRDefault="00E25932"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Observe how materials react through manipulation. </w:t>
            </w:r>
          </w:p>
        </w:tc>
      </w:tr>
      <w:tr w:rsidR="00DD7C59" w:rsidRPr="00F175F8" w:rsidTr="003107B4">
        <w:tc>
          <w:tcPr>
            <w:tcW w:w="2035" w:type="dxa"/>
            <w:vMerge w:val="restart"/>
            <w:shd w:val="clear" w:color="auto" w:fill="A6A6A6" w:themeFill="background1" w:themeFillShade="A6"/>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Spring 1 2026</w:t>
            </w:r>
          </w:p>
        </w:tc>
        <w:tc>
          <w:tcPr>
            <w:tcW w:w="8710" w:type="dxa"/>
            <w:gridSpan w:val="2"/>
            <w:shd w:val="clear" w:color="auto" w:fill="A6A6A6" w:themeFill="background1" w:themeFillShade="A6"/>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 </w:t>
            </w:r>
          </w:p>
        </w:tc>
      </w:tr>
      <w:tr w:rsidR="00DD7C59" w:rsidRPr="00F175F8" w:rsidTr="003107B4">
        <w:tc>
          <w:tcPr>
            <w:tcW w:w="2035" w:type="dxa"/>
            <w:vMerge/>
            <w:shd w:val="clear" w:color="auto" w:fill="A6A6A6" w:themeFill="background1" w:themeFillShade="A6"/>
          </w:tcPr>
          <w:p w:rsidR="00DD7C59" w:rsidRPr="00871FC6" w:rsidRDefault="00DD7C59" w:rsidP="00DD7C59">
            <w:pPr>
              <w:rPr>
                <w:rFonts w:ascii="Sassoon Penpals" w:hAnsi="Sassoon Penpals" w:cs="Times New Roman"/>
                <w:sz w:val="28"/>
                <w:szCs w:val="28"/>
              </w:rPr>
            </w:pPr>
          </w:p>
        </w:tc>
        <w:tc>
          <w:tcPr>
            <w:tcW w:w="3939" w:type="dxa"/>
            <w:shd w:val="clear" w:color="auto" w:fill="A6A6A6" w:themeFill="background1" w:themeFillShade="A6"/>
          </w:tcPr>
          <w:p w:rsidR="00DD7C59" w:rsidRPr="00871FC6" w:rsidRDefault="00DD7C59" w:rsidP="00DD7C59">
            <w:pPr>
              <w:rPr>
                <w:rFonts w:ascii="Sassoon Penpals" w:hAnsi="Sassoon Penpals" w:cs="Times New Roman"/>
                <w:sz w:val="28"/>
                <w:szCs w:val="28"/>
              </w:rPr>
            </w:pPr>
          </w:p>
        </w:tc>
        <w:tc>
          <w:tcPr>
            <w:tcW w:w="4771" w:type="dxa"/>
            <w:shd w:val="clear" w:color="auto" w:fill="A6A6A6" w:themeFill="background1" w:themeFillShade="A6"/>
          </w:tcPr>
          <w:p w:rsidR="00DD7C59" w:rsidRPr="00871FC6" w:rsidRDefault="00DD7C59" w:rsidP="00DD7C59">
            <w:pPr>
              <w:rPr>
                <w:rFonts w:ascii="Sassoon Penpals"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Spring 2 2026</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Animals including humans</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DD7C59"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DD7C59"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CC32E6" w:rsidRPr="00871FC6" w:rsidRDefault="00CC32E6" w:rsidP="00CC32E6">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Can you identify an animal from each animal group?</w:t>
            </w:r>
          </w:p>
          <w:p w:rsidR="00DD7C59" w:rsidRPr="00871FC6" w:rsidRDefault="00CC32E6" w:rsidP="00CC32E6">
            <w:pPr>
              <w:rPr>
                <w:rFonts w:ascii="Sassoon Penpals" w:hAnsi="Sassoon Penpals" w:cs="Times New Roman"/>
                <w:sz w:val="28"/>
                <w:szCs w:val="28"/>
              </w:rPr>
            </w:pPr>
            <w:r w:rsidRPr="00871FC6">
              <w:rPr>
                <w:rFonts w:ascii="Sassoon Penpals" w:hAnsi="Sassoon Penpals" w:cs="Times New Roman"/>
                <w:b/>
                <w:sz w:val="28"/>
                <w:szCs w:val="28"/>
              </w:rPr>
              <w:lastRenderedPageBreak/>
              <w:t>Key Vocabulary: fish, amphibians, reptiles, birds and mammals.</w:t>
            </w:r>
          </w:p>
        </w:tc>
      </w:tr>
      <w:tr w:rsidR="00BB15DB" w:rsidRPr="00F175F8" w:rsidTr="00C831C1">
        <w:tc>
          <w:tcPr>
            <w:tcW w:w="2035" w:type="dxa"/>
            <w:vMerge/>
          </w:tcPr>
          <w:p w:rsidR="00BB15DB" w:rsidRPr="00871FC6" w:rsidRDefault="00BB15DB" w:rsidP="00BB15DB">
            <w:pPr>
              <w:rPr>
                <w:rFonts w:ascii="Sassoon Penpals" w:hAnsi="Sassoon Penpals" w:cs="Times New Roman"/>
                <w:sz w:val="28"/>
                <w:szCs w:val="28"/>
              </w:rPr>
            </w:pPr>
          </w:p>
        </w:tc>
        <w:tc>
          <w:tcPr>
            <w:tcW w:w="3939" w:type="dxa"/>
          </w:tcPr>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Become familiar with the common names of some fish, amphibians, reptiles, birds and mammals, including those that are kept as pets. </w:t>
            </w:r>
          </w:p>
          <w:p w:rsidR="00CC32E6" w:rsidRPr="00871FC6" w:rsidRDefault="00CC32E6" w:rsidP="00BB15DB">
            <w:pPr>
              <w:rPr>
                <w:rFonts w:ascii="Sassoon Penpals" w:hAnsi="Sassoon Penpals" w:cs="Times New Roman"/>
                <w:sz w:val="28"/>
                <w:szCs w:val="28"/>
              </w:rPr>
            </w:pPr>
          </w:p>
          <w:p w:rsidR="00BB15DB"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Identify vertebrates and invertebrates.</w:t>
            </w:r>
          </w:p>
        </w:tc>
        <w:tc>
          <w:tcPr>
            <w:tcW w:w="4771" w:type="dxa"/>
          </w:tcPr>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Asking simple questions to know the characteristics of the different animal groups. </w:t>
            </w:r>
          </w:p>
          <w:p w:rsidR="00CC32E6" w:rsidRPr="00871FC6" w:rsidRDefault="00CC32E6" w:rsidP="00BB15DB">
            <w:pPr>
              <w:rPr>
                <w:rFonts w:ascii="Sassoon Penpals" w:hAnsi="Sassoon Penpals" w:cs="Times New Roman"/>
                <w:sz w:val="28"/>
                <w:szCs w:val="28"/>
              </w:rPr>
            </w:pPr>
          </w:p>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Observe closely the different animals in the local environment and record findings. </w:t>
            </w:r>
          </w:p>
          <w:p w:rsidR="00CC32E6" w:rsidRPr="00871FC6" w:rsidRDefault="00CC32E6" w:rsidP="00BB15DB">
            <w:pPr>
              <w:rPr>
                <w:rFonts w:ascii="Sassoon Penpals" w:hAnsi="Sassoon Penpals" w:cs="Times New Roman"/>
                <w:sz w:val="28"/>
                <w:szCs w:val="28"/>
              </w:rPr>
            </w:pPr>
          </w:p>
          <w:p w:rsidR="00CC32E6"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 xml:space="preserve">Identifying, naming and describing a variety of common animals including fish, amphibians, reptiles, birds and mammals (from the six animal groups). </w:t>
            </w:r>
          </w:p>
          <w:p w:rsidR="00CC32E6" w:rsidRPr="00871FC6" w:rsidRDefault="00CC32E6" w:rsidP="00BB15DB">
            <w:pPr>
              <w:rPr>
                <w:rFonts w:ascii="Sassoon Penpals" w:hAnsi="Sassoon Penpals" w:cs="Times New Roman"/>
                <w:sz w:val="28"/>
                <w:szCs w:val="28"/>
              </w:rPr>
            </w:pPr>
          </w:p>
          <w:p w:rsidR="00BB15DB" w:rsidRPr="00871FC6" w:rsidRDefault="00CC32E6" w:rsidP="00BB15DB">
            <w:pPr>
              <w:rPr>
                <w:rFonts w:ascii="Sassoon Penpals" w:hAnsi="Sassoon Penpals" w:cs="Times New Roman"/>
                <w:sz w:val="28"/>
                <w:szCs w:val="28"/>
              </w:rPr>
            </w:pPr>
            <w:r w:rsidRPr="00871FC6">
              <w:rPr>
                <w:rFonts w:ascii="Sassoon Penpals" w:hAnsi="Sassoon Penpals" w:cs="Times New Roman"/>
                <w:sz w:val="28"/>
                <w:szCs w:val="28"/>
              </w:rPr>
              <w:t>Using observations and ideas to identify the six animal groups.</w:t>
            </w:r>
          </w:p>
        </w:tc>
      </w:tr>
      <w:tr w:rsidR="00CC32E6" w:rsidRPr="00F175F8" w:rsidTr="00C831C1">
        <w:tc>
          <w:tcPr>
            <w:tcW w:w="2035" w:type="dxa"/>
            <w:vMerge w:val="restart"/>
          </w:tcPr>
          <w:p w:rsidR="00CC32E6" w:rsidRPr="00871FC6" w:rsidRDefault="00CC32E6" w:rsidP="00CC32E6">
            <w:pPr>
              <w:rPr>
                <w:rFonts w:ascii="Sassoon Penpals" w:hAnsi="Sassoon Penpals" w:cs="Times New Roman"/>
                <w:b/>
                <w:sz w:val="28"/>
                <w:szCs w:val="28"/>
              </w:rPr>
            </w:pPr>
            <w:r w:rsidRPr="00871FC6">
              <w:rPr>
                <w:rFonts w:ascii="Sassoon Penpals" w:hAnsi="Sassoon Penpals" w:cs="Times New Roman"/>
                <w:b/>
                <w:sz w:val="28"/>
                <w:szCs w:val="28"/>
              </w:rPr>
              <w:t>Summer 1 2026</w:t>
            </w:r>
          </w:p>
          <w:p w:rsidR="00797D70" w:rsidRPr="00871FC6" w:rsidRDefault="00797D70" w:rsidP="00CC32E6">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3107B4" w:rsidRDefault="00797D70" w:rsidP="00CC32E6">
            <w:pPr>
              <w:rPr>
                <w:rFonts w:ascii="Sassoon Penpals" w:hAnsi="Sassoon Penpals" w:cs="Times New Roman"/>
                <w:b/>
                <w:sz w:val="28"/>
                <w:szCs w:val="28"/>
              </w:rPr>
            </w:pPr>
            <w:r w:rsidRPr="00871FC6">
              <w:rPr>
                <w:rFonts w:ascii="Sassoon Penpals" w:hAnsi="Sassoon Penpals" w:cs="Times New Roman"/>
                <w:b/>
                <w:sz w:val="28"/>
                <w:szCs w:val="28"/>
              </w:rPr>
              <w:t>(</w:t>
            </w:r>
            <w:r w:rsidR="00CC32E6"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CC32E6"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CC32E6" w:rsidRPr="00871FC6" w:rsidRDefault="00CC32E6" w:rsidP="00CC32E6">
            <w:pPr>
              <w:rPr>
                <w:rFonts w:ascii="Sassoon Penpals" w:hAnsi="Sassoon Penpals" w:cs="Times New Roman"/>
                <w:b/>
                <w:sz w:val="28"/>
                <w:szCs w:val="28"/>
              </w:rPr>
            </w:pPr>
            <w:r w:rsidRPr="00871FC6">
              <w:rPr>
                <w:rFonts w:ascii="Sassoon Penpals" w:hAnsi="Sassoon Penpals" w:cs="Times New Roman"/>
                <w:b/>
                <w:sz w:val="28"/>
                <w:szCs w:val="28"/>
              </w:rPr>
              <w:t>Topic question: How do animals survive and what do they eat?</w:t>
            </w: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b/>
                <w:sz w:val="28"/>
                <w:szCs w:val="28"/>
              </w:rPr>
              <w:t>Key Vocabulary: mammals, fish, reptiles, herbivore, carnivore</w:t>
            </w:r>
          </w:p>
        </w:tc>
      </w:tr>
      <w:tr w:rsidR="00CC32E6" w:rsidRPr="00F175F8" w:rsidTr="00C831C1">
        <w:tc>
          <w:tcPr>
            <w:tcW w:w="2035" w:type="dxa"/>
            <w:vMerge/>
          </w:tcPr>
          <w:p w:rsidR="00CC32E6" w:rsidRPr="00871FC6" w:rsidRDefault="00CC32E6" w:rsidP="00CC32E6">
            <w:pPr>
              <w:rPr>
                <w:rFonts w:ascii="Sassoon Penpals" w:hAnsi="Sassoon Penpals" w:cs="Times New Roman"/>
                <w:sz w:val="28"/>
                <w:szCs w:val="28"/>
              </w:rPr>
            </w:pPr>
          </w:p>
        </w:tc>
        <w:tc>
          <w:tcPr>
            <w:tcW w:w="3939" w:type="dxa"/>
          </w:tcPr>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Know the basic needs of animals for survival. Understand a simple food chain that includes humans (e.g. grass, cow, human).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Know how animals obtain their food from plants and other animals, using a simple food chain, and identify and name different sources of food.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Explore and compare the things that are living, dead and have never been alive.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Know that animals have offspring, grow into adults and make connections to life cycles.</w:t>
            </w:r>
          </w:p>
        </w:tc>
        <w:tc>
          <w:tcPr>
            <w:tcW w:w="4771" w:type="dxa"/>
          </w:tcPr>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Ask and answer questions to become familiar with the life processes that are common to all living things.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 xml:space="preserve">Sort and classify things according to whether they are living, dead or were never alive, and record findings using charts. </w:t>
            </w:r>
          </w:p>
          <w:p w:rsidR="00CC32E6" w:rsidRPr="00871FC6" w:rsidRDefault="00CC32E6" w:rsidP="00CC32E6">
            <w:pPr>
              <w:rPr>
                <w:rFonts w:ascii="Sassoon Penpals" w:hAnsi="Sassoon Penpals" w:cs="Times New Roman"/>
                <w:sz w:val="28"/>
                <w:szCs w:val="28"/>
              </w:rPr>
            </w:pPr>
          </w:p>
          <w:p w:rsidR="00CC32E6" w:rsidRPr="00871FC6" w:rsidRDefault="00CC32E6" w:rsidP="00CC32E6">
            <w:pPr>
              <w:rPr>
                <w:rFonts w:ascii="Sassoon Penpals" w:hAnsi="Sassoon Penpals" w:cs="Times New Roman"/>
                <w:sz w:val="28"/>
                <w:szCs w:val="28"/>
              </w:rPr>
            </w:pPr>
            <w:r w:rsidRPr="00871FC6">
              <w:rPr>
                <w:rFonts w:ascii="Sassoon Penpals" w:hAnsi="Sassoon Penpals" w:cs="Times New Roman"/>
                <w:sz w:val="28"/>
                <w:szCs w:val="28"/>
              </w:rPr>
              <w:t>Identify carnivores, herbivores and omnivores through the use of a simple food chain.</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t>Summer 2 2026</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Living things and their habitat</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CC32E6"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Leaf</w:t>
            </w:r>
          </w:p>
          <w:p w:rsidR="00DD7C59" w:rsidRPr="003107B4" w:rsidRDefault="00DD7C59" w:rsidP="003107B4">
            <w:pPr>
              <w:rPr>
                <w:rFonts w:ascii="Sassoon Penpals" w:hAnsi="Sassoon Penpals" w:cs="Times New Roman"/>
                <w:sz w:val="28"/>
                <w:szCs w:val="28"/>
              </w:rPr>
            </w:pPr>
          </w:p>
        </w:tc>
        <w:tc>
          <w:tcPr>
            <w:tcW w:w="8710" w:type="dxa"/>
            <w:gridSpan w:val="2"/>
          </w:tcPr>
          <w:p w:rsidR="00CC32E6" w:rsidRPr="00871FC6" w:rsidRDefault="00DD7C59"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CC32E6" w:rsidRPr="00871FC6">
              <w:rPr>
                <w:rFonts w:ascii="Sassoon Penpals" w:hAnsi="Sassoon Penpals" w:cs="Times New Roman"/>
                <w:b/>
                <w:sz w:val="28"/>
                <w:szCs w:val="28"/>
              </w:rPr>
              <w:t>What different habitats are there at Longlands?</w:t>
            </w:r>
          </w:p>
          <w:p w:rsidR="00DD7C59" w:rsidRPr="00871FC6" w:rsidRDefault="00DD7C59"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C32E6" w:rsidRPr="00871FC6">
              <w:rPr>
                <w:rFonts w:ascii="Sassoon Penpals" w:hAnsi="Sassoon Penpals" w:cs="Times New Roman"/>
                <w:b/>
                <w:sz w:val="28"/>
                <w:szCs w:val="28"/>
              </w:rPr>
              <w:t>habitat, microhabitat, woodland, ocean, environment, adaption</w:t>
            </w:r>
          </w:p>
        </w:tc>
      </w:tr>
      <w:tr w:rsidR="00DD7C59" w:rsidRPr="00F175F8" w:rsidTr="00C831C1">
        <w:tc>
          <w:tcPr>
            <w:tcW w:w="2035" w:type="dxa"/>
            <w:vMerge/>
          </w:tcPr>
          <w:p w:rsidR="00DD7C59" w:rsidRPr="00871FC6" w:rsidRDefault="00DD7C59" w:rsidP="00DD7C59">
            <w:pPr>
              <w:rPr>
                <w:rFonts w:ascii="Sassoon Penpals" w:hAnsi="Sassoon Penpals" w:cs="Times New Roman"/>
                <w:sz w:val="28"/>
                <w:szCs w:val="28"/>
              </w:rPr>
            </w:pPr>
          </w:p>
        </w:tc>
        <w:tc>
          <w:tcPr>
            <w:tcW w:w="3939" w:type="dxa"/>
          </w:tcPr>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a habitat and microhabitat is. </w:t>
            </w:r>
          </w:p>
          <w:p w:rsidR="00CC32E6" w:rsidRPr="00871FC6" w:rsidRDefault="00CC32E6" w:rsidP="00DD7C59">
            <w:pPr>
              <w:rPr>
                <w:rFonts w:ascii="Sassoon Penpals" w:hAnsi="Sassoon Penpals" w:cs="Times New Roman"/>
                <w:sz w:val="28"/>
                <w:szCs w:val="28"/>
              </w:rPr>
            </w:pPr>
          </w:p>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Be able to compare animals in familiar habitats with animals found in less familiar environments. </w:t>
            </w:r>
          </w:p>
          <w:p w:rsidR="00CC32E6" w:rsidRPr="00871FC6" w:rsidRDefault="00CC32E6" w:rsidP="00DD7C59">
            <w:pPr>
              <w:rPr>
                <w:rFonts w:ascii="Sassoon Penpals" w:hAnsi="Sassoon Penpals" w:cs="Times New Roman"/>
                <w:sz w:val="28"/>
                <w:szCs w:val="28"/>
              </w:rPr>
            </w:pPr>
          </w:p>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Compare animals in familiar habitats with animals found in less familiar. </w:t>
            </w:r>
          </w:p>
          <w:p w:rsidR="00CC32E6" w:rsidRPr="00871FC6" w:rsidRDefault="00CC32E6" w:rsidP="00DD7C59">
            <w:pPr>
              <w:rPr>
                <w:rFonts w:ascii="Sassoon Penpals" w:hAnsi="Sassoon Penpals" w:cs="Times New Roman"/>
                <w:sz w:val="28"/>
                <w:szCs w:val="28"/>
              </w:rPr>
            </w:pPr>
          </w:p>
          <w:p w:rsidR="00DD7C59"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Know and name a variety of plants and animals in their habitats, including microhabitats.</w:t>
            </w:r>
          </w:p>
        </w:tc>
        <w:tc>
          <w:tcPr>
            <w:tcW w:w="4771" w:type="dxa"/>
          </w:tcPr>
          <w:p w:rsidR="00CC32E6"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Ask questions to understand the different habitats and why animals prefer each habitat. </w:t>
            </w:r>
          </w:p>
          <w:p w:rsidR="00CC32E6" w:rsidRPr="00871FC6" w:rsidRDefault="00CC32E6"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Explore and compare the differences between things that are living, dead and things that have never been alive. </w:t>
            </w:r>
          </w:p>
          <w:p w:rsidR="00346EE0" w:rsidRPr="00871FC6" w:rsidRDefault="00346EE0"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Observe and describe how different habitats are suited to the basic needs of different kinds of animals and the interdependence of animals and plants. </w:t>
            </w:r>
          </w:p>
          <w:p w:rsidR="00346EE0" w:rsidRPr="00871FC6" w:rsidRDefault="00346EE0"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classify the different habitats within our school. </w:t>
            </w:r>
          </w:p>
          <w:p w:rsidR="00346EE0" w:rsidRPr="00871FC6" w:rsidRDefault="00346EE0" w:rsidP="00DD7C59">
            <w:pPr>
              <w:rPr>
                <w:rFonts w:ascii="Sassoon Penpals" w:hAnsi="Sassoon Penpals" w:cs="Times New Roman"/>
                <w:sz w:val="28"/>
                <w:szCs w:val="28"/>
              </w:rPr>
            </w:pPr>
          </w:p>
          <w:p w:rsidR="00346EE0"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 xml:space="preserve">Gather &amp; Record how animals obtain their food from plants and animals using the idea of a simple food chain. </w:t>
            </w:r>
          </w:p>
          <w:p w:rsidR="00346EE0" w:rsidRPr="00871FC6" w:rsidRDefault="00346EE0" w:rsidP="00DD7C59">
            <w:pPr>
              <w:rPr>
                <w:rFonts w:ascii="Sassoon Penpals" w:hAnsi="Sassoon Penpals" w:cs="Times New Roman"/>
                <w:sz w:val="28"/>
                <w:szCs w:val="28"/>
              </w:rPr>
            </w:pPr>
          </w:p>
          <w:p w:rsidR="00DD7C59" w:rsidRPr="00871FC6" w:rsidRDefault="00CC32E6" w:rsidP="00DD7C59">
            <w:pPr>
              <w:rPr>
                <w:rFonts w:ascii="Sassoon Penpals" w:hAnsi="Sassoon Penpals" w:cs="Times New Roman"/>
                <w:sz w:val="28"/>
                <w:szCs w:val="28"/>
              </w:rPr>
            </w:pPr>
            <w:r w:rsidRPr="00871FC6">
              <w:rPr>
                <w:rFonts w:ascii="Sassoon Penpals" w:hAnsi="Sassoon Penpals" w:cs="Times New Roman"/>
                <w:sz w:val="28"/>
                <w:szCs w:val="28"/>
              </w:rPr>
              <w:t>Identify and name different sources of food.</w:t>
            </w:r>
          </w:p>
        </w:tc>
      </w:tr>
    </w:tbl>
    <w:tbl>
      <w:tblPr>
        <w:tblStyle w:val="TableGrid"/>
        <w:tblW w:w="10745" w:type="dxa"/>
        <w:tblInd w:w="-998" w:type="dxa"/>
        <w:tblLook w:val="04A0" w:firstRow="1" w:lastRow="0" w:firstColumn="1" w:lastColumn="0" w:noHBand="0" w:noVBand="1"/>
      </w:tblPr>
      <w:tblGrid>
        <w:gridCol w:w="2035"/>
        <w:gridCol w:w="3936"/>
        <w:gridCol w:w="4774"/>
      </w:tblGrid>
      <w:tr w:rsidR="00DD7C59" w:rsidRPr="00F175F8" w:rsidTr="00C831C1">
        <w:tc>
          <w:tcPr>
            <w:tcW w:w="10745" w:type="dxa"/>
            <w:gridSpan w:val="3"/>
            <w:shd w:val="clear" w:color="auto" w:fill="00B0F0"/>
          </w:tcPr>
          <w:p w:rsidR="00DD7C59" w:rsidRPr="00F175F8" w:rsidRDefault="00DD7C59" w:rsidP="00DD7C59">
            <w:pPr>
              <w:jc w:val="center"/>
              <w:rPr>
                <w:rFonts w:ascii="Sassoon Penpals" w:eastAsia="MS Mincho" w:hAnsi="Sassoon Penpals" w:cs="Times New Roman"/>
                <w:sz w:val="40"/>
                <w:szCs w:val="40"/>
              </w:rPr>
            </w:pPr>
            <w:r>
              <w:rPr>
                <w:rFonts w:ascii="Sassoon Penpals" w:hAnsi="Sassoon Penpals" w:cs="Times New Roman"/>
                <w:sz w:val="40"/>
                <w:szCs w:val="40"/>
              </w:rPr>
              <w:lastRenderedPageBreak/>
              <w:t>Year 3/4</w:t>
            </w:r>
          </w:p>
        </w:tc>
      </w:tr>
      <w:tr w:rsidR="00DD7C59" w:rsidRPr="00F175F8" w:rsidTr="00C831C1">
        <w:tc>
          <w:tcPr>
            <w:tcW w:w="2035" w:type="dxa"/>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Term</w:t>
            </w:r>
          </w:p>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Subject</w:t>
            </w:r>
          </w:p>
        </w:tc>
        <w:tc>
          <w:tcPr>
            <w:tcW w:w="3936" w:type="dxa"/>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Knowledge</w:t>
            </w:r>
          </w:p>
        </w:tc>
        <w:tc>
          <w:tcPr>
            <w:tcW w:w="4774" w:type="dxa"/>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Skills</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t>Autumn 1 202</w:t>
            </w:r>
            <w:r w:rsidRPr="00871FC6">
              <w:rPr>
                <w:rFonts w:ascii="Sassoon Penpals" w:hAnsi="Sassoon Penpals" w:cs="Times New Roman"/>
                <w:b/>
                <w:sz w:val="28"/>
                <w:szCs w:val="28"/>
              </w:rPr>
              <w:t>5</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States of matter</w:t>
            </w:r>
          </w:p>
          <w:p w:rsidR="003107B4" w:rsidRDefault="00797D70"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w:t>
            </w:r>
            <w:r w:rsidR="00261274" w:rsidRPr="00871FC6">
              <w:rPr>
                <w:rFonts w:ascii="Sassoon Penpals" w:eastAsia="MS Mincho" w:hAnsi="Sassoon Penpals" w:cs="Times New Roman"/>
                <w:b/>
                <w:sz w:val="28"/>
                <w:szCs w:val="28"/>
              </w:rPr>
              <w:t>Chemistry</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Pugs of the Frozen North</w:t>
            </w:r>
          </w:p>
          <w:p w:rsidR="00DD7C59" w:rsidRPr="003107B4" w:rsidRDefault="00DD7C59" w:rsidP="003107B4">
            <w:pPr>
              <w:rPr>
                <w:rFonts w:ascii="Sassoon Penpals" w:eastAsia="MS Mincho" w:hAnsi="Sassoon Penpals" w:cs="Times New Roman"/>
                <w:sz w:val="28"/>
                <w:szCs w:val="28"/>
              </w:rPr>
            </w:pPr>
          </w:p>
        </w:tc>
        <w:tc>
          <w:tcPr>
            <w:tcW w:w="8710" w:type="dxa"/>
            <w:gridSpan w:val="2"/>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261274" w:rsidRPr="00871FC6">
              <w:rPr>
                <w:rFonts w:ascii="Sassoon Penpals" w:eastAsia="MS Mincho" w:hAnsi="Sassoon Penpals" w:cs="Times New Roman"/>
                <w:b/>
                <w:sz w:val="28"/>
                <w:szCs w:val="28"/>
              </w:rPr>
              <w:t>How does water exist in all 3 states of matter?</w:t>
            </w:r>
          </w:p>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Key Vocabulary: </w:t>
            </w:r>
            <w:r w:rsidR="00261274" w:rsidRPr="00871FC6">
              <w:rPr>
                <w:rFonts w:ascii="Sassoon Penpals" w:eastAsia="MS Mincho" w:hAnsi="Sassoon Penpals" w:cs="Times New Roman"/>
                <w:b/>
                <w:sz w:val="28"/>
                <w:szCs w:val="28"/>
              </w:rPr>
              <w:t>particles, solid, liquid, gas, evaporation, melting, boiling, condensation, precipitation, cooling, water cycle</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what a solid, liquid and gas are and explain how particles behave in solids, liquids and gases.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Explain some uses of gases and investigate its weight. Know what happens to materials, and its particles when it is boiled or melted.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the boiling and melting points of different materials by researching using secondary sources.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Explain the water cycle and know what the part played by evaporation, condensation and precipitation. </w:t>
            </w:r>
          </w:p>
          <w:p w:rsidR="00DD7C59"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that the rate of evaporation is linked with temperature.</w:t>
            </w:r>
          </w:p>
        </w:tc>
        <w:tc>
          <w:tcPr>
            <w:tcW w:w="4774" w:type="dxa"/>
          </w:tcPr>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Ask relevant questions to understand the three states of matter, and how particles within them behave.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careful and systematic observations to observe that some materials change state when they are heated or cooled.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classify and group materials together, according to whether they are solids, liquids or gases. </w:t>
            </w:r>
          </w:p>
          <w:p w:rsidR="00261274" w:rsidRPr="00871FC6" w:rsidRDefault="00261274" w:rsidP="00DD7C59">
            <w:pPr>
              <w:rPr>
                <w:rFonts w:ascii="Sassoon Penpals" w:eastAsia="MS Mincho" w:hAnsi="Sassoon Penpals" w:cs="Times New Roman"/>
                <w:sz w:val="28"/>
                <w:szCs w:val="28"/>
              </w:rPr>
            </w:pPr>
          </w:p>
          <w:p w:rsidR="00261274"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Set up simple practical enquiries, comparative and fair tests to investigate the melting point of butter, chocolate and ice - measuring the temperature at which this happens in degrees Celsius (°C). </w:t>
            </w:r>
          </w:p>
          <w:p w:rsidR="00261274" w:rsidRPr="00871FC6" w:rsidRDefault="00261274" w:rsidP="00DD7C59">
            <w:pPr>
              <w:rPr>
                <w:rFonts w:ascii="Sassoon Penpals" w:eastAsia="MS Mincho" w:hAnsi="Sassoon Penpals" w:cs="Times New Roman"/>
                <w:sz w:val="28"/>
                <w:szCs w:val="28"/>
              </w:rPr>
            </w:pPr>
          </w:p>
          <w:p w:rsidR="00DD7C59"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Research, gather and record data on the boiling and melting points of different materials.</w:t>
            </w:r>
          </w:p>
        </w:tc>
      </w:tr>
      <w:tr w:rsidR="00DD7C59" w:rsidRPr="00F175F8" w:rsidTr="00C831C1">
        <w:tc>
          <w:tcPr>
            <w:tcW w:w="2035" w:type="dxa"/>
            <w:vMerge w:val="restart"/>
            <w:shd w:val="clear" w:color="auto" w:fill="A6A6A6" w:themeFill="background1" w:themeFillShade="A6"/>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lastRenderedPageBreak/>
              <w:t>Autumn 2 202</w:t>
            </w:r>
            <w:r w:rsidRPr="00871FC6">
              <w:rPr>
                <w:rFonts w:ascii="Sassoon Penpals" w:hAnsi="Sassoon Penpals" w:cs="Times New Roman"/>
                <w:b/>
                <w:sz w:val="28"/>
                <w:szCs w:val="28"/>
              </w:rPr>
              <w:t>5</w:t>
            </w:r>
          </w:p>
          <w:p w:rsidR="00DD7C59" w:rsidRPr="00871FC6" w:rsidRDefault="00DD7C59" w:rsidP="00DD7C59">
            <w:pPr>
              <w:rPr>
                <w:rFonts w:ascii="Sassoon Penpals" w:eastAsia="MS Mincho" w:hAnsi="Sassoon Penpals" w:cs="Times New Roman"/>
                <w:b/>
                <w:sz w:val="28"/>
                <w:szCs w:val="28"/>
              </w:rPr>
            </w:pPr>
          </w:p>
        </w:tc>
        <w:tc>
          <w:tcPr>
            <w:tcW w:w="8710" w:type="dxa"/>
            <w:gridSpan w:val="2"/>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 </w:t>
            </w:r>
          </w:p>
        </w:tc>
      </w:tr>
      <w:tr w:rsidR="00DD7C59" w:rsidRPr="00F175F8" w:rsidTr="00C831C1">
        <w:tc>
          <w:tcPr>
            <w:tcW w:w="2035" w:type="dxa"/>
            <w:vMerge/>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3936"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4774"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t>Spring 1 202</w:t>
            </w:r>
            <w:r w:rsidRPr="00871FC6">
              <w:rPr>
                <w:rFonts w:ascii="Sassoon Penpals" w:hAnsi="Sassoon Penpals" w:cs="Times New Roman"/>
                <w:b/>
                <w:sz w:val="28"/>
                <w:szCs w:val="28"/>
              </w:rPr>
              <w:t>6</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Animals including humans</w:t>
            </w:r>
          </w:p>
          <w:p w:rsidR="003107B4"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w:t>
            </w:r>
            <w:r w:rsidR="00CF4772" w:rsidRPr="00871FC6">
              <w:rPr>
                <w:rFonts w:ascii="Sassoon Penpals" w:eastAsia="MS Mincho" w:hAnsi="Sassoon Penpals" w:cs="Times New Roman"/>
                <w:b/>
                <w:sz w:val="28"/>
                <w:szCs w:val="28"/>
              </w:rPr>
              <w:t>Biology</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3107B4" w:rsidRDefault="003107B4" w:rsidP="003107B4">
            <w:pPr>
              <w:rPr>
                <w:rFonts w:ascii="Sassoon Penpals" w:eastAsia="MS Mincho"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Mouse Bird Snake Wolf</w:t>
            </w:r>
          </w:p>
          <w:p w:rsidR="00DD7C59" w:rsidRPr="003107B4" w:rsidRDefault="00DD7C59" w:rsidP="003107B4">
            <w:pPr>
              <w:rPr>
                <w:rFonts w:ascii="Sassoon Penpals" w:eastAsia="MS Mincho" w:hAnsi="Sassoon Penpals" w:cs="Times New Roman"/>
                <w:sz w:val="28"/>
                <w:szCs w:val="28"/>
              </w:rPr>
            </w:pPr>
          </w:p>
        </w:tc>
        <w:tc>
          <w:tcPr>
            <w:tcW w:w="8710" w:type="dxa"/>
            <w:gridSpan w:val="2"/>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261274" w:rsidRPr="00871FC6">
              <w:rPr>
                <w:rFonts w:ascii="Sassoon Penpals" w:eastAsia="MS Mincho" w:hAnsi="Sassoon Penpals" w:cs="Times New Roman"/>
                <w:b/>
                <w:sz w:val="28"/>
                <w:szCs w:val="28"/>
              </w:rPr>
              <w:t>Why do animals including humans need food to survive?</w:t>
            </w:r>
          </w:p>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Key Vocabulary: </w:t>
            </w:r>
            <w:r w:rsidR="00261274" w:rsidRPr="00871FC6">
              <w:rPr>
                <w:rFonts w:ascii="Sassoon Penpals" w:eastAsia="MS Mincho" w:hAnsi="Sassoon Penpals" w:cs="Times New Roman"/>
                <w:b/>
                <w:sz w:val="28"/>
                <w:szCs w:val="28"/>
              </w:rPr>
              <w:t>nutrition, food chain, food groups, fat, carbohydrate, protein, minerals, vitamins, balanced diet, photosynthesis</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animals, including humans, need the right types of food and amount of nutrition. </w:t>
            </w:r>
          </w:p>
          <w:p w:rsidR="00CF4772" w:rsidRPr="00871FC6" w:rsidRDefault="00CF4772" w:rsidP="00DD7C59">
            <w:pPr>
              <w:rPr>
                <w:rFonts w:ascii="Sassoon Penpals" w:eastAsia="MS Mincho" w:hAnsi="Sassoon Penpals" w:cs="Times New Roman"/>
                <w:sz w:val="28"/>
                <w:szCs w:val="28"/>
              </w:rPr>
            </w:pPr>
          </w:p>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what each food group gives you and the amount needed to stay healthy. </w:t>
            </w:r>
          </w:p>
          <w:p w:rsidR="00CF4772" w:rsidRPr="00871FC6" w:rsidRDefault="00CF4772" w:rsidP="00DD7C59">
            <w:pPr>
              <w:rPr>
                <w:rFonts w:ascii="Sassoon Penpals" w:eastAsia="MS Mincho" w:hAnsi="Sassoon Penpals" w:cs="Times New Roman"/>
                <w:sz w:val="28"/>
                <w:szCs w:val="28"/>
              </w:rPr>
            </w:pPr>
          </w:p>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the different types of nutrients. </w:t>
            </w:r>
          </w:p>
          <w:p w:rsidR="00CF4772" w:rsidRPr="00871FC6" w:rsidRDefault="00CF4772" w:rsidP="00DD7C59">
            <w:pPr>
              <w:rPr>
                <w:rFonts w:ascii="Sassoon Penpals" w:eastAsia="MS Mincho" w:hAnsi="Sassoon Penpals" w:cs="Times New Roman"/>
                <w:sz w:val="28"/>
                <w:szCs w:val="28"/>
              </w:rPr>
            </w:pPr>
          </w:p>
          <w:p w:rsidR="00CF4772" w:rsidRPr="00871FC6" w:rsidRDefault="00261274"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animals cannot make their own food.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the difference between animal and plant food.</w:t>
            </w:r>
          </w:p>
        </w:tc>
        <w:tc>
          <w:tcPr>
            <w:tcW w:w="4774"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Ask relevant questions to understand food sources.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systematic and careful observations of packaging to know which foods are healthy and unhealthy.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and classify which foods contain which nutrients.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Gather and record the nutrients on different food packaging and sort them into food groups.</w:t>
            </w:r>
          </w:p>
        </w:tc>
      </w:tr>
      <w:tr w:rsidR="00DD7C59" w:rsidRPr="00F175F8" w:rsidTr="00C831C1">
        <w:tc>
          <w:tcPr>
            <w:tcW w:w="2035" w:type="dxa"/>
            <w:vMerge w:val="restart"/>
            <w:shd w:val="clear" w:color="auto" w:fill="A6A6A6" w:themeFill="background1" w:themeFillShade="A6"/>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Spring 2 202</w:t>
            </w:r>
            <w:r w:rsidRPr="00871FC6">
              <w:rPr>
                <w:rFonts w:ascii="Sassoon Penpals" w:hAnsi="Sassoon Penpals" w:cs="Times New Roman"/>
                <w:b/>
                <w:sz w:val="28"/>
                <w:szCs w:val="28"/>
              </w:rPr>
              <w:t>6</w:t>
            </w:r>
          </w:p>
          <w:p w:rsidR="00DD7C59" w:rsidRPr="00871FC6" w:rsidRDefault="00DD7C59" w:rsidP="00DD7C59">
            <w:pPr>
              <w:rPr>
                <w:rFonts w:ascii="Sassoon Penpals" w:eastAsia="MS Mincho" w:hAnsi="Sassoon Penpals" w:cs="Times New Roman"/>
                <w:b/>
                <w:sz w:val="28"/>
                <w:szCs w:val="28"/>
              </w:rPr>
            </w:pPr>
          </w:p>
        </w:tc>
        <w:tc>
          <w:tcPr>
            <w:tcW w:w="8710" w:type="dxa"/>
            <w:gridSpan w:val="2"/>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 </w:t>
            </w:r>
          </w:p>
        </w:tc>
      </w:tr>
      <w:tr w:rsidR="00DD7C59" w:rsidRPr="00F175F8" w:rsidTr="00C831C1">
        <w:tc>
          <w:tcPr>
            <w:tcW w:w="2035" w:type="dxa"/>
            <w:vMerge/>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3936"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c>
          <w:tcPr>
            <w:tcW w:w="4774" w:type="dxa"/>
            <w:shd w:val="clear" w:color="auto" w:fill="A6A6A6" w:themeFill="background1" w:themeFillShade="A6"/>
          </w:tcPr>
          <w:p w:rsidR="00DD7C59" w:rsidRPr="00871FC6" w:rsidRDefault="00DD7C59" w:rsidP="00DD7C59">
            <w:pPr>
              <w:rPr>
                <w:rFonts w:ascii="Sassoon Penpals" w:eastAsia="MS Mincho" w:hAnsi="Sassoon Penpals" w:cs="Times New Roman"/>
                <w:sz w:val="28"/>
                <w:szCs w:val="28"/>
              </w:rPr>
            </w:pP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t>Summer 1 202</w:t>
            </w:r>
            <w:r w:rsidRPr="00871FC6">
              <w:rPr>
                <w:rFonts w:ascii="Sassoon Penpals" w:hAnsi="Sassoon Penpals" w:cs="Times New Roman"/>
                <w:b/>
                <w:sz w:val="28"/>
                <w:szCs w:val="28"/>
              </w:rPr>
              <w:t>6</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Light</w:t>
            </w:r>
          </w:p>
          <w:p w:rsidR="003107B4"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w:t>
            </w:r>
            <w:r w:rsidR="00CF4772" w:rsidRPr="00871FC6">
              <w:rPr>
                <w:rFonts w:ascii="Sassoon Penpals" w:eastAsia="MS Mincho" w:hAnsi="Sassoon Penpals" w:cs="Times New Roman"/>
                <w:b/>
                <w:sz w:val="28"/>
                <w:szCs w:val="28"/>
              </w:rPr>
              <w:t>Physics</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DD7C59" w:rsidRPr="003107B4" w:rsidRDefault="003107B4" w:rsidP="003107B4">
            <w:pPr>
              <w:rPr>
                <w:rFonts w:ascii="Sassoon Penpals" w:eastAsia="MS Mincho" w:hAnsi="Sassoon Penpals" w:cs="Times New Roman"/>
                <w:sz w:val="28"/>
                <w:szCs w:val="28"/>
              </w:rPr>
            </w:pPr>
            <w:r>
              <w:rPr>
                <w:rFonts w:ascii="Sassoon Penpals" w:eastAsia="MS Mincho" w:hAnsi="Sassoon Penpals" w:cs="Times New Roman"/>
                <w:sz w:val="28"/>
                <w:szCs w:val="28"/>
              </w:rPr>
              <w:t>Enquiry Led</w:t>
            </w:r>
          </w:p>
        </w:tc>
        <w:tc>
          <w:tcPr>
            <w:tcW w:w="8710" w:type="dxa"/>
            <w:gridSpan w:val="2"/>
          </w:tcPr>
          <w:p w:rsidR="00DD7C59"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CF4772" w:rsidRPr="00871FC6">
              <w:rPr>
                <w:rFonts w:ascii="Sassoon Penpals" w:eastAsia="MS Mincho" w:hAnsi="Sassoon Penpals" w:cs="Times New Roman"/>
                <w:b/>
                <w:sz w:val="28"/>
                <w:szCs w:val="28"/>
              </w:rPr>
              <w:t>How does my shadow change?</w:t>
            </w:r>
          </w:p>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Key Vocabulary: </w:t>
            </w:r>
            <w:r w:rsidR="00CF4772" w:rsidRPr="00871FC6">
              <w:rPr>
                <w:rFonts w:ascii="Sassoon Penpals" w:eastAsia="MS Mincho" w:hAnsi="Sassoon Penpals" w:cs="Times New Roman"/>
                <w:b/>
                <w:sz w:val="28"/>
                <w:szCs w:val="28"/>
              </w:rPr>
              <w:t>darkness, reflection, shadows, light source, transparent, translucent, opaque, cast</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light is needed to see things, and that dark is the absence of light.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light from the sun can be dangerous and that there are ways we can protect our eyes.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that light is reflected from surfaces. Know why shadows are formed.</w:t>
            </w:r>
          </w:p>
        </w:tc>
        <w:tc>
          <w:tcPr>
            <w:tcW w:w="4774"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Ask relevant questions related to shadows and sunlight.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careful and systematic observations on ways to protect our eyes from the sun.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and classify, gather and record which materials block light to form shadows.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Setting up simple practical enquiries, comparative and fair tests to investigate which surfaces reflect light.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lastRenderedPageBreak/>
              <w:t>Setting up simple practical enquiries, comparative and fair tests to investigate and understand how shadows change size.</w:t>
            </w:r>
          </w:p>
        </w:tc>
      </w:tr>
      <w:tr w:rsidR="00DD7C59" w:rsidRPr="00F175F8" w:rsidTr="00C831C1">
        <w:tc>
          <w:tcPr>
            <w:tcW w:w="2035" w:type="dxa"/>
            <w:vMerge w:val="restart"/>
          </w:tcPr>
          <w:p w:rsidR="00DD7C59" w:rsidRPr="00871FC6" w:rsidRDefault="00DD7C59" w:rsidP="00DD7C59">
            <w:pPr>
              <w:rPr>
                <w:rFonts w:ascii="Sassoon Penpals" w:hAnsi="Sassoon Penpals" w:cs="Times New Roman"/>
                <w:b/>
                <w:sz w:val="28"/>
                <w:szCs w:val="28"/>
              </w:rPr>
            </w:pPr>
            <w:r w:rsidRPr="00871FC6">
              <w:rPr>
                <w:rFonts w:ascii="Sassoon Penpals" w:eastAsia="MS Mincho" w:hAnsi="Sassoon Penpals" w:cs="Times New Roman"/>
                <w:b/>
                <w:sz w:val="28"/>
                <w:szCs w:val="28"/>
              </w:rPr>
              <w:lastRenderedPageBreak/>
              <w:t>Summer 2 202</w:t>
            </w:r>
            <w:r w:rsidRPr="00871FC6">
              <w:rPr>
                <w:rFonts w:ascii="Sassoon Penpals" w:hAnsi="Sassoon Penpals" w:cs="Times New Roman"/>
                <w:b/>
                <w:sz w:val="28"/>
                <w:szCs w:val="28"/>
              </w:rPr>
              <w:t>6</w:t>
            </w:r>
          </w:p>
          <w:p w:rsidR="00797D70" w:rsidRPr="00871FC6"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Living things and their habitat</w:t>
            </w:r>
          </w:p>
          <w:p w:rsidR="003107B4" w:rsidRDefault="00797D70"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w:t>
            </w:r>
            <w:r w:rsidR="00DD7C59" w:rsidRPr="00871FC6">
              <w:rPr>
                <w:rFonts w:ascii="Sassoon Penpals" w:eastAsia="MS Mincho" w:hAnsi="Sassoon Penpals" w:cs="Times New Roman"/>
                <w:b/>
                <w:sz w:val="28"/>
                <w:szCs w:val="28"/>
              </w:rPr>
              <w:t>Chemistry</w:t>
            </w:r>
            <w:r w:rsidRPr="00871FC6">
              <w:rPr>
                <w:rFonts w:ascii="Sassoon Penpals" w:eastAsia="MS Mincho" w:hAnsi="Sassoon Penpals" w:cs="Times New Roman"/>
                <w:b/>
                <w:sz w:val="28"/>
                <w:szCs w:val="28"/>
              </w:rPr>
              <w:t>)</w:t>
            </w:r>
          </w:p>
          <w:p w:rsidR="003107B4" w:rsidRDefault="003107B4" w:rsidP="003107B4">
            <w:pPr>
              <w:rPr>
                <w:rFonts w:ascii="Sassoon Penpals" w:eastAsia="MS Mincho" w:hAnsi="Sassoon Penpals" w:cs="Times New Roman"/>
                <w:sz w:val="28"/>
                <w:szCs w:val="28"/>
              </w:rPr>
            </w:pPr>
          </w:p>
          <w:p w:rsidR="003107B4" w:rsidRDefault="003107B4" w:rsidP="003107B4">
            <w:pPr>
              <w:rPr>
                <w:rFonts w:ascii="Sassoon Penpals" w:eastAsia="MS Mincho" w:hAnsi="Sassoon Penpals" w:cs="Times New Roman"/>
                <w:sz w:val="28"/>
                <w:szCs w:val="28"/>
              </w:rPr>
            </w:pPr>
          </w:p>
          <w:p w:rsidR="00DD7C59" w:rsidRPr="003107B4" w:rsidRDefault="003107B4" w:rsidP="003107B4">
            <w:pPr>
              <w:rPr>
                <w:rFonts w:ascii="Sassoon Penpals" w:eastAsia="MS Mincho" w:hAnsi="Sassoon Penpals" w:cs="Times New Roman"/>
                <w:sz w:val="28"/>
                <w:szCs w:val="28"/>
              </w:rPr>
            </w:pPr>
            <w:r>
              <w:rPr>
                <w:rFonts w:ascii="Sassoon Penpals" w:eastAsia="MS Mincho" w:hAnsi="Sassoon Penpals" w:cs="Times New Roman"/>
                <w:sz w:val="28"/>
                <w:szCs w:val="28"/>
              </w:rPr>
              <w:t>Enquiry Led</w:t>
            </w:r>
          </w:p>
        </w:tc>
        <w:tc>
          <w:tcPr>
            <w:tcW w:w="8710" w:type="dxa"/>
            <w:gridSpan w:val="2"/>
          </w:tcPr>
          <w:p w:rsidR="00CF4772" w:rsidRPr="00871FC6" w:rsidRDefault="00DD7C59" w:rsidP="00DD7C59">
            <w:pPr>
              <w:rPr>
                <w:rFonts w:ascii="Sassoon Penpals" w:eastAsia="MS Mincho" w:hAnsi="Sassoon Penpals" w:cs="Times New Roman"/>
                <w:b/>
                <w:sz w:val="28"/>
                <w:szCs w:val="28"/>
              </w:rPr>
            </w:pPr>
            <w:r w:rsidRPr="00871FC6">
              <w:rPr>
                <w:rFonts w:ascii="Sassoon Penpals" w:eastAsia="MS Mincho" w:hAnsi="Sassoon Penpals" w:cs="Times New Roman"/>
                <w:b/>
                <w:sz w:val="28"/>
                <w:szCs w:val="28"/>
              </w:rPr>
              <w:t xml:space="preserve">Topic question: </w:t>
            </w:r>
            <w:r w:rsidR="00CF4772" w:rsidRPr="00871FC6">
              <w:rPr>
                <w:rFonts w:ascii="Sassoon Penpals" w:eastAsia="MS Mincho" w:hAnsi="Sassoon Penpals" w:cs="Times New Roman"/>
                <w:b/>
                <w:sz w:val="28"/>
                <w:szCs w:val="28"/>
              </w:rPr>
              <w:t>How are living things classified?</w:t>
            </w:r>
          </w:p>
          <w:p w:rsidR="00DD7C59" w:rsidRPr="00871FC6" w:rsidRDefault="00DD7C59" w:rsidP="00DD7C59">
            <w:pPr>
              <w:rPr>
                <w:rFonts w:ascii="Sassoon Penpals" w:eastAsia="MS Mincho" w:hAnsi="Sassoon Penpals" w:cs="Times New Roman"/>
                <w:sz w:val="28"/>
                <w:szCs w:val="28"/>
              </w:rPr>
            </w:pPr>
            <w:r w:rsidRPr="00871FC6">
              <w:rPr>
                <w:rFonts w:ascii="Sassoon Penpals" w:eastAsia="MS Mincho" w:hAnsi="Sassoon Penpals" w:cs="Times New Roman"/>
                <w:b/>
                <w:sz w:val="28"/>
                <w:szCs w:val="28"/>
              </w:rPr>
              <w:t xml:space="preserve">Key Vocabulary: </w:t>
            </w:r>
            <w:r w:rsidR="00CF4772" w:rsidRPr="00871FC6">
              <w:rPr>
                <w:rFonts w:ascii="Sassoon Penpals" w:eastAsia="MS Mincho" w:hAnsi="Sassoon Penpals" w:cs="Times New Roman"/>
                <w:b/>
                <w:sz w:val="28"/>
                <w:szCs w:val="28"/>
              </w:rPr>
              <w:t xml:space="preserve">organism, vertebrates, invertebrates, </w:t>
            </w:r>
            <w:proofErr w:type="spellStart"/>
            <w:r w:rsidR="00CF4772" w:rsidRPr="00871FC6">
              <w:rPr>
                <w:rFonts w:ascii="Sassoon Penpals" w:eastAsia="MS Mincho" w:hAnsi="Sassoon Penpals" w:cs="Times New Roman"/>
                <w:b/>
                <w:sz w:val="28"/>
                <w:szCs w:val="28"/>
              </w:rPr>
              <w:t>tetripods</w:t>
            </w:r>
            <w:proofErr w:type="spellEnd"/>
            <w:r w:rsidR="00CF4772" w:rsidRPr="00871FC6">
              <w:rPr>
                <w:rFonts w:ascii="Sassoon Penpals" w:eastAsia="MS Mincho" w:hAnsi="Sassoon Penpals" w:cs="Times New Roman"/>
                <w:b/>
                <w:sz w:val="28"/>
                <w:szCs w:val="28"/>
              </w:rPr>
              <w:t>, classification key, minibeasts.</w:t>
            </w:r>
          </w:p>
        </w:tc>
      </w:tr>
      <w:tr w:rsidR="00DD7C59" w:rsidRPr="00F175F8" w:rsidTr="00C831C1">
        <w:tc>
          <w:tcPr>
            <w:tcW w:w="2035" w:type="dxa"/>
            <w:vMerge/>
          </w:tcPr>
          <w:p w:rsidR="00DD7C59" w:rsidRPr="00871FC6" w:rsidRDefault="00DD7C59" w:rsidP="00DD7C59">
            <w:pPr>
              <w:rPr>
                <w:rFonts w:ascii="Sassoon Penpals" w:eastAsia="MS Mincho" w:hAnsi="Sassoon Penpals" w:cs="Times New Roman"/>
                <w:sz w:val="28"/>
                <w:szCs w:val="28"/>
              </w:rPr>
            </w:pPr>
          </w:p>
        </w:tc>
        <w:tc>
          <w:tcPr>
            <w:tcW w:w="3936"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the common animal groups and the main features of each of these groups.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what a vertebrate, invertebrate and organism is. </w:t>
            </w: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Use a classification key to identify and group familiar organisms.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that environments can change and this can sometimes pose dangers to living things.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Know how and why animals and plants have adapted.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Know the impact that humans can have on living things and their environments.</w:t>
            </w:r>
          </w:p>
        </w:tc>
        <w:tc>
          <w:tcPr>
            <w:tcW w:w="4774" w:type="dxa"/>
          </w:tcPr>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Ask relevant questions to understand the negative and positive impacts of humans on environments and how this can affect living things.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Make careful and systematic observations of plants, animals and minibeasts (organisms) in my local area.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Identify, classify and group familiar organisms according to their features and whether they are a vertebrate or invertebrate, using key vocabulary. </w:t>
            </w:r>
          </w:p>
          <w:p w:rsidR="00CF4772" w:rsidRPr="00871FC6" w:rsidRDefault="00CF4772" w:rsidP="00DD7C59">
            <w:pPr>
              <w:rPr>
                <w:rFonts w:ascii="Sassoon Penpals" w:eastAsia="MS Mincho" w:hAnsi="Sassoon Penpals" w:cs="Times New Roman"/>
                <w:sz w:val="28"/>
                <w:szCs w:val="28"/>
              </w:rPr>
            </w:pPr>
          </w:p>
          <w:p w:rsidR="00CF4772"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 xml:space="preserve">Using enquiry observations and secondary sources to investigate and compare habitats of different organisms. </w:t>
            </w:r>
          </w:p>
          <w:p w:rsidR="00CF4772" w:rsidRPr="00871FC6" w:rsidRDefault="00CF4772" w:rsidP="00DD7C59">
            <w:pPr>
              <w:rPr>
                <w:rFonts w:ascii="Sassoon Penpals" w:eastAsia="MS Mincho" w:hAnsi="Sassoon Penpals" w:cs="Times New Roman"/>
                <w:sz w:val="28"/>
                <w:szCs w:val="28"/>
              </w:rPr>
            </w:pPr>
          </w:p>
          <w:p w:rsidR="00DD7C59" w:rsidRPr="00871FC6" w:rsidRDefault="00CF4772" w:rsidP="00DD7C59">
            <w:pPr>
              <w:rPr>
                <w:rFonts w:ascii="Sassoon Penpals" w:eastAsia="MS Mincho" w:hAnsi="Sassoon Penpals" w:cs="Times New Roman"/>
                <w:sz w:val="28"/>
                <w:szCs w:val="28"/>
              </w:rPr>
            </w:pPr>
            <w:r w:rsidRPr="00871FC6">
              <w:rPr>
                <w:rFonts w:ascii="Sassoon Penpals" w:eastAsia="MS Mincho" w:hAnsi="Sassoon Penpals" w:cs="Times New Roman"/>
                <w:sz w:val="28"/>
                <w:szCs w:val="28"/>
              </w:rPr>
              <w:t>Gather, record and present information on how environments can change and the dangers this can sometimes pose to living things.</w:t>
            </w:r>
          </w:p>
        </w:tc>
      </w:tr>
    </w:tbl>
    <w:tbl>
      <w:tblPr>
        <w:tblStyle w:val="TableGrid4"/>
        <w:tblW w:w="10745" w:type="dxa"/>
        <w:tblInd w:w="-998" w:type="dxa"/>
        <w:tblLook w:val="04A0" w:firstRow="1" w:lastRow="0" w:firstColumn="1" w:lastColumn="0" w:noHBand="0" w:noVBand="1"/>
      </w:tblPr>
      <w:tblGrid>
        <w:gridCol w:w="1957"/>
        <w:gridCol w:w="3969"/>
        <w:gridCol w:w="4819"/>
      </w:tblGrid>
      <w:tr w:rsidR="003D6C65" w:rsidRPr="00F175F8" w:rsidTr="00C831C1">
        <w:tc>
          <w:tcPr>
            <w:tcW w:w="10745" w:type="dxa"/>
            <w:gridSpan w:val="3"/>
            <w:shd w:val="clear" w:color="auto" w:fill="00B0F0"/>
          </w:tcPr>
          <w:p w:rsidR="003D6C65" w:rsidRPr="00F175F8" w:rsidRDefault="003D6C65" w:rsidP="00DD7C59">
            <w:pPr>
              <w:jc w:val="center"/>
              <w:rPr>
                <w:rFonts w:ascii="Sassoon Penpals" w:hAnsi="Sassoon Penpals" w:cs="Times New Roman"/>
                <w:sz w:val="40"/>
                <w:szCs w:val="40"/>
              </w:rPr>
            </w:pPr>
            <w:r>
              <w:rPr>
                <w:rFonts w:ascii="Sassoon Penpals" w:hAnsi="Sassoon Penpals" w:cs="Times New Roman"/>
                <w:sz w:val="40"/>
                <w:szCs w:val="40"/>
              </w:rPr>
              <w:t>Year 5/6</w:t>
            </w:r>
          </w:p>
        </w:tc>
      </w:tr>
      <w:tr w:rsidR="003D6C65" w:rsidRPr="00F175F8" w:rsidTr="00C831C1">
        <w:tc>
          <w:tcPr>
            <w:tcW w:w="1957" w:type="dxa"/>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69" w:type="dxa"/>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819" w:type="dxa"/>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Autumn 1 2025</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Living things and their habitat</w:t>
            </w:r>
          </w:p>
          <w:p w:rsidR="003107B4" w:rsidRDefault="00797D70" w:rsidP="00DD7C59">
            <w:pPr>
              <w:rPr>
                <w:rFonts w:ascii="Sassoon Penpals" w:hAnsi="Sassoon Penpals" w:cs="Times New Roman"/>
                <w:sz w:val="28"/>
                <w:szCs w:val="28"/>
              </w:rPr>
            </w:pPr>
            <w:r w:rsidRPr="00871FC6">
              <w:rPr>
                <w:rFonts w:ascii="Sassoon Penpals" w:hAnsi="Sassoon Penpals" w:cs="Times New Roman"/>
                <w:b/>
                <w:sz w:val="28"/>
                <w:szCs w:val="28"/>
              </w:rPr>
              <w:t>(</w:t>
            </w:r>
            <w:r w:rsidR="003D6C65"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633D4" w:rsidRPr="00871FC6">
              <w:rPr>
                <w:rFonts w:ascii="Sassoon Penpals" w:hAnsi="Sassoon Penpals" w:cs="Times New Roman"/>
                <w:b/>
                <w:sz w:val="28"/>
                <w:szCs w:val="28"/>
              </w:rPr>
              <w:t>What are animals like in the Amazon?</w:t>
            </w:r>
          </w:p>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C633D4" w:rsidRPr="00871FC6">
              <w:rPr>
                <w:rFonts w:ascii="Sassoon Penpals" w:hAnsi="Sassoon Penpals" w:cs="Times New Roman"/>
                <w:b/>
                <w:sz w:val="28"/>
                <w:szCs w:val="28"/>
              </w:rPr>
              <w:t>vertebrate, invertebrate, kingdom, Linnaean system, organism, microorganism, fungi, bacteria, phylum</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and match different types of animals and match the types of animals to their characteristics.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Group living things according to whether they are plants or animals. </w:t>
            </w:r>
          </w:p>
          <w:p w:rsidR="00C633D4" w:rsidRPr="00871FC6" w:rsidRDefault="00C633D4" w:rsidP="00DD7C59">
            <w:pPr>
              <w:rPr>
                <w:rFonts w:ascii="Sassoon Penpals" w:hAnsi="Sassoon Penpals" w:cs="Times New Roman"/>
                <w:sz w:val="28"/>
                <w:szCs w:val="28"/>
              </w:rPr>
            </w:pPr>
          </w:p>
          <w:p w:rsidR="003D6C65"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Classify living things according to their characteristics.</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characteristics of different groups of organisms and understand the reasons for the classification of these.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who Carl Linnaeus was and explain how living things are classified into groups using the Linnaean system.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Describe helpful and harmful microorganisms Know, describe and compare the structure of different cells.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Know and describe the characteristics of different microorganisms and design one using these characteristics.</w:t>
            </w:r>
          </w:p>
        </w:tc>
        <w:tc>
          <w:tcPr>
            <w:tcW w:w="481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Use research of the features of animal kingdoms to support scientific enquiries to identify living things in the school habitat.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of the ‘growing </w:t>
            </w:r>
            <w:proofErr w:type="spellStart"/>
            <w:r w:rsidRPr="00871FC6">
              <w:rPr>
                <w:rFonts w:ascii="Sassoon Penpals" w:hAnsi="Sassoon Penpals" w:cs="Times New Roman"/>
                <w:sz w:val="28"/>
                <w:szCs w:val="28"/>
              </w:rPr>
              <w:t>mould</w:t>
            </w:r>
            <w:proofErr w:type="spellEnd"/>
            <w:r w:rsidRPr="00871FC6">
              <w:rPr>
                <w:rFonts w:ascii="Sassoon Penpals" w:hAnsi="Sassoon Penpals" w:cs="Times New Roman"/>
                <w:sz w:val="28"/>
                <w:szCs w:val="28"/>
              </w:rPr>
              <w:t>’ investigation and compare with others the changes observed using key vocabulary.</w:t>
            </w:r>
          </w:p>
          <w:p w:rsidR="00C633D4" w:rsidRPr="00871FC6" w:rsidRDefault="00C633D4" w:rsidP="00C633D4">
            <w:pPr>
              <w:rPr>
                <w:rFonts w:ascii="Sassoon Penpals" w:hAnsi="Sassoon Penpals" w:cs="Times New Roman"/>
                <w:sz w:val="28"/>
                <w:szCs w:val="28"/>
              </w:rPr>
            </w:pPr>
          </w:p>
          <w:p w:rsidR="00C633D4"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 xml:space="preserve">Record data using a classification key of all the living things in the school habitat and use </w:t>
            </w:r>
            <w:proofErr w:type="gramStart"/>
            <w:r w:rsidRPr="00871FC6">
              <w:rPr>
                <w:rFonts w:ascii="Sassoon Penpals" w:hAnsi="Sassoon Penpals" w:cs="Times New Roman"/>
                <w:sz w:val="28"/>
                <w:szCs w:val="28"/>
              </w:rPr>
              <w:t>these result</w:t>
            </w:r>
            <w:proofErr w:type="gramEnd"/>
            <w:r w:rsidRPr="00871FC6">
              <w:rPr>
                <w:rFonts w:ascii="Sassoon Penpals" w:hAnsi="Sassoon Penpals" w:cs="Times New Roman"/>
                <w:sz w:val="28"/>
                <w:szCs w:val="28"/>
              </w:rPr>
              <w:t xml:space="preserve"> to make predictions to set up further comparative and fair tests. </w:t>
            </w:r>
          </w:p>
          <w:p w:rsidR="00C633D4" w:rsidRPr="00871FC6" w:rsidRDefault="00C633D4" w:rsidP="00C633D4">
            <w:pPr>
              <w:rPr>
                <w:rFonts w:ascii="Sassoon Penpals" w:hAnsi="Sassoon Penpals" w:cs="Times New Roman"/>
                <w:sz w:val="28"/>
                <w:szCs w:val="28"/>
              </w:rPr>
            </w:pPr>
          </w:p>
          <w:p w:rsidR="00C633D4"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Report, present and discuss conclusions to peers of the ‘</w:t>
            </w:r>
            <w:proofErr w:type="spellStart"/>
            <w:r w:rsidRPr="00871FC6">
              <w:rPr>
                <w:rFonts w:ascii="Sassoon Penpals" w:hAnsi="Sassoon Penpals" w:cs="Times New Roman"/>
                <w:sz w:val="28"/>
                <w:szCs w:val="28"/>
              </w:rPr>
              <w:t>mould</w:t>
            </w:r>
            <w:proofErr w:type="spellEnd"/>
            <w:r w:rsidRPr="00871FC6">
              <w:rPr>
                <w:rFonts w:ascii="Sassoon Penpals" w:hAnsi="Sassoon Penpals" w:cs="Times New Roman"/>
                <w:sz w:val="28"/>
                <w:szCs w:val="28"/>
              </w:rPr>
              <w:t xml:space="preserve">’ enquiry to identify the characteristics of different types of microorganisms. </w:t>
            </w:r>
          </w:p>
          <w:p w:rsidR="00C633D4" w:rsidRPr="00871FC6" w:rsidRDefault="00C633D4" w:rsidP="00C633D4">
            <w:pPr>
              <w:rPr>
                <w:rFonts w:ascii="Sassoon Penpals" w:hAnsi="Sassoon Penpals" w:cs="Times New Roman"/>
                <w:sz w:val="28"/>
                <w:szCs w:val="28"/>
              </w:rPr>
            </w:pPr>
          </w:p>
          <w:p w:rsidR="003D6C65"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Identify using evidence from the ‘</w:t>
            </w:r>
            <w:proofErr w:type="spellStart"/>
            <w:r w:rsidRPr="00871FC6">
              <w:rPr>
                <w:rFonts w:ascii="Sassoon Penpals" w:hAnsi="Sassoon Penpals" w:cs="Times New Roman"/>
                <w:sz w:val="28"/>
                <w:szCs w:val="28"/>
              </w:rPr>
              <w:t>mould</w:t>
            </w:r>
            <w:proofErr w:type="spellEnd"/>
            <w:r w:rsidRPr="00871FC6">
              <w:rPr>
                <w:rFonts w:ascii="Sassoon Penpals" w:hAnsi="Sassoon Penpals" w:cs="Times New Roman"/>
                <w:sz w:val="28"/>
                <w:szCs w:val="28"/>
              </w:rPr>
              <w:t>’ enquiry characteristics of different types of microorganisms.</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Autumn 2 2025</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Electricity</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3D6C65"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107B4" w:rsidRP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633D4" w:rsidRPr="00871FC6">
              <w:rPr>
                <w:rFonts w:ascii="Sassoon Penpals" w:hAnsi="Sassoon Penpals" w:cs="Times New Roman"/>
                <w:b/>
                <w:sz w:val="28"/>
                <w:szCs w:val="28"/>
              </w:rPr>
              <w:t>How does electricity work and how do we stay safe when using it?</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633D4" w:rsidRPr="00871FC6">
              <w:rPr>
                <w:rFonts w:ascii="Sassoon Penpals" w:hAnsi="Sassoon Penpals" w:cs="Times New Roman"/>
                <w:b/>
                <w:sz w:val="28"/>
                <w:szCs w:val="28"/>
              </w:rPr>
              <w:t>lamp, buzzer, voltage, circuits, component function, bulb, switches, symbols, simple circuits, motor, cell</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function of electrical components and match them to their symbols.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Draw a simple circuit and know why we use symbols.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impact of a switch on an electrical circuit.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who Walter Lincoln Hawkins was and why he is an important scientist. </w:t>
            </w:r>
          </w:p>
          <w:p w:rsidR="00C633D4" w:rsidRPr="00871FC6" w:rsidRDefault="00C633D4" w:rsidP="00DD7C59">
            <w:pPr>
              <w:rPr>
                <w:rFonts w:ascii="Sassoon Penpals" w:hAnsi="Sassoon Penpals" w:cs="Times New Roman"/>
                <w:sz w:val="28"/>
                <w:szCs w:val="28"/>
              </w:rPr>
            </w:pPr>
          </w:p>
          <w:p w:rsidR="003D6C65"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Design, explain and constructively evaluate my electrical burglar alarm and explain how it works.</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Planning a scientific enquiry to investigate the effect of changing the number of bulbs on an electrical circuit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and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compare and give reasons for variations in how components function, including the brightness of bulbs, the loudness of buzzers and the on/off position of switches.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from the bulb enquiry in a table and use test results to make predictions for further comparative and fair tests.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the enquiry orally, in a written conclusion and by drawing a simple circuit diagram - using </w:t>
            </w:r>
            <w:proofErr w:type="spellStart"/>
            <w:r w:rsidRPr="00871FC6">
              <w:rPr>
                <w:rFonts w:ascii="Sassoon Penpals" w:hAnsi="Sassoon Penpals" w:cs="Times New Roman"/>
                <w:sz w:val="28"/>
                <w:szCs w:val="28"/>
              </w:rPr>
              <w:t>recognised</w:t>
            </w:r>
            <w:proofErr w:type="spellEnd"/>
            <w:r w:rsidRPr="00871FC6">
              <w:rPr>
                <w:rFonts w:ascii="Sassoon Penpals" w:hAnsi="Sassoon Penpals" w:cs="Times New Roman"/>
                <w:sz w:val="28"/>
                <w:szCs w:val="28"/>
              </w:rPr>
              <w:t xml:space="preserve"> symbols.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Identify scientific evidence to support a design of an electrical burglar alarm and be able to constructively evaluate it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what works well and what would be done differently next time.</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Spring 1 2026</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Forces</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3D6C65"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12974" w:rsidRPr="00871FC6">
              <w:rPr>
                <w:rFonts w:ascii="Sassoon Penpals" w:hAnsi="Sassoon Penpals" w:cs="Times New Roman"/>
                <w:b/>
                <w:sz w:val="28"/>
                <w:szCs w:val="28"/>
              </w:rPr>
              <w:t>How do forces affect the movement of materials?</w:t>
            </w:r>
          </w:p>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gravity, matter, mass, newton meter, lever, pulley, gear</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who Isaac Newton was and understand that gravity pulls objects towards the earth.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Read a Newton meter. Conduct research of examples of </w:t>
            </w:r>
            <w:proofErr w:type="gramStart"/>
            <w:r w:rsidRPr="00871FC6">
              <w:rPr>
                <w:rFonts w:ascii="Sassoon Penpals" w:hAnsi="Sassoon Penpals" w:cs="Times New Roman"/>
                <w:sz w:val="28"/>
                <w:szCs w:val="28"/>
              </w:rPr>
              <w:t>real life</w:t>
            </w:r>
            <w:proofErr w:type="gramEnd"/>
            <w:r w:rsidRPr="00871FC6">
              <w:rPr>
                <w:rFonts w:ascii="Sassoon Penpals" w:hAnsi="Sassoon Penpals" w:cs="Times New Roman"/>
                <w:sz w:val="28"/>
                <w:szCs w:val="28"/>
              </w:rPr>
              <w:t xml:space="preserve"> levers, gear and pulleys to answer a question and discuss findings.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what a lever is and explore how to lift a weight using a lever.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Understand and explain how a lever, pulley and gears work.</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Plan a scientific enquiry to investigate how strong the force of gravity is between the earth and everyday objects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and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using a newton meter and force meter to measure the effects of gravity with increasing accuracy and precision.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and investigation results of levers and pulleys, using scientific tables and line graphs, using test results to make predictions to set up further comparative and fair tests.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enquiries in order to conclude investigations, support predictions and discuss enquiry outcomes with others.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 scientific evidence that has been used to support ideas of how to collaboratively make a gear system work</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Spring 2 2026</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Earth and space</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(Physics)</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Power of Reading text:</w:t>
            </w:r>
          </w:p>
          <w:p w:rsidR="003107B4" w:rsidRPr="00FD1590" w:rsidRDefault="003107B4" w:rsidP="003107B4">
            <w:pPr>
              <w:rPr>
                <w:rFonts w:ascii="Sassoon Penpals" w:hAnsi="Sassoon Penpals"/>
                <w:b/>
                <w:sz w:val="28"/>
                <w:szCs w:val="28"/>
              </w:rPr>
            </w:pPr>
            <w:r w:rsidRPr="00FD1590">
              <w:rPr>
                <w:rFonts w:ascii="Sassoon Penpals" w:hAnsi="Sassoon Penpals"/>
                <w:b/>
                <w:sz w:val="28"/>
                <w:szCs w:val="28"/>
              </w:rPr>
              <w:t>Cosmic</w:t>
            </w:r>
          </w:p>
          <w:p w:rsidR="003D6C65" w:rsidRPr="003107B4" w:rsidRDefault="003D6C65" w:rsidP="003107B4">
            <w:pPr>
              <w:rPr>
                <w:rFonts w:ascii="Sassoon Penpals" w:hAnsi="Sassoon Penpals" w:cs="Times New Roman"/>
                <w:sz w:val="28"/>
                <w:szCs w:val="28"/>
              </w:rPr>
            </w:pPr>
          </w:p>
        </w:tc>
        <w:tc>
          <w:tcPr>
            <w:tcW w:w="8788" w:type="dxa"/>
            <w:gridSpan w:val="2"/>
          </w:tcPr>
          <w:p w:rsidR="00212974"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12974" w:rsidRPr="00871FC6">
              <w:rPr>
                <w:rFonts w:ascii="Sassoon Penpals" w:hAnsi="Sassoon Penpals" w:cs="Times New Roman"/>
                <w:b/>
                <w:sz w:val="28"/>
                <w:szCs w:val="28"/>
              </w:rPr>
              <w:t xml:space="preserve">How does our solar system work? </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Earth, Space, day, night, Moon, Sun, geocentric model, heliocentric model, Mercury, Venus, Earth, Mars, Jupiter, Saturn, Uranus, Neptune, Pluto, dwarf planet, solar system</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the Sun is a star at the </w:t>
            </w:r>
            <w:proofErr w:type="spellStart"/>
            <w:r w:rsidRPr="00871FC6">
              <w:rPr>
                <w:rFonts w:ascii="Sassoon Penpals" w:hAnsi="Sassoon Penpals" w:cs="Times New Roman"/>
                <w:sz w:val="28"/>
                <w:szCs w:val="28"/>
              </w:rPr>
              <w:t>centre</w:t>
            </w:r>
            <w:proofErr w:type="spellEnd"/>
            <w:r w:rsidRPr="00871FC6">
              <w:rPr>
                <w:rFonts w:ascii="Sassoon Penpals" w:hAnsi="Sassoon Penpals" w:cs="Times New Roman"/>
                <w:sz w:val="28"/>
                <w:szCs w:val="28"/>
              </w:rPr>
              <w:t xml:space="preserve"> of our solar system and that it has eight planets: Mercury, Venus, Earth, Mars, Jupiter, Saturn, Uranus and Neptune (Pluto was reclassified as a ‘dwarf planet’ in 2006).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Identify the order of the planets in our solar system.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Describe the movement of the Earth and the planets in the solar system.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difference between the geocentric and heliocentric model and consider how the work of scientists has influenced models of the solar system across history.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distance between the planets in our solar system. Describe the movement of the Moon relative to the Earth.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Describe the Sun, Earth and Moon as approximately spherical bodies.</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Use the idea of the Earth’s rotation to explain day and night and the apparent movement of the sun across the sky.</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a scientific enquiry to use the idea of the Earth’s rotation to explain day and night and the apparent movement of the sun across the sky.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using trundle wheels to gain a greater understanding of the distance between the planets of the solar system and the sun.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to support understanding of the order of the planets in our solar system and the distances they are apart.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Research, report and present findings to describe the movement of the Moon relative to the Earth, and to describe the Sun, Earth and Moon as approximately spherical bodies.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Identifying scientific evidence and opinions through history of the geocentric and heliocentric models to support, refute and debate who believed in which and why.</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2026</w:t>
            </w:r>
          </w:p>
          <w:p w:rsidR="00797D70" w:rsidRPr="00871FC6"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Properties and changes of materials</w:t>
            </w:r>
          </w:p>
          <w:p w:rsidR="003107B4" w:rsidRDefault="00797D70"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212974"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D6C65" w:rsidRPr="003107B4" w:rsidRDefault="003107B4" w:rsidP="003107B4">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12974" w:rsidRPr="00871FC6">
              <w:rPr>
                <w:rFonts w:ascii="Sassoon Penpals" w:hAnsi="Sassoon Penpals" w:cs="Times New Roman"/>
                <w:b/>
                <w:sz w:val="28"/>
                <w:szCs w:val="28"/>
              </w:rPr>
              <w:t>How can a material change state?</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solid, liquid, gas, evaporation, filtering, sieving, decanting, dissolving, melting, solution, soluble, insoluble, solute, solvent, transparency, conductivity (electrical and thermal), response, hardness, reversible, irreversible</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how to recover a substance from a solution by using knowledge of solids, liquids and gases.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Understand the difference between filtering, sieving and evaporating and suggest ways in which different mixtures can be separated.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that dissolving, mixing and changes of state are reversible changes.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Know that some changes result in the formation of new materials, and that this kind of change is not usually reversible. </w:t>
            </w:r>
          </w:p>
          <w:p w:rsidR="00212974" w:rsidRPr="00871FC6" w:rsidRDefault="00212974" w:rsidP="00212974">
            <w:pPr>
              <w:rPr>
                <w:rFonts w:ascii="Sassoon Penpals" w:hAnsi="Sassoon Penpals" w:cs="Times New Roman"/>
                <w:sz w:val="28"/>
                <w:szCs w:val="28"/>
              </w:rPr>
            </w:pPr>
          </w:p>
          <w:p w:rsidR="00212974"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 xml:space="preserve">Know which materials will dissolve in water, explain the difference between melting and dissolving and investigate factors which affect the speed of dissolving. </w:t>
            </w:r>
          </w:p>
          <w:p w:rsidR="00212974" w:rsidRPr="00871FC6" w:rsidRDefault="00212974" w:rsidP="00212974">
            <w:pPr>
              <w:rPr>
                <w:rFonts w:ascii="Sassoon Penpals" w:hAnsi="Sassoon Penpals" w:cs="Times New Roman"/>
                <w:sz w:val="28"/>
                <w:szCs w:val="28"/>
              </w:rPr>
            </w:pPr>
          </w:p>
          <w:p w:rsidR="003D6C65" w:rsidRPr="00871FC6" w:rsidRDefault="00212974" w:rsidP="00212974">
            <w:pPr>
              <w:rPr>
                <w:rFonts w:ascii="Sassoon Penpals" w:hAnsi="Sassoon Penpals" w:cs="Times New Roman"/>
                <w:sz w:val="28"/>
                <w:szCs w:val="28"/>
              </w:rPr>
            </w:pPr>
            <w:r w:rsidRPr="00871FC6">
              <w:rPr>
                <w:rFonts w:ascii="Sassoon Penpals" w:hAnsi="Sassoon Penpals" w:cs="Times New Roman"/>
                <w:sz w:val="28"/>
                <w:szCs w:val="28"/>
              </w:rPr>
              <w:t>Know why materials are used for different purposes and group them according to their properties i.e. transparency, conductivity (electrical and thermal) and their response to magnets.</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enquires to separate substances from solutions and investigate whether changes of state are reversible or irreversible -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of filtering, sieving and evaporating to separate substances - taking repeat readings when appropriate to ensure accuracy and precision.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 data from separation and dissolving enquiries using graphs, tables and classification </w:t>
            </w:r>
            <w:r w:rsidRPr="00871FC6">
              <w:rPr>
                <w:rFonts w:ascii="Sassoon Penpals" w:hAnsi="Sassoon Penpals" w:cs="Times New Roman"/>
                <w:sz w:val="28"/>
                <w:szCs w:val="28"/>
              </w:rPr>
              <w:lastRenderedPageBreak/>
              <w:t xml:space="preserve">keys and use these results to make predictions on reversible and irreversible changes.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enquiries in order to conclude investigations, support predictions and discuss enquiry outcomes with others.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 scientific evidence through investigations to support ideas of the changing states of different matters.</w:t>
            </w:r>
          </w:p>
        </w:tc>
      </w:tr>
      <w:tr w:rsidR="003D6C65" w:rsidRPr="00F175F8" w:rsidTr="00C831C1">
        <w:tc>
          <w:tcPr>
            <w:tcW w:w="1957" w:type="dxa"/>
            <w:vMerge w:val="restart"/>
          </w:tcPr>
          <w:p w:rsidR="003D6C65"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Summer 2 2026</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3107B4"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212974"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107B4" w:rsidRP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Default="003107B4" w:rsidP="003107B4">
            <w:pPr>
              <w:rPr>
                <w:rFonts w:ascii="Sassoon Penpals" w:hAnsi="Sassoon Penpals" w:cs="Times New Roman"/>
                <w:sz w:val="28"/>
                <w:szCs w:val="28"/>
              </w:rPr>
            </w:pPr>
          </w:p>
          <w:p w:rsidR="003107B4" w:rsidRPr="003107B4" w:rsidRDefault="003107B4" w:rsidP="003107B4">
            <w:pPr>
              <w:spacing w:line="259" w:lineRule="auto"/>
              <w:rPr>
                <w:rFonts w:ascii="Sassoon Penpals" w:eastAsia="Calibri" w:hAnsi="Sassoon Penpals" w:cs="Times New Roman"/>
                <w:b/>
                <w:sz w:val="28"/>
                <w:szCs w:val="28"/>
                <w:lang w:val="en-GB"/>
              </w:rPr>
            </w:pPr>
            <w:r w:rsidRPr="003107B4">
              <w:rPr>
                <w:rFonts w:ascii="Sassoon Penpals" w:eastAsia="Calibri" w:hAnsi="Sassoon Penpals" w:cs="Times New Roman"/>
                <w:b/>
                <w:sz w:val="28"/>
                <w:szCs w:val="28"/>
                <w:lang w:val="en-GB"/>
              </w:rPr>
              <w:t>Power of Reading text:</w:t>
            </w:r>
          </w:p>
          <w:p w:rsidR="003107B4" w:rsidRPr="003107B4" w:rsidRDefault="003107B4" w:rsidP="003107B4">
            <w:pPr>
              <w:spacing w:line="259" w:lineRule="auto"/>
              <w:rPr>
                <w:rFonts w:ascii="Sassoon Penpals" w:eastAsia="Calibri" w:hAnsi="Sassoon Penpals" w:cs="Times New Roman"/>
                <w:b/>
                <w:sz w:val="28"/>
                <w:szCs w:val="28"/>
                <w:lang w:val="en-GB"/>
              </w:rPr>
            </w:pPr>
            <w:r w:rsidRPr="003107B4">
              <w:rPr>
                <w:rFonts w:ascii="Sassoon Penpals" w:eastAsia="Calibri" w:hAnsi="Sassoon Penpals" w:cs="Times New Roman"/>
                <w:b/>
                <w:sz w:val="28"/>
                <w:szCs w:val="28"/>
                <w:lang w:val="en-GB"/>
              </w:rPr>
              <w:t>Pig Heart Boy</w:t>
            </w:r>
          </w:p>
          <w:p w:rsidR="003D6C65" w:rsidRPr="003107B4" w:rsidRDefault="003D6C65" w:rsidP="003107B4">
            <w:pPr>
              <w:rPr>
                <w:rFonts w:ascii="Sassoon Penpals" w:hAnsi="Sassoon Penpals" w:cs="Times New Roman"/>
                <w:sz w:val="28"/>
                <w:szCs w:val="28"/>
              </w:rPr>
            </w:pPr>
          </w:p>
        </w:tc>
        <w:tc>
          <w:tcPr>
            <w:tcW w:w="8788" w:type="dxa"/>
            <w:gridSpan w:val="2"/>
          </w:tcPr>
          <w:p w:rsidR="00212974" w:rsidRPr="00871FC6" w:rsidRDefault="003D6C6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12974" w:rsidRPr="00871FC6">
              <w:rPr>
                <w:rFonts w:ascii="Sassoon Penpals" w:hAnsi="Sassoon Penpals" w:cs="Times New Roman"/>
                <w:b/>
                <w:sz w:val="28"/>
                <w:szCs w:val="28"/>
              </w:rPr>
              <w:t>How can we look after ourselves?</w:t>
            </w:r>
          </w:p>
          <w:p w:rsidR="003D6C65" w:rsidRPr="00871FC6" w:rsidRDefault="003D6C6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212974" w:rsidRPr="00871FC6">
              <w:rPr>
                <w:rFonts w:ascii="Sassoon Penpals" w:hAnsi="Sassoon Penpals" w:cs="Times New Roman"/>
                <w:b/>
                <w:sz w:val="28"/>
                <w:szCs w:val="28"/>
              </w:rPr>
              <w:t>blood vessel, plasma, circulatory system, arteries, veins, oxygenated, deoxygenated, atrium, ventricle, valve</w:t>
            </w:r>
          </w:p>
        </w:tc>
      </w:tr>
      <w:tr w:rsidR="003D6C65" w:rsidRPr="00F175F8" w:rsidTr="00C831C1">
        <w:tc>
          <w:tcPr>
            <w:tcW w:w="1957" w:type="dxa"/>
            <w:vMerge/>
          </w:tcPr>
          <w:p w:rsidR="003D6C65" w:rsidRPr="00871FC6" w:rsidRDefault="003D6C65" w:rsidP="00DD7C59">
            <w:pPr>
              <w:rPr>
                <w:rFonts w:ascii="Sassoon Penpals" w:hAnsi="Sassoon Penpals" w:cs="Times New Roman"/>
                <w:sz w:val="28"/>
                <w:szCs w:val="28"/>
              </w:rPr>
            </w:pPr>
          </w:p>
        </w:tc>
        <w:tc>
          <w:tcPr>
            <w:tcW w:w="396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functions of blood and blood vessels and the ways in which nutrients and water are transported.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the different components of blood are.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purpose of blood vessels. Know the main parts of the human circulatory system and explain their functions.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function of the heart, why it continuously beats and how the muscle works.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role blood plays in the circulatory system and how oxygenated blood enters the heart and deoxygenated blood leaves the heart.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Explore the effect of exercise on heart rate and why the heart rate changes when we exercise.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diet and exercise affect body weight and understand that different people require different food intakes. </w:t>
            </w:r>
          </w:p>
          <w:p w:rsidR="00212974" w:rsidRPr="00871FC6" w:rsidRDefault="00212974"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Know that we burn off calories through exercise and understand the detrimental effect on the body of over-eating and under-eating.</w:t>
            </w:r>
          </w:p>
        </w:tc>
        <w:tc>
          <w:tcPr>
            <w:tcW w:w="4819" w:type="dxa"/>
          </w:tcPr>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Planning a scientific enquiry to investigate the effect of exercise on the heart rate - </w:t>
            </w:r>
            <w:proofErr w:type="spellStart"/>
            <w:r w:rsidRPr="00871FC6">
              <w:rPr>
                <w:rFonts w:ascii="Sassoon Penpals" w:hAnsi="Sassoon Penpals" w:cs="Times New Roman"/>
                <w:sz w:val="28"/>
                <w:szCs w:val="28"/>
              </w:rPr>
              <w:t>recognising</w:t>
            </w:r>
            <w:proofErr w:type="spellEnd"/>
            <w:r w:rsidRPr="00871FC6">
              <w:rPr>
                <w:rFonts w:ascii="Sassoon Penpals" w:hAnsi="Sassoon Penpals" w:cs="Times New Roman"/>
                <w:sz w:val="28"/>
                <w:szCs w:val="28"/>
              </w:rPr>
              <w:t xml:space="preserve"> and controlling variables where necessary. </w:t>
            </w:r>
          </w:p>
          <w:p w:rsidR="00212974" w:rsidRPr="00871FC6" w:rsidRDefault="00212974" w:rsidP="00DD7C59">
            <w:pPr>
              <w:rPr>
                <w:rFonts w:ascii="Sassoon Penpals" w:hAnsi="Sassoon Penpals" w:cs="Times New Roman"/>
                <w:sz w:val="28"/>
                <w:szCs w:val="28"/>
              </w:rPr>
            </w:pPr>
          </w:p>
          <w:p w:rsidR="00212974"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Taking measurements of the change of heart rate with increasing accuracy and precision, taking repeat readings when appropriate. </w:t>
            </w:r>
          </w:p>
          <w:p w:rsidR="00DA019B" w:rsidRPr="00871FC6" w:rsidRDefault="00DA019B" w:rsidP="00DD7C59">
            <w:pPr>
              <w:rPr>
                <w:rFonts w:ascii="Sassoon Penpals" w:hAnsi="Sassoon Penpals" w:cs="Times New Roman"/>
                <w:sz w:val="28"/>
                <w:szCs w:val="28"/>
              </w:rPr>
            </w:pPr>
          </w:p>
          <w:p w:rsidR="00DA019B"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Recording the data and results of the change in heart rate on tables and line graphs and use these test results to make predictions to set up further comparative and fair tests. </w:t>
            </w:r>
          </w:p>
          <w:p w:rsidR="00DA019B" w:rsidRPr="00871FC6" w:rsidRDefault="00DA019B" w:rsidP="00DD7C59">
            <w:pPr>
              <w:rPr>
                <w:rFonts w:ascii="Sassoon Penpals" w:hAnsi="Sassoon Penpals" w:cs="Times New Roman"/>
                <w:sz w:val="28"/>
                <w:szCs w:val="28"/>
              </w:rPr>
            </w:pPr>
          </w:p>
          <w:p w:rsidR="00DA019B"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of the role of Marie M Daly to broaden understanding of how foods and diet can affect the health of the heart and the circulatory system. </w:t>
            </w:r>
          </w:p>
          <w:p w:rsidR="00DA019B" w:rsidRPr="00871FC6" w:rsidRDefault="00DA019B" w:rsidP="00DD7C59">
            <w:pPr>
              <w:rPr>
                <w:rFonts w:ascii="Sassoon Penpals" w:hAnsi="Sassoon Penpals" w:cs="Times New Roman"/>
                <w:sz w:val="28"/>
                <w:szCs w:val="28"/>
              </w:rPr>
            </w:pPr>
          </w:p>
          <w:p w:rsidR="003D6C65" w:rsidRPr="00871FC6" w:rsidRDefault="00212974" w:rsidP="00DD7C59">
            <w:pPr>
              <w:rPr>
                <w:rFonts w:ascii="Sassoon Penpals" w:hAnsi="Sassoon Penpals" w:cs="Times New Roman"/>
                <w:sz w:val="28"/>
                <w:szCs w:val="28"/>
              </w:rPr>
            </w:pPr>
            <w:r w:rsidRPr="00871FC6">
              <w:rPr>
                <w:rFonts w:ascii="Sassoon Penpals" w:hAnsi="Sassoon Penpals" w:cs="Times New Roman"/>
                <w:sz w:val="28"/>
                <w:szCs w:val="28"/>
              </w:rPr>
              <w:t>Identify scientific evidence of the impact of diet, exercise, drugs and lifestyle on the way bodies function.</w:t>
            </w:r>
          </w:p>
        </w:tc>
      </w:tr>
    </w:tbl>
    <w:tbl>
      <w:tblPr>
        <w:tblStyle w:val="TableGrid"/>
        <w:tblW w:w="10745" w:type="dxa"/>
        <w:tblInd w:w="-998" w:type="dxa"/>
        <w:tblLook w:val="04A0" w:firstRow="1" w:lastRow="0" w:firstColumn="1" w:lastColumn="0" w:noHBand="0" w:noVBand="1"/>
      </w:tblPr>
      <w:tblGrid>
        <w:gridCol w:w="2035"/>
        <w:gridCol w:w="3934"/>
        <w:gridCol w:w="4776"/>
      </w:tblGrid>
      <w:tr w:rsidR="00133C11" w:rsidTr="00C831C1">
        <w:tc>
          <w:tcPr>
            <w:tcW w:w="10745" w:type="dxa"/>
            <w:gridSpan w:val="3"/>
            <w:shd w:val="clear" w:color="auto" w:fill="00B0F0"/>
          </w:tcPr>
          <w:p w:rsidR="00133C11" w:rsidRPr="00133C11" w:rsidRDefault="00133C11" w:rsidP="00133C11">
            <w:pPr>
              <w:jc w:val="center"/>
              <w:rPr>
                <w:rFonts w:ascii="Sassoon Penpals" w:hAnsi="Sassoon Penpals"/>
                <w:sz w:val="40"/>
                <w:szCs w:val="40"/>
              </w:rPr>
            </w:pPr>
            <w:r w:rsidRPr="00133C11">
              <w:rPr>
                <w:rFonts w:ascii="Sassoon Penpals" w:hAnsi="Sassoon Penpals"/>
                <w:sz w:val="40"/>
                <w:szCs w:val="40"/>
              </w:rPr>
              <w:t>Reception</w:t>
            </w:r>
          </w:p>
        </w:tc>
      </w:tr>
      <w:tr w:rsidR="00133C11" w:rsidTr="00C831C1">
        <w:tc>
          <w:tcPr>
            <w:tcW w:w="2035" w:type="dxa"/>
          </w:tcPr>
          <w:p w:rsidR="00133C11" w:rsidRPr="00871FC6" w:rsidRDefault="00133C11">
            <w:pPr>
              <w:rPr>
                <w:rFonts w:ascii="Sassoon Penpals" w:hAnsi="Sassoon Penpals"/>
                <w:b/>
                <w:sz w:val="28"/>
                <w:szCs w:val="28"/>
              </w:rPr>
            </w:pPr>
            <w:r w:rsidRPr="00871FC6">
              <w:rPr>
                <w:rFonts w:ascii="Sassoon Penpals" w:hAnsi="Sassoon Penpals"/>
                <w:b/>
                <w:sz w:val="28"/>
                <w:szCs w:val="28"/>
              </w:rPr>
              <w:t>Term</w:t>
            </w:r>
          </w:p>
          <w:p w:rsidR="00133C11" w:rsidRPr="00871FC6" w:rsidRDefault="00133C11">
            <w:pPr>
              <w:rPr>
                <w:rFonts w:ascii="Sassoon Penpals" w:hAnsi="Sassoon Penpals"/>
                <w:b/>
                <w:sz w:val="28"/>
                <w:szCs w:val="28"/>
              </w:rPr>
            </w:pPr>
            <w:r w:rsidRPr="00871FC6">
              <w:rPr>
                <w:rFonts w:ascii="Sassoon Penpals" w:hAnsi="Sassoon Penpals"/>
                <w:b/>
                <w:sz w:val="28"/>
                <w:szCs w:val="28"/>
              </w:rPr>
              <w:t>Subject</w:t>
            </w:r>
          </w:p>
        </w:tc>
        <w:tc>
          <w:tcPr>
            <w:tcW w:w="3934" w:type="dxa"/>
          </w:tcPr>
          <w:p w:rsidR="00133C11" w:rsidRPr="00871FC6" w:rsidRDefault="00133C11">
            <w:pPr>
              <w:rPr>
                <w:rFonts w:ascii="Sassoon Penpals" w:hAnsi="Sassoon Penpals"/>
                <w:b/>
                <w:sz w:val="28"/>
                <w:szCs w:val="28"/>
              </w:rPr>
            </w:pPr>
            <w:r w:rsidRPr="00871FC6">
              <w:rPr>
                <w:rFonts w:ascii="Sassoon Penpals" w:hAnsi="Sassoon Penpals"/>
                <w:b/>
                <w:sz w:val="28"/>
                <w:szCs w:val="28"/>
              </w:rPr>
              <w:t>Knowledge</w:t>
            </w:r>
          </w:p>
        </w:tc>
        <w:tc>
          <w:tcPr>
            <w:tcW w:w="4776" w:type="dxa"/>
          </w:tcPr>
          <w:p w:rsidR="00133C11" w:rsidRPr="00871FC6" w:rsidRDefault="00133C11">
            <w:pPr>
              <w:rPr>
                <w:rFonts w:ascii="Sassoon Penpals" w:hAnsi="Sassoon Penpals"/>
                <w:b/>
                <w:sz w:val="28"/>
                <w:szCs w:val="28"/>
              </w:rPr>
            </w:pPr>
            <w:r w:rsidRPr="00871FC6">
              <w:rPr>
                <w:rFonts w:ascii="Sassoon Penpals" w:hAnsi="Sassoon Penpals"/>
                <w:b/>
                <w:sz w:val="28"/>
                <w:szCs w:val="28"/>
              </w:rPr>
              <w:t>Skills</w:t>
            </w:r>
          </w:p>
        </w:tc>
      </w:tr>
      <w:tr w:rsidR="00871FC6" w:rsidTr="00C831C1">
        <w:tc>
          <w:tcPr>
            <w:tcW w:w="2035" w:type="dxa"/>
            <w:vMerge w:val="restart"/>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 xml:space="preserve">Autumn 1 </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2026</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Seasonal Changes</w:t>
            </w:r>
          </w:p>
          <w:p w:rsidR="00381911" w:rsidRDefault="00871FC6" w:rsidP="00871FC6">
            <w:pPr>
              <w:rPr>
                <w:rFonts w:ascii="Sassoon Penpals" w:hAnsi="Sassoon Penpals"/>
                <w:sz w:val="28"/>
                <w:szCs w:val="28"/>
              </w:rPr>
            </w:pPr>
            <w:r w:rsidRPr="00871FC6">
              <w:rPr>
                <w:rFonts w:ascii="Sassoon Penpals" w:hAnsi="Sassoon Penpals"/>
                <w:b/>
                <w:sz w:val="28"/>
                <w:szCs w:val="28"/>
              </w:rPr>
              <w:t>(Physics)</w:t>
            </w:r>
          </w:p>
          <w:p w:rsidR="00381911" w:rsidRDefault="00381911" w:rsidP="00381911">
            <w:pPr>
              <w:rPr>
                <w:rFonts w:ascii="Sassoon Penpals" w:hAnsi="Sassoon Penpals"/>
                <w:sz w:val="28"/>
                <w:szCs w:val="28"/>
              </w:rPr>
            </w:pPr>
          </w:p>
          <w:p w:rsidR="00381911" w:rsidRPr="00FD1590" w:rsidRDefault="00381911" w:rsidP="00381911">
            <w:pPr>
              <w:rPr>
                <w:rFonts w:ascii="Sassoon Penpals" w:hAnsi="Sassoon Penpals" w:cstheme="minorHAnsi"/>
                <w:b/>
                <w:sz w:val="28"/>
                <w:szCs w:val="28"/>
              </w:rPr>
            </w:pPr>
            <w:r w:rsidRPr="00FD1590">
              <w:rPr>
                <w:rFonts w:ascii="Sassoon Penpals" w:hAnsi="Sassoon Penpals" w:cstheme="minorHAnsi"/>
                <w:b/>
                <w:sz w:val="28"/>
                <w:szCs w:val="28"/>
              </w:rPr>
              <w:t>Core Texts:</w:t>
            </w:r>
          </w:p>
          <w:p w:rsidR="00381911" w:rsidRPr="00FD1590" w:rsidRDefault="00381911" w:rsidP="00381911">
            <w:pPr>
              <w:rPr>
                <w:rFonts w:ascii="Sassoon Penpals" w:hAnsi="Sassoon Penpals" w:cstheme="minorHAnsi"/>
                <w:sz w:val="28"/>
                <w:szCs w:val="28"/>
              </w:rPr>
            </w:pPr>
            <w:r w:rsidRPr="00FD1590">
              <w:rPr>
                <w:rFonts w:ascii="Sassoon Penpals" w:hAnsi="Sassoon Penpals" w:cstheme="minorHAnsi"/>
                <w:sz w:val="28"/>
                <w:szCs w:val="28"/>
              </w:rPr>
              <w:t xml:space="preserve">The </w:t>
            </w:r>
            <w:proofErr w:type="spellStart"/>
            <w:r w:rsidRPr="00FD1590">
              <w:rPr>
                <w:rFonts w:ascii="Sassoon Penpals" w:hAnsi="Sassoon Penpals" w:cstheme="minorHAnsi"/>
                <w:sz w:val="28"/>
                <w:szCs w:val="28"/>
              </w:rPr>
              <w:t>Colour</w:t>
            </w:r>
            <w:proofErr w:type="spellEnd"/>
            <w:r w:rsidRPr="00FD1590">
              <w:rPr>
                <w:rFonts w:ascii="Sassoon Penpals" w:hAnsi="Sassoon Penpals" w:cstheme="minorHAnsi"/>
                <w:sz w:val="28"/>
                <w:szCs w:val="28"/>
              </w:rPr>
              <w:t xml:space="preserve"> Monster</w:t>
            </w:r>
          </w:p>
          <w:p w:rsidR="00381911" w:rsidRPr="00FD1590" w:rsidRDefault="00381911" w:rsidP="00381911">
            <w:pPr>
              <w:rPr>
                <w:rFonts w:ascii="Sassoon Penpals" w:hAnsi="Sassoon Penpals" w:cstheme="minorHAnsi"/>
                <w:sz w:val="28"/>
                <w:szCs w:val="28"/>
              </w:rPr>
            </w:pPr>
            <w:r w:rsidRPr="00FD1590">
              <w:rPr>
                <w:rFonts w:ascii="Sassoon Penpals" w:hAnsi="Sassoon Penpals" w:cstheme="minorHAnsi"/>
                <w:sz w:val="28"/>
                <w:szCs w:val="28"/>
              </w:rPr>
              <w:t>Elmer</w:t>
            </w:r>
          </w:p>
          <w:p w:rsidR="00381911" w:rsidRPr="00FD1590" w:rsidRDefault="00381911" w:rsidP="00381911">
            <w:pPr>
              <w:rPr>
                <w:rFonts w:ascii="Sassoon Penpals" w:hAnsi="Sassoon Penpals" w:cstheme="minorHAnsi"/>
                <w:sz w:val="28"/>
                <w:szCs w:val="28"/>
              </w:rPr>
            </w:pPr>
            <w:r w:rsidRPr="00FD1590">
              <w:rPr>
                <w:rFonts w:ascii="Sassoon Penpals" w:hAnsi="Sassoon Penpals" w:cstheme="minorHAnsi"/>
                <w:sz w:val="28"/>
                <w:szCs w:val="28"/>
              </w:rPr>
              <w:t>The Rainbow Fish</w:t>
            </w:r>
          </w:p>
          <w:p w:rsidR="00381911" w:rsidRPr="00FD1590" w:rsidRDefault="00381911" w:rsidP="00381911">
            <w:pPr>
              <w:rPr>
                <w:rFonts w:ascii="Sassoon Penpals" w:hAnsi="Sassoon Penpals" w:cstheme="minorHAnsi"/>
                <w:sz w:val="28"/>
                <w:szCs w:val="28"/>
              </w:rPr>
            </w:pPr>
            <w:r w:rsidRPr="00FD1590">
              <w:rPr>
                <w:rFonts w:ascii="Sassoon Penpals" w:hAnsi="Sassoon Penpals" w:cstheme="minorHAnsi"/>
                <w:sz w:val="28"/>
                <w:szCs w:val="28"/>
              </w:rPr>
              <w:t>Sassoon</w:t>
            </w:r>
          </w:p>
          <w:p w:rsidR="00871FC6" w:rsidRPr="00381911" w:rsidRDefault="00871FC6" w:rsidP="00381911">
            <w:pPr>
              <w:rPr>
                <w:rFonts w:ascii="Sassoon Penpals" w:hAnsi="Sassoon Penpals"/>
                <w:sz w:val="28"/>
                <w:szCs w:val="28"/>
              </w:rPr>
            </w:pPr>
          </w:p>
        </w:tc>
        <w:tc>
          <w:tcPr>
            <w:tcW w:w="8710" w:type="dxa"/>
            <w:gridSpan w:val="2"/>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Topic Question: How do seasons affect the natural world around us?</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Key Vocabulary: season, Autumn, Winter, Spring, Summer, weather, changes</w:t>
            </w:r>
          </w:p>
        </w:tc>
      </w:tr>
      <w:tr w:rsidR="00871FC6" w:rsidTr="00C831C1">
        <w:tc>
          <w:tcPr>
            <w:tcW w:w="2035" w:type="dxa"/>
            <w:vMerge/>
          </w:tcPr>
          <w:p w:rsidR="00871FC6" w:rsidRPr="00871FC6" w:rsidRDefault="00871FC6" w:rsidP="00871FC6">
            <w:pPr>
              <w:rPr>
                <w:rFonts w:ascii="Sassoon Penpals" w:hAnsi="Sassoon Penpals"/>
                <w:sz w:val="28"/>
                <w:szCs w:val="28"/>
              </w:rPr>
            </w:pPr>
          </w:p>
        </w:tc>
        <w:tc>
          <w:tcPr>
            <w:tcW w:w="3934"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Name the 4 seasons.</w:t>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br/>
              <w:t>Understand the effects of changing seasons on the natural world.</w:t>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br/>
              <w:t>Begin to describe what the seasons are like.</w:t>
            </w:r>
          </w:p>
        </w:tc>
        <w:tc>
          <w:tcPr>
            <w:tcW w:w="4776"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Ask simple questions about the seasons.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Observe and talk about seasonal changes in the environment.</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Create a seasons wheel to record observations.</w:t>
            </w:r>
          </w:p>
        </w:tc>
      </w:tr>
      <w:tr w:rsidR="00871FC6" w:rsidTr="00C831C1">
        <w:tc>
          <w:tcPr>
            <w:tcW w:w="2035" w:type="dxa"/>
            <w:vMerge w:val="restart"/>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 xml:space="preserve">Autumn 2 </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2026</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Night/Day Seasonal Changes</w:t>
            </w:r>
          </w:p>
          <w:p w:rsidR="00381911" w:rsidRDefault="00871FC6" w:rsidP="00871FC6">
            <w:pPr>
              <w:rPr>
                <w:rFonts w:ascii="Sassoon Penpals" w:hAnsi="Sassoon Penpals"/>
                <w:b/>
                <w:sz w:val="28"/>
                <w:szCs w:val="28"/>
              </w:rPr>
            </w:pPr>
            <w:r w:rsidRPr="00871FC6">
              <w:rPr>
                <w:rFonts w:ascii="Sassoon Penpals" w:hAnsi="Sassoon Penpals"/>
                <w:b/>
                <w:sz w:val="28"/>
                <w:szCs w:val="28"/>
              </w:rPr>
              <w:t>(Physics)</w:t>
            </w:r>
          </w:p>
          <w:p w:rsidR="00381911" w:rsidRDefault="00381911" w:rsidP="00381911">
            <w:pPr>
              <w:rPr>
                <w:rFonts w:ascii="Sassoon Penpals" w:hAnsi="Sassoon Penpals"/>
                <w:sz w:val="28"/>
                <w:szCs w:val="28"/>
              </w:rPr>
            </w:pPr>
          </w:p>
          <w:p w:rsidR="00381911" w:rsidRPr="00381911" w:rsidRDefault="00381911" w:rsidP="00381911">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Little Home Bird and The Very Last Leaf</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Owl Babies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Night Monkey Day Monkey</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lastRenderedPageBreak/>
              <w:t>The Fox and the Star</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How to Catch a Star</w:t>
            </w:r>
          </w:p>
          <w:p w:rsidR="00871FC6" w:rsidRPr="00381911" w:rsidRDefault="00871FC6" w:rsidP="00381911">
            <w:pPr>
              <w:rPr>
                <w:rFonts w:ascii="Sassoon Penpals" w:hAnsi="Sassoon Penpals"/>
                <w:sz w:val="28"/>
                <w:szCs w:val="28"/>
              </w:rPr>
            </w:pPr>
          </w:p>
        </w:tc>
        <w:tc>
          <w:tcPr>
            <w:tcW w:w="8710" w:type="dxa"/>
            <w:gridSpan w:val="2"/>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lastRenderedPageBreak/>
              <w:t>Topic question: What happens in the sky at night and day?</w:t>
            </w:r>
          </w:p>
          <w:p w:rsidR="00871FC6" w:rsidRPr="00871FC6" w:rsidRDefault="00871FC6" w:rsidP="00871FC6">
            <w:pPr>
              <w:rPr>
                <w:rFonts w:ascii="Sassoon Penpals" w:hAnsi="Sassoon Penpals"/>
                <w:sz w:val="28"/>
                <w:szCs w:val="28"/>
              </w:rPr>
            </w:pPr>
            <w:r w:rsidRPr="00871FC6">
              <w:rPr>
                <w:rFonts w:ascii="Sassoon Penpals" w:hAnsi="Sassoon Penpals"/>
                <w:b/>
                <w:sz w:val="28"/>
                <w:szCs w:val="28"/>
              </w:rPr>
              <w:t>Key Vocabulary: night, day, star, moon, sun, dark, light, orbit</w:t>
            </w:r>
          </w:p>
        </w:tc>
      </w:tr>
      <w:tr w:rsidR="00871FC6" w:rsidTr="00C831C1">
        <w:tc>
          <w:tcPr>
            <w:tcW w:w="2035" w:type="dxa"/>
            <w:vMerge/>
          </w:tcPr>
          <w:p w:rsidR="00871FC6" w:rsidRPr="00871FC6" w:rsidRDefault="00871FC6" w:rsidP="00871FC6">
            <w:pPr>
              <w:rPr>
                <w:rFonts w:ascii="Sassoon Penpals" w:hAnsi="Sassoon Penpals"/>
                <w:sz w:val="28"/>
                <w:szCs w:val="28"/>
              </w:rPr>
            </w:pPr>
          </w:p>
        </w:tc>
        <w:tc>
          <w:tcPr>
            <w:tcW w:w="3934"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Understand why we have night and day.</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Know that stars are balls of burning gas.</w:t>
            </w:r>
          </w:p>
        </w:tc>
        <w:tc>
          <w:tcPr>
            <w:tcW w:w="4776"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Ask questions about day and night.</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Observe the sky at different times.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Begin to represent movement using simple drawings or discussions.</w:t>
            </w:r>
          </w:p>
        </w:tc>
      </w:tr>
      <w:tr w:rsidR="00871FC6" w:rsidTr="00C831C1">
        <w:tc>
          <w:tcPr>
            <w:tcW w:w="2035" w:type="dxa"/>
            <w:vMerge w:val="restart"/>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 xml:space="preserve">Spring 1 </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2027</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Space</w:t>
            </w:r>
          </w:p>
          <w:p w:rsidR="00381911" w:rsidRDefault="00871FC6" w:rsidP="00871FC6">
            <w:pPr>
              <w:rPr>
                <w:rFonts w:ascii="Sassoon Penpals" w:hAnsi="Sassoon Penpals"/>
                <w:b/>
                <w:sz w:val="28"/>
                <w:szCs w:val="28"/>
              </w:rPr>
            </w:pPr>
            <w:r w:rsidRPr="00871FC6">
              <w:rPr>
                <w:rFonts w:ascii="Sassoon Penpals" w:hAnsi="Sassoon Penpals"/>
                <w:b/>
                <w:sz w:val="28"/>
                <w:szCs w:val="28"/>
              </w:rPr>
              <w:t>(Physics)</w:t>
            </w:r>
          </w:p>
          <w:p w:rsidR="00381911" w:rsidRDefault="00381911" w:rsidP="00381911">
            <w:pPr>
              <w:rPr>
                <w:rFonts w:ascii="Sassoon Penpals" w:hAnsi="Sassoon Penpals"/>
                <w:sz w:val="28"/>
                <w:szCs w:val="28"/>
              </w:rPr>
            </w:pPr>
          </w:p>
          <w:p w:rsidR="00381911" w:rsidRDefault="00381911" w:rsidP="00381911">
            <w:pPr>
              <w:rPr>
                <w:rFonts w:ascii="Sassoon Penpals" w:hAnsi="Sassoon Penpals"/>
                <w:sz w:val="28"/>
                <w:szCs w:val="28"/>
              </w:rPr>
            </w:pPr>
          </w:p>
          <w:p w:rsidR="00381911" w:rsidRPr="00381911" w:rsidRDefault="00381911" w:rsidP="00381911">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Whatever Next</w:t>
            </w:r>
          </w:p>
          <w:p w:rsidR="00381911" w:rsidRPr="00381911" w:rsidRDefault="00381911" w:rsidP="00381911">
            <w:pPr>
              <w:spacing w:line="259" w:lineRule="auto"/>
              <w:rPr>
                <w:rFonts w:ascii="Sassoon Penpals" w:eastAsia="Calibri" w:hAnsi="Sassoon Penpals" w:cs="Calibri"/>
                <w:sz w:val="28"/>
                <w:szCs w:val="28"/>
                <w:lang w:val="en-GB"/>
              </w:rPr>
            </w:pPr>
            <w:proofErr w:type="spellStart"/>
            <w:r w:rsidRPr="00381911">
              <w:rPr>
                <w:rFonts w:ascii="Sassoon Penpals" w:eastAsia="Calibri" w:hAnsi="Sassoon Penpals" w:cs="Calibri"/>
                <w:sz w:val="28"/>
                <w:szCs w:val="28"/>
                <w:lang w:val="en-GB"/>
              </w:rPr>
              <w:t>Beegu</w:t>
            </w:r>
            <w:proofErr w:type="spellEnd"/>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Way Back Home</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Aliens Love Underpants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A Planet Full of Plastic</w:t>
            </w:r>
          </w:p>
          <w:p w:rsidR="00871FC6" w:rsidRPr="00381911" w:rsidRDefault="00871FC6" w:rsidP="00381911">
            <w:pPr>
              <w:rPr>
                <w:rFonts w:ascii="Sassoon Penpals" w:hAnsi="Sassoon Penpals"/>
                <w:sz w:val="28"/>
                <w:szCs w:val="28"/>
              </w:rPr>
            </w:pPr>
          </w:p>
        </w:tc>
        <w:tc>
          <w:tcPr>
            <w:tcW w:w="8710" w:type="dxa"/>
            <w:gridSpan w:val="2"/>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Topic question: What is in space?</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Key Vocabulary: planet, Earth, moon, sun, orbit, gravity</w:t>
            </w:r>
          </w:p>
        </w:tc>
      </w:tr>
      <w:tr w:rsidR="00871FC6" w:rsidTr="00C831C1">
        <w:tc>
          <w:tcPr>
            <w:tcW w:w="2035" w:type="dxa"/>
            <w:vMerge/>
          </w:tcPr>
          <w:p w:rsidR="00871FC6" w:rsidRPr="00871FC6" w:rsidRDefault="00871FC6" w:rsidP="00871FC6">
            <w:pPr>
              <w:rPr>
                <w:rFonts w:ascii="Sassoon Penpals" w:hAnsi="Sassoon Penpals"/>
                <w:sz w:val="28"/>
                <w:szCs w:val="28"/>
              </w:rPr>
            </w:pPr>
          </w:p>
        </w:tc>
        <w:tc>
          <w:tcPr>
            <w:tcW w:w="3934"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Begin to name the planets and understand their order.</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Know that planets orbit the sun.</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Understand the moon orbits Earth.</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Explore gravity.</w:t>
            </w:r>
          </w:p>
        </w:tc>
        <w:tc>
          <w:tcPr>
            <w:tcW w:w="4776"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Ask and answer questions about space.</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Investigate simple cause and effect (e.g. dropping objects).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Create simple diagrams to show orbits.</w:t>
            </w:r>
          </w:p>
        </w:tc>
      </w:tr>
      <w:tr w:rsidR="00871FC6" w:rsidTr="00C831C1">
        <w:tc>
          <w:tcPr>
            <w:tcW w:w="2035" w:type="dxa"/>
            <w:vMerge w:val="restart"/>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 xml:space="preserve">Spring 2 </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2027</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Dinosaurs</w:t>
            </w:r>
          </w:p>
          <w:p w:rsidR="00381911" w:rsidRDefault="00871FC6" w:rsidP="00871FC6">
            <w:pPr>
              <w:rPr>
                <w:rFonts w:ascii="Sassoon Penpals" w:hAnsi="Sassoon Penpals"/>
                <w:b/>
                <w:sz w:val="28"/>
                <w:szCs w:val="28"/>
              </w:rPr>
            </w:pPr>
            <w:r w:rsidRPr="00871FC6">
              <w:rPr>
                <w:rFonts w:ascii="Sassoon Penpals" w:hAnsi="Sassoon Penpals"/>
                <w:b/>
                <w:sz w:val="28"/>
                <w:szCs w:val="28"/>
              </w:rPr>
              <w:t>(Biology)</w:t>
            </w:r>
          </w:p>
          <w:p w:rsidR="00381911" w:rsidRDefault="00381911" w:rsidP="00381911">
            <w:pPr>
              <w:rPr>
                <w:rFonts w:ascii="Sassoon Penpals" w:hAnsi="Sassoon Penpals"/>
                <w:sz w:val="28"/>
                <w:szCs w:val="28"/>
              </w:rPr>
            </w:pPr>
          </w:p>
          <w:p w:rsidR="00381911" w:rsidRDefault="00381911" w:rsidP="00381911">
            <w:pPr>
              <w:rPr>
                <w:rFonts w:ascii="Sassoon Penpals" w:hAnsi="Sassoon Penpals"/>
                <w:sz w:val="28"/>
                <w:szCs w:val="28"/>
              </w:rPr>
            </w:pPr>
          </w:p>
          <w:p w:rsidR="00381911" w:rsidRPr="00381911" w:rsidRDefault="00381911" w:rsidP="00381911">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Dinosaur Roar</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Tyrannosaurus Drip</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If I Had a Dinosaur</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Saturday Night at the Dinosaur Stomp</w:t>
            </w:r>
          </w:p>
          <w:p w:rsidR="00871FC6" w:rsidRPr="00381911" w:rsidRDefault="00871FC6" w:rsidP="00381911">
            <w:pPr>
              <w:rPr>
                <w:rFonts w:ascii="Sassoon Penpals" w:hAnsi="Sassoon Penpals"/>
                <w:sz w:val="28"/>
                <w:szCs w:val="28"/>
              </w:rPr>
            </w:pPr>
          </w:p>
        </w:tc>
        <w:tc>
          <w:tcPr>
            <w:tcW w:w="8710" w:type="dxa"/>
            <w:gridSpan w:val="2"/>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Topic question: What can we learn from dinosaurs?</w:t>
            </w:r>
          </w:p>
          <w:p w:rsidR="00871FC6" w:rsidRPr="00871FC6" w:rsidRDefault="00871FC6" w:rsidP="00871FC6">
            <w:pPr>
              <w:rPr>
                <w:rFonts w:ascii="Sassoon Penpals" w:hAnsi="Sassoon Penpals"/>
                <w:sz w:val="28"/>
                <w:szCs w:val="28"/>
              </w:rPr>
            </w:pPr>
            <w:r w:rsidRPr="00871FC6">
              <w:rPr>
                <w:rFonts w:ascii="Sassoon Penpals" w:hAnsi="Sassoon Penpals"/>
                <w:b/>
                <w:sz w:val="28"/>
                <w:szCs w:val="28"/>
              </w:rPr>
              <w:t>Key Vocabulary: dinosaur, herbivore, carnivore, omnivore, adapt, extinct</w:t>
            </w:r>
          </w:p>
        </w:tc>
      </w:tr>
      <w:tr w:rsidR="00871FC6" w:rsidTr="00C831C1">
        <w:tc>
          <w:tcPr>
            <w:tcW w:w="2035" w:type="dxa"/>
            <w:vMerge/>
          </w:tcPr>
          <w:p w:rsidR="00871FC6" w:rsidRPr="00871FC6" w:rsidRDefault="00871FC6" w:rsidP="00871FC6">
            <w:pPr>
              <w:rPr>
                <w:rFonts w:ascii="Sassoon Penpals" w:hAnsi="Sassoon Penpals"/>
                <w:sz w:val="28"/>
                <w:szCs w:val="28"/>
              </w:rPr>
            </w:pPr>
          </w:p>
        </w:tc>
        <w:tc>
          <w:tcPr>
            <w:tcW w:w="3934"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Name different dinosaurs and their diets.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Understand animal adaptation and basic survival.</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Know there are different theories about dinosaur extinction.</w:t>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br/>
              <w:t>Begin to explore Charles Darwin and his ideas.</w:t>
            </w:r>
          </w:p>
        </w:tc>
        <w:tc>
          <w:tcPr>
            <w:tcW w:w="4776"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Ask questions about the past.</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Sort dinosaurs by features.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Observe animal traits and link to environments.</w:t>
            </w:r>
          </w:p>
        </w:tc>
      </w:tr>
      <w:tr w:rsidR="00871FC6" w:rsidTr="00C831C1">
        <w:tc>
          <w:tcPr>
            <w:tcW w:w="2035" w:type="dxa"/>
            <w:vMerge w:val="restart"/>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 xml:space="preserve">Summer 1 </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2027</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lastRenderedPageBreak/>
              <w:t>Minibeasts</w:t>
            </w:r>
          </w:p>
          <w:p w:rsidR="00381911" w:rsidRDefault="00871FC6" w:rsidP="00871FC6">
            <w:pPr>
              <w:rPr>
                <w:rFonts w:ascii="Sassoon Penpals" w:hAnsi="Sassoon Penpals"/>
                <w:b/>
                <w:sz w:val="28"/>
                <w:szCs w:val="28"/>
              </w:rPr>
            </w:pPr>
            <w:r w:rsidRPr="00871FC6">
              <w:rPr>
                <w:rFonts w:ascii="Sassoon Penpals" w:hAnsi="Sassoon Penpals"/>
                <w:b/>
                <w:sz w:val="28"/>
                <w:szCs w:val="28"/>
              </w:rPr>
              <w:t>(Biology)</w:t>
            </w:r>
          </w:p>
          <w:p w:rsidR="00381911" w:rsidRDefault="00381911" w:rsidP="00381911">
            <w:pPr>
              <w:rPr>
                <w:rFonts w:ascii="Sassoon Penpals" w:hAnsi="Sassoon Penpals"/>
                <w:sz w:val="28"/>
                <w:szCs w:val="28"/>
              </w:rPr>
            </w:pPr>
          </w:p>
          <w:p w:rsidR="00381911" w:rsidRPr="00381911" w:rsidRDefault="00381911" w:rsidP="00381911">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Mad About Minibeasts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Very Hungry Caterpillar</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Very Busy Spider</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Bad-Tempered Ladybird</w:t>
            </w:r>
          </w:p>
          <w:p w:rsidR="00871FC6" w:rsidRPr="00381911" w:rsidRDefault="00871FC6" w:rsidP="00381911">
            <w:pPr>
              <w:rPr>
                <w:rFonts w:ascii="Sassoon Penpals" w:hAnsi="Sassoon Penpals"/>
                <w:sz w:val="28"/>
                <w:szCs w:val="28"/>
              </w:rPr>
            </w:pPr>
          </w:p>
        </w:tc>
        <w:tc>
          <w:tcPr>
            <w:tcW w:w="8710" w:type="dxa"/>
            <w:gridSpan w:val="2"/>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lastRenderedPageBreak/>
              <w:t>Topic question: What do minibeasts and plants need to grow?</w:t>
            </w:r>
          </w:p>
          <w:p w:rsidR="00871FC6" w:rsidRPr="00871FC6" w:rsidRDefault="00871FC6" w:rsidP="00871FC6">
            <w:pPr>
              <w:rPr>
                <w:rFonts w:ascii="Sassoon Penpals" w:hAnsi="Sassoon Penpals"/>
                <w:sz w:val="28"/>
                <w:szCs w:val="28"/>
              </w:rPr>
            </w:pPr>
            <w:r w:rsidRPr="00871FC6">
              <w:rPr>
                <w:rFonts w:ascii="Sassoon Penpals" w:hAnsi="Sassoon Penpals"/>
                <w:b/>
                <w:sz w:val="28"/>
                <w:szCs w:val="28"/>
              </w:rPr>
              <w:t>Key Vocabulary: life cycle, butterfly, frog, flower, seed, grow, insect</w:t>
            </w:r>
          </w:p>
        </w:tc>
      </w:tr>
      <w:tr w:rsidR="00871FC6" w:rsidTr="00C831C1">
        <w:tc>
          <w:tcPr>
            <w:tcW w:w="2035" w:type="dxa"/>
            <w:vMerge/>
          </w:tcPr>
          <w:p w:rsidR="00871FC6" w:rsidRPr="00871FC6" w:rsidRDefault="00871FC6" w:rsidP="00871FC6">
            <w:pPr>
              <w:rPr>
                <w:rFonts w:ascii="Sassoon Penpals" w:hAnsi="Sassoon Penpals"/>
                <w:sz w:val="28"/>
                <w:szCs w:val="28"/>
              </w:rPr>
            </w:pPr>
          </w:p>
        </w:tc>
        <w:tc>
          <w:tcPr>
            <w:tcW w:w="3934"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Explore and describe life cycles (butterfly, frog).</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Identify and sort a range of minibeasts.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Begin to label parts of a flower.</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Know what plants need to grow.</w:t>
            </w:r>
          </w:p>
        </w:tc>
        <w:tc>
          <w:tcPr>
            <w:tcW w:w="4776" w:type="dxa"/>
          </w:tcPr>
          <w:p w:rsidR="00871FC6" w:rsidRPr="00871FC6" w:rsidRDefault="00871FC6" w:rsidP="00871FC6">
            <w:pPr>
              <w:rPr>
                <w:rFonts w:ascii="Sassoon Penpals" w:hAnsi="Sassoon Penpals"/>
                <w:sz w:val="28"/>
                <w:szCs w:val="28"/>
              </w:rPr>
            </w:pPr>
            <w:r w:rsidRPr="00871FC6">
              <w:rPr>
                <w:rFonts w:ascii="Sassoon Penpals" w:hAnsi="Sassoon Penpals"/>
                <w:sz w:val="28"/>
                <w:szCs w:val="28"/>
              </w:rPr>
              <w:t>Order life cycles using diagrams.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Sort and classify minibeasts.</w:t>
            </w:r>
            <w:r w:rsidRPr="00871FC6">
              <w:rPr>
                <w:rFonts w:ascii="Sassoon Penpals" w:hAnsi="Sassoon Penpals"/>
                <w:sz w:val="28"/>
                <w:szCs w:val="28"/>
              </w:rPr>
              <w:br/>
            </w:r>
          </w:p>
          <w:p w:rsidR="00871FC6" w:rsidRPr="00871FC6" w:rsidRDefault="00871FC6" w:rsidP="00871FC6">
            <w:pPr>
              <w:rPr>
                <w:rFonts w:ascii="Sassoon Penpals" w:hAnsi="Sassoon Penpals"/>
                <w:sz w:val="28"/>
                <w:szCs w:val="28"/>
              </w:rPr>
            </w:pPr>
            <w:r w:rsidRPr="00871FC6">
              <w:rPr>
                <w:rFonts w:ascii="Sassoon Penpals" w:hAnsi="Sassoon Penpals"/>
                <w:sz w:val="28"/>
                <w:szCs w:val="28"/>
              </w:rPr>
              <w:t>Ask questions and draw plants with key parts labelled.</w:t>
            </w:r>
          </w:p>
        </w:tc>
      </w:tr>
      <w:tr w:rsidR="00871FC6" w:rsidTr="00C831C1">
        <w:tc>
          <w:tcPr>
            <w:tcW w:w="2035" w:type="dxa"/>
            <w:vMerge w:val="restart"/>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 xml:space="preserve">Summer 2 </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2027</w:t>
            </w:r>
          </w:p>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Materials</w:t>
            </w:r>
          </w:p>
          <w:p w:rsidR="00381911" w:rsidRDefault="00871FC6" w:rsidP="00871FC6">
            <w:pPr>
              <w:rPr>
                <w:rFonts w:ascii="Sassoon Penpals" w:hAnsi="Sassoon Penpals"/>
                <w:b/>
                <w:sz w:val="28"/>
                <w:szCs w:val="28"/>
              </w:rPr>
            </w:pPr>
            <w:r w:rsidRPr="00871FC6">
              <w:rPr>
                <w:rFonts w:ascii="Sassoon Penpals" w:hAnsi="Sassoon Penpals"/>
                <w:b/>
                <w:sz w:val="28"/>
                <w:szCs w:val="28"/>
              </w:rPr>
              <w:t>(Chemistry)</w:t>
            </w:r>
          </w:p>
          <w:p w:rsidR="00381911" w:rsidRDefault="00381911" w:rsidP="00381911">
            <w:pPr>
              <w:rPr>
                <w:rFonts w:ascii="Sassoon Penpals" w:hAnsi="Sassoon Penpals"/>
                <w:sz w:val="28"/>
                <w:szCs w:val="28"/>
              </w:rPr>
            </w:pPr>
          </w:p>
          <w:p w:rsidR="00381911" w:rsidRPr="00381911" w:rsidRDefault="00381911" w:rsidP="00381911">
            <w:pPr>
              <w:spacing w:line="259" w:lineRule="auto"/>
              <w:rPr>
                <w:rFonts w:ascii="Sassoon Penpals" w:eastAsia="Calibri" w:hAnsi="Sassoon Penpals" w:cs="Calibri"/>
                <w:b/>
                <w:sz w:val="28"/>
                <w:szCs w:val="28"/>
                <w:lang w:val="en-GB"/>
              </w:rPr>
            </w:pPr>
            <w:r w:rsidRPr="00381911">
              <w:rPr>
                <w:rFonts w:ascii="Sassoon Penpals" w:eastAsia="Calibri" w:hAnsi="Sassoon Penpals" w:cs="Calibri"/>
                <w:b/>
                <w:sz w:val="28"/>
                <w:szCs w:val="28"/>
                <w:lang w:val="en-GB"/>
              </w:rPr>
              <w:t>Core Texts: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Three Little Pigs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Jack and the Beanstalk</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Goldilocks and the Three Bears</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Gingerbread Man</w:t>
            </w:r>
          </w:p>
          <w:p w:rsidR="00381911" w:rsidRPr="00381911" w:rsidRDefault="00381911" w:rsidP="00381911">
            <w:pPr>
              <w:spacing w:line="259" w:lineRule="auto"/>
              <w:rPr>
                <w:rFonts w:ascii="Sassoon Penpals" w:eastAsia="Calibri" w:hAnsi="Sassoon Penpals" w:cs="Calibri"/>
                <w:sz w:val="28"/>
                <w:szCs w:val="28"/>
                <w:lang w:val="en-GB"/>
              </w:rPr>
            </w:pPr>
            <w:r w:rsidRPr="00381911">
              <w:rPr>
                <w:rFonts w:ascii="Sassoon Penpals" w:eastAsia="Calibri" w:hAnsi="Sassoon Penpals" w:cs="Calibri"/>
                <w:sz w:val="28"/>
                <w:szCs w:val="28"/>
                <w:lang w:val="en-GB"/>
              </w:rPr>
              <w:t>The Enormous Turnip</w:t>
            </w:r>
          </w:p>
          <w:p w:rsidR="00871FC6" w:rsidRPr="00381911" w:rsidRDefault="00871FC6" w:rsidP="00381911">
            <w:pPr>
              <w:rPr>
                <w:rFonts w:ascii="Sassoon Penpals" w:hAnsi="Sassoon Penpals"/>
                <w:sz w:val="28"/>
                <w:szCs w:val="28"/>
              </w:rPr>
            </w:pPr>
          </w:p>
        </w:tc>
        <w:tc>
          <w:tcPr>
            <w:tcW w:w="8710" w:type="dxa"/>
            <w:gridSpan w:val="2"/>
          </w:tcPr>
          <w:p w:rsidR="00871FC6" w:rsidRPr="00871FC6" w:rsidRDefault="00871FC6" w:rsidP="00871FC6">
            <w:pPr>
              <w:rPr>
                <w:rFonts w:ascii="Sassoon Penpals" w:hAnsi="Sassoon Penpals"/>
                <w:b/>
                <w:sz w:val="28"/>
                <w:szCs w:val="28"/>
              </w:rPr>
            </w:pPr>
            <w:r w:rsidRPr="00871FC6">
              <w:rPr>
                <w:rFonts w:ascii="Sassoon Penpals" w:hAnsi="Sassoon Penpals"/>
                <w:b/>
                <w:sz w:val="28"/>
                <w:szCs w:val="28"/>
              </w:rPr>
              <w:t>Topic question: What are things made of and why?</w:t>
            </w:r>
          </w:p>
          <w:p w:rsidR="00871FC6" w:rsidRPr="00871FC6" w:rsidRDefault="00871FC6" w:rsidP="00871FC6">
            <w:pPr>
              <w:rPr>
                <w:rFonts w:ascii="Sassoon Penpals" w:hAnsi="Sassoon Penpals"/>
                <w:sz w:val="28"/>
                <w:szCs w:val="28"/>
              </w:rPr>
            </w:pPr>
            <w:r w:rsidRPr="00871FC6">
              <w:rPr>
                <w:rFonts w:ascii="Sassoon Penpals" w:hAnsi="Sassoon Penpals"/>
                <w:b/>
                <w:sz w:val="28"/>
                <w:szCs w:val="28"/>
              </w:rPr>
              <w:t>Key Vocabulary: solid, liquid, gas, material, wood, plastic, glass</w:t>
            </w:r>
          </w:p>
        </w:tc>
      </w:tr>
      <w:tr w:rsidR="00896D2C" w:rsidTr="00C831C1">
        <w:tc>
          <w:tcPr>
            <w:tcW w:w="2035" w:type="dxa"/>
            <w:vMerge/>
          </w:tcPr>
          <w:p w:rsidR="00896D2C" w:rsidRPr="00871FC6" w:rsidRDefault="00896D2C">
            <w:pPr>
              <w:rPr>
                <w:rFonts w:ascii="Sassoon Penpals" w:hAnsi="Sassoon Penpals"/>
                <w:sz w:val="28"/>
                <w:szCs w:val="28"/>
              </w:rPr>
            </w:pPr>
          </w:p>
        </w:tc>
        <w:tc>
          <w:tcPr>
            <w:tcW w:w="3934" w:type="dxa"/>
          </w:tcPr>
          <w:p w:rsidR="00B76F85" w:rsidRPr="00871FC6" w:rsidRDefault="00896D2C">
            <w:pPr>
              <w:rPr>
                <w:rFonts w:ascii="Sassoon Penpals" w:hAnsi="Sassoon Penpals"/>
                <w:sz w:val="28"/>
                <w:szCs w:val="28"/>
              </w:rPr>
            </w:pPr>
            <w:r w:rsidRPr="00871FC6">
              <w:rPr>
                <w:rFonts w:ascii="Sassoon Penpals" w:hAnsi="Sassoon Penpals"/>
                <w:sz w:val="28"/>
                <w:szCs w:val="28"/>
              </w:rPr>
              <w:t>Talk about solids, liquids and gases.</w:t>
            </w:r>
            <w:r w:rsidRPr="00871FC6">
              <w:rPr>
                <w:rFonts w:ascii="Sassoon Penpals" w:hAnsi="Sassoon Penpals"/>
                <w:sz w:val="28"/>
                <w:szCs w:val="28"/>
              </w:rPr>
              <w:br/>
            </w:r>
          </w:p>
          <w:p w:rsidR="00B76F85" w:rsidRPr="00871FC6" w:rsidRDefault="00896D2C">
            <w:pPr>
              <w:rPr>
                <w:rFonts w:ascii="Sassoon Penpals" w:hAnsi="Sassoon Penpals"/>
                <w:sz w:val="28"/>
                <w:szCs w:val="28"/>
              </w:rPr>
            </w:pPr>
            <w:r w:rsidRPr="00871FC6">
              <w:rPr>
                <w:rFonts w:ascii="Sassoon Penpals" w:hAnsi="Sassoon Penpals"/>
                <w:sz w:val="28"/>
                <w:szCs w:val="28"/>
              </w:rPr>
              <w:t>Sort materials into categories.</w:t>
            </w:r>
            <w:r w:rsidRPr="00871FC6">
              <w:rPr>
                <w:rFonts w:ascii="Sassoon Penpals" w:hAnsi="Sassoon Penpals"/>
                <w:sz w:val="28"/>
                <w:szCs w:val="28"/>
              </w:rPr>
              <w:br/>
            </w:r>
          </w:p>
          <w:p w:rsidR="00896D2C" w:rsidRPr="00871FC6" w:rsidRDefault="00896D2C">
            <w:pPr>
              <w:rPr>
                <w:rFonts w:ascii="Sassoon Penpals" w:hAnsi="Sassoon Penpals"/>
                <w:sz w:val="28"/>
                <w:szCs w:val="28"/>
              </w:rPr>
            </w:pPr>
            <w:r w:rsidRPr="00871FC6">
              <w:rPr>
                <w:rFonts w:ascii="Sassoon Penpals" w:hAnsi="Sassoon Penpals"/>
                <w:sz w:val="28"/>
                <w:szCs w:val="28"/>
              </w:rPr>
              <w:t>Understand why materials are chosen for different purposes.</w:t>
            </w:r>
          </w:p>
        </w:tc>
        <w:tc>
          <w:tcPr>
            <w:tcW w:w="4776" w:type="dxa"/>
          </w:tcPr>
          <w:p w:rsidR="00B76F85" w:rsidRPr="00871FC6" w:rsidRDefault="00896D2C">
            <w:pPr>
              <w:rPr>
                <w:rFonts w:ascii="Sassoon Penpals" w:hAnsi="Sassoon Penpals"/>
                <w:sz w:val="28"/>
                <w:szCs w:val="28"/>
              </w:rPr>
            </w:pPr>
            <w:r w:rsidRPr="00871FC6">
              <w:rPr>
                <w:rFonts w:ascii="Sassoon Penpals" w:hAnsi="Sassoon Penpals"/>
                <w:sz w:val="28"/>
                <w:szCs w:val="28"/>
              </w:rPr>
              <w:t>Group materials by properties.</w:t>
            </w:r>
            <w:r w:rsidRPr="00871FC6">
              <w:rPr>
                <w:rFonts w:ascii="Sassoon Penpals" w:hAnsi="Sassoon Penpals"/>
                <w:sz w:val="28"/>
                <w:szCs w:val="28"/>
              </w:rPr>
              <w:br/>
            </w:r>
          </w:p>
          <w:p w:rsidR="00B76F85" w:rsidRPr="00871FC6" w:rsidRDefault="00896D2C">
            <w:pPr>
              <w:rPr>
                <w:rFonts w:ascii="Sassoon Penpals" w:hAnsi="Sassoon Penpals"/>
                <w:sz w:val="28"/>
                <w:szCs w:val="28"/>
              </w:rPr>
            </w:pPr>
            <w:r w:rsidRPr="00871FC6">
              <w:rPr>
                <w:rFonts w:ascii="Sassoon Penpals" w:hAnsi="Sassoon Penpals"/>
                <w:sz w:val="28"/>
                <w:szCs w:val="28"/>
              </w:rPr>
              <w:t>Explore properties through hands-on tasks.</w:t>
            </w:r>
            <w:r w:rsidRPr="00871FC6">
              <w:rPr>
                <w:rFonts w:ascii="Sassoon Penpals" w:hAnsi="Sassoon Penpals"/>
                <w:sz w:val="28"/>
                <w:szCs w:val="28"/>
              </w:rPr>
              <w:br/>
            </w:r>
          </w:p>
          <w:p w:rsidR="00896D2C" w:rsidRDefault="00896D2C">
            <w:pPr>
              <w:rPr>
                <w:rFonts w:ascii="Sassoon Penpals" w:hAnsi="Sassoon Penpals"/>
                <w:sz w:val="28"/>
                <w:szCs w:val="28"/>
              </w:rPr>
            </w:pPr>
            <w:r w:rsidRPr="00871FC6">
              <w:rPr>
                <w:rFonts w:ascii="Sassoon Penpals" w:hAnsi="Sassoon Penpals"/>
                <w:sz w:val="28"/>
                <w:szCs w:val="28"/>
              </w:rPr>
              <w:t>Ask questions about material choices (e.g. why a cup isn’t made of paper).</w:t>
            </w:r>
          </w:p>
          <w:p w:rsidR="00871FC6" w:rsidRPr="00871FC6" w:rsidRDefault="00871FC6">
            <w:pPr>
              <w:rPr>
                <w:rFonts w:ascii="Sassoon Penpals" w:hAnsi="Sassoon Penpals"/>
                <w:sz w:val="28"/>
                <w:szCs w:val="28"/>
              </w:rPr>
            </w:pPr>
          </w:p>
        </w:tc>
      </w:tr>
    </w:tbl>
    <w:tbl>
      <w:tblPr>
        <w:tblStyle w:val="TableGrid1"/>
        <w:tblW w:w="10745" w:type="dxa"/>
        <w:tblInd w:w="-998" w:type="dxa"/>
        <w:tblLook w:val="04A0" w:firstRow="1" w:lastRow="0" w:firstColumn="1" w:lastColumn="0" w:noHBand="0" w:noVBand="1"/>
      </w:tblPr>
      <w:tblGrid>
        <w:gridCol w:w="1957"/>
        <w:gridCol w:w="3969"/>
        <w:gridCol w:w="4819"/>
      </w:tblGrid>
      <w:tr w:rsidR="004313A1" w:rsidRPr="00F175F8" w:rsidTr="00C831C1">
        <w:tc>
          <w:tcPr>
            <w:tcW w:w="10745" w:type="dxa"/>
            <w:gridSpan w:val="3"/>
            <w:shd w:val="clear" w:color="auto" w:fill="00B0F0"/>
          </w:tcPr>
          <w:p w:rsidR="004313A1" w:rsidRPr="00F175F8" w:rsidRDefault="004313A1" w:rsidP="00DD7C59">
            <w:pPr>
              <w:jc w:val="center"/>
              <w:rPr>
                <w:rFonts w:ascii="Sassoon Penpals" w:hAnsi="Sassoon Penpals" w:cs="Times New Roman"/>
                <w:sz w:val="40"/>
                <w:szCs w:val="40"/>
              </w:rPr>
            </w:pPr>
            <w:r>
              <w:rPr>
                <w:rFonts w:ascii="Sassoon Penpals" w:hAnsi="Sassoon Penpals" w:cs="Times New Roman"/>
                <w:sz w:val="40"/>
                <w:szCs w:val="40"/>
              </w:rPr>
              <w:t>Year 1/2</w:t>
            </w:r>
          </w:p>
        </w:tc>
      </w:tr>
      <w:tr w:rsidR="004313A1" w:rsidRPr="00F175F8" w:rsidTr="00C831C1">
        <w:tc>
          <w:tcPr>
            <w:tcW w:w="1957" w:type="dxa"/>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69" w:type="dxa"/>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819" w:type="dxa"/>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4313A1" w:rsidRPr="00F175F8" w:rsidTr="00C831C1">
        <w:tc>
          <w:tcPr>
            <w:tcW w:w="1957" w:type="dxa"/>
            <w:vMerge w:val="restart"/>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Autumn 1 2026</w:t>
            </w:r>
          </w:p>
          <w:p w:rsidR="005F156F" w:rsidRPr="00871FC6" w:rsidRDefault="005F156F" w:rsidP="00DD7C59">
            <w:pPr>
              <w:rPr>
                <w:rFonts w:ascii="Sassoon Penpals" w:hAnsi="Sassoon Penpals" w:cs="Times New Roman"/>
                <w:b/>
                <w:sz w:val="28"/>
                <w:szCs w:val="28"/>
              </w:rPr>
            </w:pPr>
            <w:r w:rsidRPr="00871FC6">
              <w:rPr>
                <w:rFonts w:ascii="Sassoon Penpals" w:hAnsi="Sassoon Penpals" w:cs="Times New Roman"/>
                <w:b/>
                <w:sz w:val="28"/>
                <w:szCs w:val="28"/>
              </w:rPr>
              <w:t>Season</w:t>
            </w:r>
            <w:r w:rsidR="00871FC6" w:rsidRPr="00871FC6">
              <w:rPr>
                <w:rFonts w:ascii="Sassoon Penpals" w:hAnsi="Sassoon Penpals" w:cs="Times New Roman"/>
                <w:b/>
                <w:sz w:val="28"/>
                <w:szCs w:val="28"/>
              </w:rPr>
              <w:t>al changes</w:t>
            </w:r>
          </w:p>
          <w:p w:rsidR="005F156F" w:rsidRPr="00871FC6" w:rsidRDefault="005F156F" w:rsidP="00DD7C59">
            <w:pPr>
              <w:rPr>
                <w:rFonts w:ascii="Sassoon Penpals" w:hAnsi="Sassoon Penpals" w:cs="Times New Roman"/>
                <w:b/>
                <w:sz w:val="28"/>
                <w:szCs w:val="28"/>
              </w:rPr>
            </w:pPr>
            <w:r w:rsidRPr="00871FC6">
              <w:rPr>
                <w:rFonts w:ascii="Sassoon Penpals" w:hAnsi="Sassoon Penpals" w:cs="Times New Roman"/>
                <w:b/>
                <w:sz w:val="28"/>
                <w:szCs w:val="28"/>
              </w:rPr>
              <w:t>(Physics)</w:t>
            </w:r>
          </w:p>
          <w:p w:rsidR="004313A1" w:rsidRDefault="004313A1" w:rsidP="00DD7C59">
            <w:pPr>
              <w:rPr>
                <w:rFonts w:ascii="Sassoon Penpals" w:hAnsi="Sassoon Penpals" w:cs="Times New Roman"/>
                <w:sz w:val="28"/>
                <w:szCs w:val="28"/>
              </w:rPr>
            </w:pPr>
          </w:p>
          <w:p w:rsidR="00381911" w:rsidRDefault="00381911" w:rsidP="00DD7C59">
            <w:pPr>
              <w:rPr>
                <w:rFonts w:ascii="Sassoon Penpals" w:hAnsi="Sassoon Penpals" w:cs="Times New Roman"/>
                <w:sz w:val="28"/>
                <w:szCs w:val="28"/>
              </w:rPr>
            </w:pP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lastRenderedPageBreak/>
              <w:t>Power of Reading text:</w:t>
            </w: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Out and About/Winter Sleep</w:t>
            </w:r>
          </w:p>
          <w:p w:rsidR="00381911" w:rsidRPr="00871FC6" w:rsidRDefault="00381911" w:rsidP="00DD7C59">
            <w:pPr>
              <w:rPr>
                <w:rFonts w:ascii="Sassoon Penpals" w:hAnsi="Sassoon Penpals" w:cs="Times New Roman"/>
                <w:sz w:val="28"/>
                <w:szCs w:val="28"/>
              </w:rPr>
            </w:pPr>
          </w:p>
        </w:tc>
        <w:tc>
          <w:tcPr>
            <w:tcW w:w="8788" w:type="dxa"/>
            <w:gridSpan w:val="2"/>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5F156F" w:rsidRPr="00871FC6">
              <w:rPr>
                <w:rFonts w:ascii="Sassoon Penpals" w:hAnsi="Sassoon Penpals" w:cs="Times New Roman"/>
                <w:b/>
                <w:sz w:val="28"/>
                <w:szCs w:val="28"/>
              </w:rPr>
              <w:t>What are the changes observed in each season?</w:t>
            </w:r>
          </w:p>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5F156F" w:rsidRPr="00871FC6">
              <w:rPr>
                <w:rFonts w:ascii="Sassoon Penpals" w:hAnsi="Sassoon Penpals" w:cs="Times New Roman"/>
                <w:b/>
                <w:sz w:val="28"/>
                <w:szCs w:val="28"/>
              </w:rPr>
              <w:t>season, change, rainfall, millimetres, temperature, thermometer, climate, weather</w:t>
            </w:r>
          </w:p>
        </w:tc>
      </w:tr>
      <w:tr w:rsidR="004313A1" w:rsidRPr="00F175F8" w:rsidTr="00C831C1">
        <w:tc>
          <w:tcPr>
            <w:tcW w:w="1957" w:type="dxa"/>
            <w:vMerge/>
          </w:tcPr>
          <w:p w:rsidR="004313A1" w:rsidRPr="00871FC6" w:rsidRDefault="004313A1" w:rsidP="00DD7C59">
            <w:pPr>
              <w:rPr>
                <w:rFonts w:ascii="Sassoon Penpals" w:hAnsi="Sassoon Penpals" w:cs="Times New Roman"/>
                <w:sz w:val="28"/>
                <w:szCs w:val="28"/>
              </w:rPr>
            </w:pPr>
          </w:p>
        </w:tc>
        <w:tc>
          <w:tcPr>
            <w:tcW w:w="3969" w:type="dxa"/>
          </w:tcPr>
          <w:p w:rsidR="004313A1" w:rsidRPr="00871FC6" w:rsidRDefault="005F156F" w:rsidP="00DD7C59">
            <w:pPr>
              <w:rPr>
                <w:rFonts w:ascii="Sassoon Penpals" w:hAnsi="Sassoon Penpals" w:cs="Times New Roman"/>
                <w:sz w:val="28"/>
                <w:szCs w:val="28"/>
              </w:rPr>
            </w:pPr>
            <w:r w:rsidRPr="00871FC6">
              <w:rPr>
                <w:rFonts w:ascii="Sassoon Penpals" w:hAnsi="Sassoon Penpals" w:cs="Times New Roman"/>
                <w:sz w:val="28"/>
                <w:szCs w:val="28"/>
              </w:rPr>
              <w:t>Know the changes across the four seasons.</w:t>
            </w:r>
          </w:p>
          <w:p w:rsidR="005F156F" w:rsidRPr="00871FC6" w:rsidRDefault="005F156F" w:rsidP="00DD7C59">
            <w:pPr>
              <w:rPr>
                <w:rFonts w:ascii="Sassoon Penpals" w:hAnsi="Sassoon Penpals" w:cs="Times New Roman"/>
                <w:sz w:val="28"/>
                <w:szCs w:val="28"/>
              </w:rPr>
            </w:pPr>
          </w:p>
          <w:p w:rsidR="005F156F" w:rsidRPr="00871FC6" w:rsidRDefault="005F156F" w:rsidP="00DD7C59">
            <w:pPr>
              <w:rPr>
                <w:rFonts w:ascii="Sassoon Penpals" w:hAnsi="Sassoon Penpals" w:cs="Times New Roman"/>
                <w:sz w:val="28"/>
                <w:szCs w:val="28"/>
              </w:rPr>
            </w:pPr>
            <w:r w:rsidRPr="00871FC6">
              <w:rPr>
                <w:rFonts w:ascii="Sassoon Penpals" w:hAnsi="Sassoon Penpals" w:cs="Times New Roman"/>
                <w:sz w:val="28"/>
                <w:szCs w:val="28"/>
              </w:rPr>
              <w:t>Know the weather associated with each season and how day length varies.</w:t>
            </w:r>
          </w:p>
        </w:tc>
        <w:tc>
          <w:tcPr>
            <w:tcW w:w="4819" w:type="dxa"/>
          </w:tcPr>
          <w:p w:rsidR="004313A1" w:rsidRPr="00871FC6" w:rsidRDefault="005F156F" w:rsidP="00B76F85">
            <w:pPr>
              <w:rPr>
                <w:rFonts w:ascii="Sassoon Penpals" w:hAnsi="Sassoon Penpals" w:cs="Times New Roman"/>
                <w:sz w:val="28"/>
                <w:szCs w:val="28"/>
              </w:rPr>
            </w:pPr>
            <w:r w:rsidRPr="00871FC6">
              <w:rPr>
                <w:rFonts w:ascii="Sassoon Penpals" w:hAnsi="Sassoon Penpals" w:cs="Times New Roman"/>
                <w:sz w:val="28"/>
                <w:szCs w:val="28"/>
              </w:rPr>
              <w:lastRenderedPageBreak/>
              <w:t>Ask simple questions to understand the changes of each season.</w:t>
            </w:r>
          </w:p>
          <w:p w:rsidR="005F156F" w:rsidRPr="00871FC6" w:rsidRDefault="005F156F" w:rsidP="00B76F85">
            <w:pPr>
              <w:rPr>
                <w:rFonts w:ascii="Sassoon Penpals" w:hAnsi="Sassoon Penpals" w:cs="Times New Roman"/>
                <w:sz w:val="28"/>
                <w:szCs w:val="28"/>
              </w:rPr>
            </w:pPr>
          </w:p>
          <w:p w:rsidR="005F156F" w:rsidRPr="00871FC6" w:rsidRDefault="005F156F" w:rsidP="00B76F85">
            <w:pPr>
              <w:rPr>
                <w:rFonts w:ascii="Sassoon Penpals" w:hAnsi="Sassoon Penpals" w:cs="Times New Roman"/>
                <w:sz w:val="28"/>
                <w:szCs w:val="28"/>
              </w:rPr>
            </w:pPr>
            <w:r w:rsidRPr="00871FC6">
              <w:rPr>
                <w:rFonts w:ascii="Sassoon Penpals" w:hAnsi="Sassoon Penpals" w:cs="Times New Roman"/>
                <w:sz w:val="28"/>
                <w:szCs w:val="28"/>
              </w:rPr>
              <w:t>Observe and talk about changes in the weather and seasons.</w:t>
            </w:r>
          </w:p>
          <w:p w:rsidR="005F156F" w:rsidRPr="00871FC6" w:rsidRDefault="005F156F" w:rsidP="00B76F85">
            <w:pPr>
              <w:rPr>
                <w:rFonts w:ascii="Sassoon Penpals" w:hAnsi="Sassoon Penpals" w:cs="Times New Roman"/>
                <w:sz w:val="28"/>
                <w:szCs w:val="28"/>
              </w:rPr>
            </w:pPr>
          </w:p>
          <w:p w:rsidR="005F156F" w:rsidRPr="00871FC6" w:rsidRDefault="005F156F" w:rsidP="00B76F85">
            <w:pPr>
              <w:rPr>
                <w:rFonts w:ascii="Sassoon Penpals" w:hAnsi="Sassoon Penpals" w:cs="Times New Roman"/>
                <w:sz w:val="28"/>
                <w:szCs w:val="28"/>
              </w:rPr>
            </w:pPr>
            <w:r w:rsidRPr="00871FC6">
              <w:rPr>
                <w:rFonts w:ascii="Sassoon Penpals" w:hAnsi="Sassoon Penpals" w:cs="Times New Roman"/>
                <w:sz w:val="28"/>
                <w:szCs w:val="28"/>
              </w:rPr>
              <w:t>Perform a simple test to understand the effect of sunlight.</w:t>
            </w:r>
          </w:p>
          <w:p w:rsidR="005F156F" w:rsidRPr="00871FC6" w:rsidRDefault="005F156F" w:rsidP="00B76F85">
            <w:pPr>
              <w:rPr>
                <w:rFonts w:ascii="Sassoon Penpals" w:hAnsi="Sassoon Penpals" w:cs="Times New Roman"/>
                <w:sz w:val="28"/>
                <w:szCs w:val="28"/>
              </w:rPr>
            </w:pPr>
          </w:p>
          <w:p w:rsidR="005F156F" w:rsidRPr="00871FC6" w:rsidRDefault="005F156F" w:rsidP="00B76F85">
            <w:pPr>
              <w:rPr>
                <w:rFonts w:ascii="Sassoon Penpals" w:hAnsi="Sassoon Penpals" w:cs="Times New Roman"/>
                <w:sz w:val="28"/>
                <w:szCs w:val="28"/>
              </w:rPr>
            </w:pPr>
            <w:r w:rsidRPr="00871FC6">
              <w:rPr>
                <w:rFonts w:ascii="Sassoon Penpals" w:hAnsi="Sassoon Penpals" w:cs="Times New Roman"/>
                <w:sz w:val="28"/>
                <w:szCs w:val="28"/>
              </w:rPr>
              <w:t>Identify the changes of each season.</w:t>
            </w:r>
          </w:p>
          <w:p w:rsidR="005F156F" w:rsidRPr="00871FC6" w:rsidRDefault="005F156F" w:rsidP="00B76F85">
            <w:pPr>
              <w:rPr>
                <w:rFonts w:ascii="Sassoon Penpals" w:hAnsi="Sassoon Penpals" w:cs="Times New Roman"/>
                <w:sz w:val="28"/>
                <w:szCs w:val="28"/>
              </w:rPr>
            </w:pPr>
          </w:p>
          <w:p w:rsidR="005F156F" w:rsidRPr="00871FC6" w:rsidRDefault="005F156F" w:rsidP="00B76F85">
            <w:pPr>
              <w:rPr>
                <w:rFonts w:ascii="Sassoon Penpals" w:hAnsi="Sassoon Penpals" w:cs="Times New Roman"/>
                <w:sz w:val="28"/>
                <w:szCs w:val="28"/>
              </w:rPr>
            </w:pPr>
            <w:r w:rsidRPr="00871FC6">
              <w:rPr>
                <w:rFonts w:ascii="Sassoon Penpals" w:hAnsi="Sassoon Penpals" w:cs="Times New Roman"/>
                <w:sz w:val="28"/>
                <w:szCs w:val="28"/>
              </w:rPr>
              <w:t>Gather and record the weather by making tables and charts about the weather.</w:t>
            </w:r>
          </w:p>
        </w:tc>
      </w:tr>
      <w:tr w:rsidR="004313A1" w:rsidRPr="00F175F8" w:rsidTr="00C831C1">
        <w:tc>
          <w:tcPr>
            <w:tcW w:w="1957" w:type="dxa"/>
            <w:vMerge w:val="restart"/>
            <w:shd w:val="clear" w:color="auto" w:fill="A6A6A6" w:themeFill="background1" w:themeFillShade="A6"/>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Autumn 2 2026</w:t>
            </w:r>
          </w:p>
          <w:p w:rsidR="004313A1" w:rsidRPr="00871FC6" w:rsidRDefault="004313A1" w:rsidP="00DD7C59">
            <w:pPr>
              <w:rPr>
                <w:rFonts w:ascii="Sassoon Penpals" w:hAnsi="Sassoon Penpals" w:cs="Times New Roman"/>
                <w:b/>
                <w:sz w:val="28"/>
                <w:szCs w:val="28"/>
              </w:rPr>
            </w:pPr>
          </w:p>
        </w:tc>
        <w:tc>
          <w:tcPr>
            <w:tcW w:w="8788" w:type="dxa"/>
            <w:gridSpan w:val="2"/>
            <w:shd w:val="clear" w:color="auto" w:fill="A6A6A6" w:themeFill="background1" w:themeFillShade="A6"/>
          </w:tcPr>
          <w:p w:rsidR="004313A1" w:rsidRPr="00871FC6" w:rsidRDefault="004313A1" w:rsidP="00BB15DB">
            <w:pPr>
              <w:rPr>
                <w:rFonts w:ascii="Sassoon Penpals" w:hAnsi="Sassoon Penpals" w:cs="Times New Roman"/>
                <w:sz w:val="28"/>
                <w:szCs w:val="28"/>
              </w:rPr>
            </w:pPr>
            <w:r w:rsidRPr="00871FC6">
              <w:rPr>
                <w:rFonts w:ascii="Sassoon Penpals" w:hAnsi="Sassoon Penpals" w:cs="Times New Roman"/>
                <w:b/>
                <w:sz w:val="28"/>
                <w:szCs w:val="28"/>
              </w:rPr>
              <w:t xml:space="preserve"> </w:t>
            </w:r>
          </w:p>
        </w:tc>
      </w:tr>
      <w:tr w:rsidR="004313A1" w:rsidRPr="00F175F8" w:rsidTr="00C831C1">
        <w:tc>
          <w:tcPr>
            <w:tcW w:w="1957" w:type="dxa"/>
            <w:vMerge/>
            <w:shd w:val="clear" w:color="auto" w:fill="A6A6A6" w:themeFill="background1" w:themeFillShade="A6"/>
          </w:tcPr>
          <w:p w:rsidR="004313A1" w:rsidRPr="00871FC6" w:rsidRDefault="004313A1" w:rsidP="00DD7C59">
            <w:pPr>
              <w:rPr>
                <w:rFonts w:ascii="Sassoon Penpals" w:hAnsi="Sassoon Penpals" w:cs="Times New Roman"/>
                <w:sz w:val="28"/>
                <w:szCs w:val="28"/>
              </w:rPr>
            </w:pPr>
            <w:bookmarkStart w:id="1" w:name="_Hlk202172548"/>
          </w:p>
        </w:tc>
        <w:tc>
          <w:tcPr>
            <w:tcW w:w="3969" w:type="dxa"/>
            <w:shd w:val="clear" w:color="auto" w:fill="A6A6A6" w:themeFill="background1" w:themeFillShade="A6"/>
          </w:tcPr>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sz w:val="28"/>
                <w:szCs w:val="28"/>
              </w:rPr>
              <w:t>.</w:t>
            </w:r>
          </w:p>
        </w:tc>
        <w:tc>
          <w:tcPr>
            <w:tcW w:w="4819" w:type="dxa"/>
            <w:shd w:val="clear" w:color="auto" w:fill="A6A6A6" w:themeFill="background1" w:themeFillShade="A6"/>
          </w:tcPr>
          <w:p w:rsidR="00B76F85" w:rsidRPr="00871FC6" w:rsidRDefault="00B76F85" w:rsidP="00B76F85">
            <w:pPr>
              <w:rPr>
                <w:rFonts w:ascii="Sassoon Penpals" w:hAnsi="Sassoon Penpals" w:cs="Times New Roman"/>
                <w:sz w:val="28"/>
                <w:szCs w:val="28"/>
              </w:rPr>
            </w:pPr>
          </w:p>
        </w:tc>
      </w:tr>
      <w:bookmarkEnd w:id="1"/>
      <w:tr w:rsidR="004313A1" w:rsidRPr="00F175F8" w:rsidTr="00C831C1">
        <w:tc>
          <w:tcPr>
            <w:tcW w:w="1957" w:type="dxa"/>
            <w:vMerge w:val="restart"/>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Spring 1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Plants</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B76F85"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 xml:space="preserve">The Secret Sky Garden </w:t>
            </w:r>
          </w:p>
          <w:p w:rsidR="004313A1" w:rsidRPr="00381911" w:rsidRDefault="004313A1" w:rsidP="00381911">
            <w:pPr>
              <w:rPr>
                <w:rFonts w:ascii="Sassoon Penpals" w:hAnsi="Sassoon Penpals" w:cs="Times New Roman"/>
                <w:sz w:val="28"/>
                <w:szCs w:val="28"/>
              </w:rPr>
            </w:pPr>
          </w:p>
        </w:tc>
        <w:tc>
          <w:tcPr>
            <w:tcW w:w="8788" w:type="dxa"/>
            <w:gridSpan w:val="2"/>
          </w:tcPr>
          <w:p w:rsidR="00261274"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261274" w:rsidRPr="00871FC6">
              <w:rPr>
                <w:rFonts w:ascii="Sassoon Penpals" w:hAnsi="Sassoon Penpals" w:cs="Times New Roman"/>
                <w:b/>
                <w:sz w:val="28"/>
                <w:szCs w:val="28"/>
              </w:rPr>
              <w:t xml:space="preserve">What plant varieties grow at Longlands? </w:t>
            </w:r>
          </w:p>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261274" w:rsidRPr="00871FC6">
              <w:rPr>
                <w:rFonts w:ascii="Sassoon Penpals" w:hAnsi="Sassoon Penpals" w:cs="Times New Roman"/>
                <w:b/>
                <w:sz w:val="28"/>
                <w:szCs w:val="28"/>
              </w:rPr>
              <w:t>seed, bulb, germination, growth, stem, leaf, flower, root, deciduous, evergreen</w:t>
            </w:r>
          </w:p>
        </w:tc>
      </w:tr>
      <w:tr w:rsidR="004313A1" w:rsidRPr="00F175F8" w:rsidTr="00C831C1">
        <w:tc>
          <w:tcPr>
            <w:tcW w:w="1957" w:type="dxa"/>
            <w:vMerge/>
          </w:tcPr>
          <w:p w:rsidR="004313A1" w:rsidRPr="00871FC6" w:rsidRDefault="004313A1" w:rsidP="00DD7C59">
            <w:pPr>
              <w:rPr>
                <w:rFonts w:ascii="Sassoon Penpals" w:hAnsi="Sassoon Penpals" w:cs="Times New Roman"/>
                <w:sz w:val="28"/>
                <w:szCs w:val="28"/>
              </w:rPr>
            </w:pPr>
          </w:p>
        </w:tc>
        <w:tc>
          <w:tcPr>
            <w:tcW w:w="3969" w:type="dxa"/>
          </w:tcPr>
          <w:p w:rsidR="00261274"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 xml:space="preserve">Use the local environment to explore and answer questions about plants growing in their habitat. </w:t>
            </w:r>
          </w:p>
          <w:p w:rsidR="00261274" w:rsidRPr="00871FC6" w:rsidRDefault="00261274" w:rsidP="00DD7C59">
            <w:pPr>
              <w:rPr>
                <w:rFonts w:ascii="Sassoon Penpals" w:hAnsi="Sassoon Penpals" w:cs="Times New Roman"/>
                <w:sz w:val="28"/>
                <w:szCs w:val="28"/>
              </w:rPr>
            </w:pPr>
          </w:p>
          <w:p w:rsidR="00261274"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Observe the growth of flowers and vegetables that they have planted. </w:t>
            </w:r>
          </w:p>
          <w:p w:rsidR="00261274" w:rsidRPr="00871FC6" w:rsidRDefault="00261274" w:rsidP="00DD7C59">
            <w:pPr>
              <w:rPr>
                <w:rFonts w:ascii="Sassoon Penpals" w:hAnsi="Sassoon Penpals" w:cs="Times New Roman"/>
                <w:sz w:val="28"/>
                <w:szCs w:val="28"/>
              </w:rPr>
            </w:pPr>
          </w:p>
          <w:p w:rsidR="00B76F85"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Become familiar with common names of flowers and trees within the local environment.</w:t>
            </w:r>
          </w:p>
        </w:tc>
        <w:tc>
          <w:tcPr>
            <w:tcW w:w="4819" w:type="dxa"/>
          </w:tcPr>
          <w:p w:rsidR="00261274"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 xml:space="preserve">Ask simple questions to understand the different plant varieties growing at Longlands and know which are deciduous and evergreen. </w:t>
            </w:r>
          </w:p>
          <w:p w:rsidR="00261274" w:rsidRPr="00871FC6" w:rsidRDefault="00261274" w:rsidP="00DD7C59">
            <w:pPr>
              <w:rPr>
                <w:rFonts w:ascii="Sassoon Penpals" w:hAnsi="Sassoon Penpals" w:cs="Times New Roman"/>
                <w:sz w:val="28"/>
                <w:szCs w:val="28"/>
              </w:rPr>
            </w:pPr>
          </w:p>
          <w:p w:rsidR="00261274"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 xml:space="preserve">Observe closely using magnifying glasses, to compare and contrast familiar plants. </w:t>
            </w:r>
          </w:p>
          <w:p w:rsidR="00261274" w:rsidRPr="00871FC6" w:rsidRDefault="00261274" w:rsidP="00DD7C59">
            <w:pPr>
              <w:rPr>
                <w:rFonts w:ascii="Sassoon Penpals" w:hAnsi="Sassoon Penpals" w:cs="Times New Roman"/>
                <w:sz w:val="28"/>
                <w:szCs w:val="28"/>
              </w:rPr>
            </w:pPr>
          </w:p>
          <w:p w:rsidR="00261274"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 xml:space="preserve">Perform a simple test by dissecting a plant to name the main features. Identify, group and classify the plants. </w:t>
            </w:r>
          </w:p>
          <w:p w:rsidR="00261274" w:rsidRPr="00871FC6" w:rsidRDefault="00261274" w:rsidP="00DD7C59">
            <w:pPr>
              <w:rPr>
                <w:rFonts w:ascii="Sassoon Penpals" w:hAnsi="Sassoon Penpals" w:cs="Times New Roman"/>
                <w:sz w:val="28"/>
                <w:szCs w:val="28"/>
              </w:rPr>
            </w:pPr>
          </w:p>
          <w:p w:rsidR="00B76F85" w:rsidRPr="00871FC6" w:rsidRDefault="00261274" w:rsidP="00DD7C59">
            <w:pPr>
              <w:rPr>
                <w:rFonts w:ascii="Sassoon Penpals" w:hAnsi="Sassoon Penpals" w:cs="Times New Roman"/>
                <w:sz w:val="28"/>
                <w:szCs w:val="28"/>
              </w:rPr>
            </w:pPr>
            <w:r w:rsidRPr="00871FC6">
              <w:rPr>
                <w:rFonts w:ascii="Sassoon Penpals" w:hAnsi="Sassoon Penpals" w:cs="Times New Roman"/>
                <w:sz w:val="28"/>
                <w:szCs w:val="28"/>
              </w:rPr>
              <w:t>Record findings through drawing diagrams showing the part</w:t>
            </w:r>
          </w:p>
        </w:tc>
      </w:tr>
      <w:tr w:rsidR="004313A1" w:rsidRPr="00F175F8" w:rsidTr="00C831C1">
        <w:tc>
          <w:tcPr>
            <w:tcW w:w="1957" w:type="dxa"/>
            <w:vMerge w:val="restart"/>
          </w:tcPr>
          <w:p w:rsidR="004313A1" w:rsidRPr="00871FC6" w:rsidRDefault="004313A1" w:rsidP="00DD7C59">
            <w:pPr>
              <w:rPr>
                <w:rFonts w:ascii="Sassoon Penpals" w:hAnsi="Sassoon Penpals" w:cs="Times New Roman"/>
                <w:b/>
                <w:sz w:val="28"/>
                <w:szCs w:val="28"/>
              </w:rPr>
            </w:pPr>
            <w:r w:rsidRPr="00871FC6">
              <w:rPr>
                <w:rFonts w:ascii="Sassoon Penpals" w:hAnsi="Sassoon Penpals" w:cs="Times New Roman"/>
                <w:b/>
                <w:sz w:val="28"/>
                <w:szCs w:val="28"/>
              </w:rPr>
              <w:t>Spring 2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Plants</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4313A1"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10 things I can do to help my world.</w:t>
            </w:r>
          </w:p>
          <w:p w:rsidR="004313A1" w:rsidRPr="00381911" w:rsidRDefault="004313A1" w:rsidP="00381911">
            <w:pPr>
              <w:rPr>
                <w:rFonts w:ascii="Sassoon Penpals" w:hAnsi="Sassoon Penpals" w:cs="Times New Roman"/>
                <w:sz w:val="28"/>
                <w:szCs w:val="28"/>
              </w:rPr>
            </w:pPr>
          </w:p>
        </w:tc>
        <w:tc>
          <w:tcPr>
            <w:tcW w:w="8788" w:type="dxa"/>
            <w:gridSpan w:val="2"/>
          </w:tcPr>
          <w:p w:rsidR="00346EE0" w:rsidRPr="00871FC6" w:rsidRDefault="00346EE0" w:rsidP="00346EE0">
            <w:pPr>
              <w:rPr>
                <w:rFonts w:ascii="Sassoon Penpals" w:hAnsi="Sassoon Penpals" w:cs="Times New Roman"/>
                <w:b/>
                <w:sz w:val="28"/>
                <w:szCs w:val="28"/>
              </w:rPr>
            </w:pPr>
            <w:r w:rsidRPr="00871FC6">
              <w:rPr>
                <w:rFonts w:ascii="Sassoon Penpals" w:hAnsi="Sassoon Penpals" w:cs="Times New Roman"/>
                <w:b/>
                <w:sz w:val="28"/>
                <w:szCs w:val="28"/>
              </w:rPr>
              <w:lastRenderedPageBreak/>
              <w:t>Topic question: How do plants grow and change?</w:t>
            </w:r>
          </w:p>
          <w:p w:rsidR="004313A1" w:rsidRPr="00871FC6" w:rsidRDefault="00346EE0" w:rsidP="00346EE0">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261274" w:rsidRPr="00871FC6">
              <w:rPr>
                <w:rFonts w:ascii="Sassoon Penpals" w:hAnsi="Sassoon Penpals" w:cs="Times New Roman"/>
                <w:b/>
                <w:sz w:val="28"/>
                <w:szCs w:val="28"/>
              </w:rPr>
              <w:t>plants, light, water, soil, leaves, stem, roots, petals, carbon dioxide, oxygen</w:t>
            </w:r>
          </w:p>
        </w:tc>
      </w:tr>
      <w:tr w:rsidR="00261274" w:rsidRPr="00F175F8" w:rsidTr="00C831C1">
        <w:tc>
          <w:tcPr>
            <w:tcW w:w="1957" w:type="dxa"/>
            <w:vMerge/>
          </w:tcPr>
          <w:p w:rsidR="00261274" w:rsidRPr="00871FC6" w:rsidRDefault="00261274" w:rsidP="00261274">
            <w:pPr>
              <w:rPr>
                <w:rFonts w:ascii="Sassoon Penpals" w:hAnsi="Sassoon Penpals" w:cs="Times New Roman"/>
                <w:sz w:val="28"/>
                <w:szCs w:val="28"/>
              </w:rPr>
            </w:pPr>
          </w:p>
        </w:tc>
        <w:tc>
          <w:tcPr>
            <w:tcW w:w="3969" w:type="dxa"/>
          </w:tcPr>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t xml:space="preserve">Know that plants grow from seeds. </w:t>
            </w:r>
          </w:p>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t>Know what plants need to grow.</w:t>
            </w:r>
          </w:p>
        </w:tc>
        <w:tc>
          <w:tcPr>
            <w:tcW w:w="4819" w:type="dxa"/>
          </w:tcPr>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t xml:space="preserve">Ask questions to understand how plants change. </w:t>
            </w:r>
          </w:p>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t xml:space="preserve">Making systematic and careful observations. </w:t>
            </w:r>
          </w:p>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t xml:space="preserve">Observe and describe how seeds and bulbs grow into mature plants. </w:t>
            </w:r>
          </w:p>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Complete a simple test to find out which conditions enable plants to grow healthily. </w:t>
            </w:r>
          </w:p>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r w:rsidRPr="00871FC6">
              <w:rPr>
                <w:rFonts w:ascii="Sassoon Penpals" w:hAnsi="Sassoon Penpals" w:cs="Times New Roman"/>
                <w:sz w:val="28"/>
                <w:szCs w:val="28"/>
              </w:rPr>
              <w:t>Gather and record results of plant growth.</w:t>
            </w:r>
          </w:p>
        </w:tc>
      </w:tr>
      <w:tr w:rsidR="00261274" w:rsidRPr="00F175F8" w:rsidTr="00C831C1">
        <w:tc>
          <w:tcPr>
            <w:tcW w:w="1957" w:type="dxa"/>
            <w:vMerge w:val="restart"/>
            <w:shd w:val="clear" w:color="auto" w:fill="A6A6A6" w:themeFill="background1" w:themeFillShade="A6"/>
          </w:tcPr>
          <w:p w:rsidR="00261274" w:rsidRPr="00871FC6" w:rsidRDefault="00261274" w:rsidP="00261274">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2027</w:t>
            </w:r>
          </w:p>
          <w:p w:rsidR="00261274" w:rsidRPr="00871FC6" w:rsidRDefault="00261274" w:rsidP="00261274">
            <w:pPr>
              <w:rPr>
                <w:rFonts w:ascii="Sassoon Penpals" w:hAnsi="Sassoon Penpals" w:cs="Times New Roman"/>
                <w:b/>
                <w:sz w:val="28"/>
                <w:szCs w:val="28"/>
              </w:rPr>
            </w:pPr>
            <w:r w:rsidRPr="00871FC6">
              <w:rPr>
                <w:rFonts w:ascii="Sassoon Penpals" w:hAnsi="Sassoon Penpals" w:cs="Times New Roman"/>
                <w:b/>
                <w:sz w:val="28"/>
                <w:szCs w:val="28"/>
              </w:rPr>
              <w:t>Biology</w:t>
            </w:r>
          </w:p>
        </w:tc>
        <w:tc>
          <w:tcPr>
            <w:tcW w:w="8788" w:type="dxa"/>
            <w:gridSpan w:val="2"/>
            <w:shd w:val="clear" w:color="auto" w:fill="A6A6A6" w:themeFill="background1" w:themeFillShade="A6"/>
          </w:tcPr>
          <w:p w:rsidR="00261274" w:rsidRPr="00871FC6" w:rsidRDefault="00261274" w:rsidP="00261274">
            <w:pPr>
              <w:rPr>
                <w:rFonts w:ascii="Sassoon Penpals" w:hAnsi="Sassoon Penpals" w:cs="Times New Roman"/>
                <w:sz w:val="28"/>
                <w:szCs w:val="28"/>
              </w:rPr>
            </w:pPr>
          </w:p>
        </w:tc>
      </w:tr>
      <w:tr w:rsidR="00261274" w:rsidRPr="00F175F8" w:rsidTr="00C831C1">
        <w:tc>
          <w:tcPr>
            <w:tcW w:w="1957" w:type="dxa"/>
            <w:vMerge/>
            <w:shd w:val="clear" w:color="auto" w:fill="A6A6A6" w:themeFill="background1" w:themeFillShade="A6"/>
          </w:tcPr>
          <w:p w:rsidR="00261274" w:rsidRPr="00871FC6" w:rsidRDefault="00261274" w:rsidP="00261274">
            <w:pPr>
              <w:rPr>
                <w:rFonts w:ascii="Sassoon Penpals" w:hAnsi="Sassoon Penpals" w:cs="Times New Roman"/>
                <w:sz w:val="28"/>
                <w:szCs w:val="28"/>
              </w:rPr>
            </w:pPr>
          </w:p>
        </w:tc>
        <w:tc>
          <w:tcPr>
            <w:tcW w:w="3969" w:type="dxa"/>
            <w:shd w:val="clear" w:color="auto" w:fill="A6A6A6" w:themeFill="background1" w:themeFillShade="A6"/>
          </w:tcPr>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p>
        </w:tc>
        <w:tc>
          <w:tcPr>
            <w:tcW w:w="4819" w:type="dxa"/>
            <w:shd w:val="clear" w:color="auto" w:fill="A6A6A6" w:themeFill="background1" w:themeFillShade="A6"/>
          </w:tcPr>
          <w:p w:rsidR="00261274" w:rsidRPr="00871FC6" w:rsidRDefault="00261274" w:rsidP="00261274">
            <w:pPr>
              <w:rPr>
                <w:rFonts w:ascii="Sassoon Penpals" w:hAnsi="Sassoon Penpals" w:cs="Times New Roman"/>
                <w:sz w:val="28"/>
                <w:szCs w:val="28"/>
              </w:rPr>
            </w:pPr>
          </w:p>
          <w:p w:rsidR="00261274" w:rsidRPr="00871FC6" w:rsidRDefault="00261274" w:rsidP="00261274">
            <w:pPr>
              <w:rPr>
                <w:rFonts w:ascii="Sassoon Penpals" w:hAnsi="Sassoon Penpals" w:cs="Times New Roman"/>
                <w:sz w:val="28"/>
                <w:szCs w:val="28"/>
              </w:rPr>
            </w:pPr>
          </w:p>
        </w:tc>
      </w:tr>
      <w:tr w:rsidR="00261274" w:rsidRPr="00F175F8" w:rsidTr="00C831C1">
        <w:tc>
          <w:tcPr>
            <w:tcW w:w="1957" w:type="dxa"/>
            <w:vMerge w:val="restart"/>
            <w:shd w:val="clear" w:color="auto" w:fill="A6A6A6" w:themeFill="background1" w:themeFillShade="A6"/>
          </w:tcPr>
          <w:p w:rsidR="00261274" w:rsidRPr="00871FC6" w:rsidRDefault="00261274" w:rsidP="00261274">
            <w:pPr>
              <w:rPr>
                <w:rFonts w:ascii="Sassoon Penpals" w:hAnsi="Sassoon Penpals" w:cs="Times New Roman"/>
                <w:b/>
                <w:sz w:val="28"/>
                <w:szCs w:val="28"/>
              </w:rPr>
            </w:pPr>
            <w:r w:rsidRPr="00871FC6">
              <w:rPr>
                <w:rFonts w:ascii="Sassoon Penpals" w:hAnsi="Sassoon Penpals" w:cs="Times New Roman"/>
                <w:b/>
                <w:sz w:val="28"/>
                <w:szCs w:val="28"/>
              </w:rPr>
              <w:t>Summer 2 2027</w:t>
            </w:r>
          </w:p>
          <w:p w:rsidR="00261274" w:rsidRPr="00871FC6" w:rsidRDefault="00261274" w:rsidP="00261274">
            <w:pPr>
              <w:rPr>
                <w:rFonts w:ascii="Sassoon Penpals" w:hAnsi="Sassoon Penpals" w:cs="Times New Roman"/>
                <w:b/>
                <w:sz w:val="28"/>
                <w:szCs w:val="28"/>
              </w:rPr>
            </w:pPr>
            <w:r w:rsidRPr="00871FC6">
              <w:rPr>
                <w:rFonts w:ascii="Sassoon Penpals" w:hAnsi="Sassoon Penpals" w:cs="Times New Roman"/>
                <w:b/>
                <w:sz w:val="28"/>
                <w:szCs w:val="28"/>
              </w:rPr>
              <w:t>Chemistry</w:t>
            </w:r>
          </w:p>
        </w:tc>
        <w:tc>
          <w:tcPr>
            <w:tcW w:w="8788" w:type="dxa"/>
            <w:gridSpan w:val="2"/>
            <w:shd w:val="clear" w:color="auto" w:fill="A6A6A6" w:themeFill="background1" w:themeFillShade="A6"/>
          </w:tcPr>
          <w:p w:rsidR="00261274" w:rsidRPr="00871FC6" w:rsidRDefault="00261274" w:rsidP="00261274">
            <w:pPr>
              <w:rPr>
                <w:rFonts w:ascii="Sassoon Penpals" w:hAnsi="Sassoon Penpals" w:cs="Times New Roman"/>
                <w:sz w:val="28"/>
                <w:szCs w:val="28"/>
              </w:rPr>
            </w:pPr>
          </w:p>
        </w:tc>
      </w:tr>
      <w:tr w:rsidR="00261274" w:rsidRPr="00F175F8" w:rsidTr="00C831C1">
        <w:tc>
          <w:tcPr>
            <w:tcW w:w="1957" w:type="dxa"/>
            <w:vMerge/>
            <w:shd w:val="clear" w:color="auto" w:fill="A6A6A6" w:themeFill="background1" w:themeFillShade="A6"/>
          </w:tcPr>
          <w:p w:rsidR="00261274" w:rsidRPr="00871FC6" w:rsidRDefault="00261274" w:rsidP="00261274">
            <w:pPr>
              <w:rPr>
                <w:rFonts w:ascii="Sassoon Penpals" w:hAnsi="Sassoon Penpals" w:cs="Times New Roman"/>
                <w:sz w:val="28"/>
                <w:szCs w:val="28"/>
              </w:rPr>
            </w:pPr>
          </w:p>
        </w:tc>
        <w:tc>
          <w:tcPr>
            <w:tcW w:w="3969" w:type="dxa"/>
            <w:shd w:val="clear" w:color="auto" w:fill="A6A6A6" w:themeFill="background1" w:themeFillShade="A6"/>
          </w:tcPr>
          <w:p w:rsidR="00261274" w:rsidRPr="00871FC6" w:rsidRDefault="00261274" w:rsidP="00261274">
            <w:pPr>
              <w:rPr>
                <w:rFonts w:ascii="Sassoon Penpals" w:hAnsi="Sassoon Penpals" w:cs="Times New Roman"/>
                <w:sz w:val="28"/>
                <w:szCs w:val="28"/>
              </w:rPr>
            </w:pPr>
          </w:p>
        </w:tc>
        <w:tc>
          <w:tcPr>
            <w:tcW w:w="4819" w:type="dxa"/>
            <w:shd w:val="clear" w:color="auto" w:fill="A6A6A6" w:themeFill="background1" w:themeFillShade="A6"/>
          </w:tcPr>
          <w:p w:rsidR="00261274" w:rsidRPr="00871FC6" w:rsidRDefault="00261274" w:rsidP="00261274">
            <w:pPr>
              <w:rPr>
                <w:rFonts w:ascii="Sassoon Penpals" w:hAnsi="Sassoon Penpals" w:cs="Times New Roman"/>
                <w:sz w:val="28"/>
                <w:szCs w:val="28"/>
              </w:rPr>
            </w:pPr>
          </w:p>
        </w:tc>
      </w:tr>
    </w:tbl>
    <w:tbl>
      <w:tblPr>
        <w:tblStyle w:val="TableGrid2"/>
        <w:tblW w:w="10745" w:type="dxa"/>
        <w:tblInd w:w="-998" w:type="dxa"/>
        <w:tblLook w:val="04A0" w:firstRow="1" w:lastRow="0" w:firstColumn="1" w:lastColumn="0" w:noHBand="0" w:noVBand="1"/>
      </w:tblPr>
      <w:tblGrid>
        <w:gridCol w:w="2035"/>
        <w:gridCol w:w="3935"/>
        <w:gridCol w:w="4775"/>
      </w:tblGrid>
      <w:tr w:rsidR="00B76F85" w:rsidRPr="00F175F8" w:rsidTr="00C831C1">
        <w:tc>
          <w:tcPr>
            <w:tcW w:w="10745" w:type="dxa"/>
            <w:gridSpan w:val="3"/>
            <w:shd w:val="clear" w:color="auto" w:fill="00B0F0"/>
          </w:tcPr>
          <w:p w:rsidR="00B76F85" w:rsidRPr="00F175F8" w:rsidRDefault="00B76F85" w:rsidP="00DD7C59">
            <w:pPr>
              <w:jc w:val="center"/>
              <w:rPr>
                <w:rFonts w:ascii="Sassoon Penpals" w:hAnsi="Sassoon Penpals" w:cs="Times New Roman"/>
                <w:sz w:val="40"/>
                <w:szCs w:val="40"/>
              </w:rPr>
            </w:pPr>
            <w:r>
              <w:rPr>
                <w:rFonts w:ascii="Sassoon Penpals" w:hAnsi="Sassoon Penpals" w:cs="Times New Roman"/>
                <w:sz w:val="40"/>
                <w:szCs w:val="40"/>
              </w:rPr>
              <w:t>Year 3/4</w:t>
            </w:r>
          </w:p>
        </w:tc>
      </w:tr>
      <w:tr w:rsidR="00B76F85" w:rsidRPr="00F175F8" w:rsidTr="00C831C1">
        <w:tc>
          <w:tcPr>
            <w:tcW w:w="2035" w:type="dxa"/>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35" w:type="dxa"/>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775" w:type="dxa"/>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B76F85" w:rsidRPr="00F175F8" w:rsidTr="00C831C1">
        <w:tc>
          <w:tcPr>
            <w:tcW w:w="2035"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Autumn 1 2026</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Rocks and soils</w:t>
            </w:r>
          </w:p>
          <w:p w:rsidR="00381911" w:rsidRDefault="00871FC6" w:rsidP="00DD7C59">
            <w:pPr>
              <w:rPr>
                <w:rFonts w:ascii="Sassoon Penpals" w:hAnsi="Sassoon Penpals" w:cs="Times New Roman"/>
                <w:sz w:val="28"/>
                <w:szCs w:val="28"/>
              </w:rPr>
            </w:pPr>
            <w:r w:rsidRPr="00871FC6">
              <w:rPr>
                <w:rFonts w:ascii="Sassoon Penpals" w:hAnsi="Sassoon Penpals" w:cs="Times New Roman"/>
                <w:b/>
                <w:sz w:val="28"/>
                <w:szCs w:val="28"/>
              </w:rPr>
              <w:t>(</w:t>
            </w:r>
            <w:r w:rsidR="00431D5C" w:rsidRPr="00871FC6">
              <w:rPr>
                <w:rFonts w:ascii="Sassoon Penpals" w:hAnsi="Sassoon Penpals" w:cs="Times New Roman"/>
                <w:b/>
                <w:sz w:val="28"/>
                <w:szCs w:val="28"/>
              </w:rPr>
              <w:t>Chemistry</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Pebble in My Pocket / Ug</w:t>
            </w:r>
          </w:p>
          <w:p w:rsidR="00B76F85" w:rsidRPr="00381911" w:rsidRDefault="00B76F85" w:rsidP="00381911">
            <w:pPr>
              <w:rPr>
                <w:rFonts w:ascii="Sassoon Penpals" w:hAnsi="Sassoon Penpals" w:cs="Times New Roman"/>
                <w:sz w:val="28"/>
                <w:szCs w:val="28"/>
              </w:rPr>
            </w:pPr>
          </w:p>
        </w:tc>
        <w:tc>
          <w:tcPr>
            <w:tcW w:w="8710" w:type="dxa"/>
            <w:gridSpan w:val="2"/>
          </w:tcPr>
          <w:p w:rsidR="00CF4772"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F4772" w:rsidRPr="00871FC6">
              <w:rPr>
                <w:rFonts w:ascii="Sassoon Penpals" w:hAnsi="Sassoon Penpals" w:cs="Times New Roman"/>
                <w:b/>
                <w:sz w:val="28"/>
                <w:szCs w:val="28"/>
              </w:rPr>
              <w:t xml:space="preserve">What are the different types of rocks and how are fossils formed? </w:t>
            </w:r>
          </w:p>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CF4772" w:rsidRPr="00871FC6">
              <w:rPr>
                <w:rFonts w:ascii="Sassoon Penpals" w:hAnsi="Sassoon Penpals" w:cs="Times New Roman"/>
                <w:b/>
                <w:sz w:val="28"/>
                <w:szCs w:val="28"/>
              </w:rPr>
              <w:t xml:space="preserve">igneous, sedimentary, metamorphic, </w:t>
            </w:r>
            <w:proofErr w:type="spellStart"/>
            <w:r w:rsidR="00CF4772" w:rsidRPr="00871FC6">
              <w:rPr>
                <w:rFonts w:ascii="Sassoon Penpals" w:hAnsi="Sassoon Penpals" w:cs="Times New Roman"/>
                <w:b/>
                <w:sz w:val="28"/>
                <w:szCs w:val="28"/>
              </w:rPr>
              <w:t>fossilisation</w:t>
            </w:r>
            <w:proofErr w:type="spellEnd"/>
            <w:r w:rsidR="00CF4772" w:rsidRPr="00871FC6">
              <w:rPr>
                <w:rFonts w:ascii="Sassoon Penpals" w:hAnsi="Sassoon Penpals" w:cs="Times New Roman"/>
                <w:b/>
                <w:sz w:val="28"/>
                <w:szCs w:val="28"/>
              </w:rPr>
              <w:t>, permeable, impermeable, durable, hard, soft, body fossils, trace fossils, cast fossils</w:t>
            </w:r>
          </w:p>
        </w:tc>
      </w:tr>
      <w:tr w:rsidR="00B76F85" w:rsidRPr="00F175F8" w:rsidTr="00C831C1">
        <w:tc>
          <w:tcPr>
            <w:tcW w:w="2035" w:type="dxa"/>
            <w:vMerge/>
          </w:tcPr>
          <w:p w:rsidR="00B76F85" w:rsidRPr="00871FC6" w:rsidRDefault="00B76F85" w:rsidP="00DD7C59">
            <w:pPr>
              <w:rPr>
                <w:rFonts w:ascii="Sassoon Penpals" w:hAnsi="Sassoon Penpals" w:cs="Times New Roman"/>
                <w:sz w:val="28"/>
                <w:szCs w:val="28"/>
              </w:rPr>
            </w:pPr>
          </w:p>
        </w:tc>
        <w:tc>
          <w:tcPr>
            <w:tcW w:w="3935" w:type="dxa"/>
          </w:tcPr>
          <w:p w:rsidR="00CF4772"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Mary Anning’s contribution to </w:t>
            </w:r>
            <w:r w:rsidR="00CF2221" w:rsidRPr="00871FC6">
              <w:rPr>
                <w:rFonts w:ascii="Sassoon Penpals" w:hAnsi="Sassoon Penpals" w:cs="Times New Roman"/>
                <w:sz w:val="28"/>
                <w:szCs w:val="28"/>
              </w:rPr>
              <w:t>paleontology</w:t>
            </w:r>
            <w:r w:rsidRPr="00871FC6">
              <w:rPr>
                <w:rFonts w:ascii="Sassoon Penpals" w:hAnsi="Sassoon Penpals" w:cs="Times New Roman"/>
                <w:sz w:val="28"/>
                <w:szCs w:val="28"/>
              </w:rPr>
              <w:t xml:space="preserve">. </w:t>
            </w:r>
          </w:p>
          <w:p w:rsidR="00CF4772" w:rsidRPr="00871FC6" w:rsidRDefault="00CF4772" w:rsidP="00DD7C59">
            <w:pPr>
              <w:rPr>
                <w:rFonts w:ascii="Sassoon Penpals" w:hAnsi="Sassoon Penpals" w:cs="Times New Roman"/>
                <w:sz w:val="28"/>
                <w:szCs w:val="28"/>
              </w:rPr>
            </w:pPr>
          </w:p>
          <w:p w:rsidR="00CF4772"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Explain how soil is formed and compare two different types of soil. </w:t>
            </w:r>
          </w:p>
          <w:p w:rsidR="00CF4772" w:rsidRPr="00871FC6" w:rsidRDefault="00CF4772" w:rsidP="00DD7C59">
            <w:pPr>
              <w:rPr>
                <w:rFonts w:ascii="Sassoon Penpals" w:hAnsi="Sassoon Penpals" w:cs="Times New Roman"/>
                <w:sz w:val="28"/>
                <w:szCs w:val="28"/>
              </w:rPr>
            </w:pPr>
          </w:p>
          <w:p w:rsidR="00B76F85" w:rsidRPr="00871FC6" w:rsidRDefault="00CF4772" w:rsidP="00DD7C59">
            <w:pPr>
              <w:rPr>
                <w:rFonts w:ascii="Sassoon Penpals" w:hAnsi="Sassoon Penpals" w:cs="Times New Roman"/>
                <w:sz w:val="28"/>
                <w:szCs w:val="28"/>
                <w:lang w:val="en-GB"/>
              </w:rPr>
            </w:pPr>
            <w:r w:rsidRPr="00871FC6">
              <w:rPr>
                <w:rFonts w:ascii="Sassoon Penpals" w:hAnsi="Sassoon Penpals" w:cs="Times New Roman"/>
                <w:sz w:val="28"/>
                <w:szCs w:val="28"/>
              </w:rPr>
              <w:t>Know that soils are made from rocks and organic matter.</w:t>
            </w:r>
          </w:p>
        </w:tc>
        <w:tc>
          <w:tcPr>
            <w:tcW w:w="4775" w:type="dxa"/>
          </w:tcPr>
          <w:p w:rsidR="00CF4772"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understand how fossils are formed through living things trapped within rocks. </w:t>
            </w:r>
          </w:p>
          <w:p w:rsidR="00CF4772" w:rsidRPr="00871FC6" w:rsidRDefault="00CF4772" w:rsidP="00DD7C59">
            <w:pPr>
              <w:rPr>
                <w:rFonts w:ascii="Sassoon Penpals" w:hAnsi="Sassoon Penpals" w:cs="Times New Roman"/>
                <w:sz w:val="28"/>
                <w:szCs w:val="28"/>
              </w:rPr>
            </w:pPr>
          </w:p>
          <w:p w:rsidR="00CF4772"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Make careful and systematic observations of the different properties of rocks and soils. </w:t>
            </w:r>
          </w:p>
          <w:p w:rsidR="00CF4772" w:rsidRPr="00871FC6" w:rsidRDefault="00CF4772" w:rsidP="00DD7C59">
            <w:pPr>
              <w:rPr>
                <w:rFonts w:ascii="Sassoon Penpals" w:hAnsi="Sassoon Penpals" w:cs="Times New Roman"/>
                <w:sz w:val="28"/>
                <w:szCs w:val="28"/>
              </w:rPr>
            </w:pPr>
          </w:p>
          <w:p w:rsidR="00CF4772"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classify different kinds of rocks and soils through their appearance and simple physical properties. </w:t>
            </w:r>
          </w:p>
          <w:p w:rsidR="00CF4772" w:rsidRPr="00871FC6" w:rsidRDefault="00CF4772" w:rsidP="00DD7C59">
            <w:pPr>
              <w:rPr>
                <w:rFonts w:ascii="Sassoon Penpals" w:hAnsi="Sassoon Penpals" w:cs="Times New Roman"/>
                <w:sz w:val="28"/>
                <w:szCs w:val="28"/>
              </w:rPr>
            </w:pPr>
          </w:p>
          <w:p w:rsidR="00B76F85"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Gather &amp; Record information on rocks and soils based on their properties. </w:t>
            </w:r>
          </w:p>
        </w:tc>
      </w:tr>
      <w:tr w:rsidR="00B76F85" w:rsidRPr="00F175F8" w:rsidTr="00C831C1">
        <w:tc>
          <w:tcPr>
            <w:tcW w:w="2035"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Autumn 2 2026</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Animals including humans</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431D5C"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B76F85" w:rsidRPr="00381911" w:rsidRDefault="00381911" w:rsidP="00381911">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CF4772"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F4772" w:rsidRPr="00871FC6">
              <w:rPr>
                <w:rFonts w:ascii="Sassoon Penpals" w:hAnsi="Sassoon Penpals" w:cs="Times New Roman"/>
                <w:b/>
                <w:sz w:val="28"/>
                <w:szCs w:val="28"/>
              </w:rPr>
              <w:t xml:space="preserve">What happens to the food I have eaten and how do my teeth help? </w:t>
            </w:r>
          </w:p>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F4772" w:rsidRPr="00871FC6">
              <w:rPr>
                <w:rFonts w:ascii="Sassoon Penpals" w:hAnsi="Sassoon Penpals" w:cs="Times New Roman"/>
                <w:b/>
                <w:sz w:val="28"/>
                <w:szCs w:val="28"/>
              </w:rPr>
              <w:t xml:space="preserve">digestive system, </w:t>
            </w:r>
            <w:proofErr w:type="spellStart"/>
            <w:r w:rsidR="00CF4772" w:rsidRPr="00871FC6">
              <w:rPr>
                <w:rFonts w:ascii="Sassoon Penpals" w:hAnsi="Sassoon Penpals" w:cs="Times New Roman"/>
                <w:b/>
                <w:sz w:val="28"/>
                <w:szCs w:val="28"/>
              </w:rPr>
              <w:t>oesophagus</w:t>
            </w:r>
            <w:proofErr w:type="spellEnd"/>
            <w:r w:rsidR="00CF4772" w:rsidRPr="00871FC6">
              <w:rPr>
                <w:rFonts w:ascii="Sassoon Penpals" w:hAnsi="Sassoon Penpals" w:cs="Times New Roman"/>
                <w:b/>
                <w:sz w:val="28"/>
                <w:szCs w:val="28"/>
              </w:rPr>
              <w:t>, small intestine, large intestine, incisors, canines, molars, carnivores, omnivores, herbivores, root, enamel, tooth decay</w:t>
            </w:r>
          </w:p>
        </w:tc>
      </w:tr>
      <w:tr w:rsidR="00B76F85" w:rsidRPr="00F175F8" w:rsidTr="00C831C1">
        <w:tc>
          <w:tcPr>
            <w:tcW w:w="2035" w:type="dxa"/>
            <w:vMerge/>
          </w:tcPr>
          <w:p w:rsidR="00B76F85" w:rsidRPr="00871FC6" w:rsidRDefault="00B76F85" w:rsidP="00DD7C59">
            <w:pPr>
              <w:rPr>
                <w:rFonts w:ascii="Sassoon Penpals" w:hAnsi="Sassoon Penpals" w:cs="Times New Roman"/>
                <w:sz w:val="28"/>
                <w:szCs w:val="28"/>
              </w:rPr>
            </w:pPr>
          </w:p>
        </w:tc>
        <w:tc>
          <w:tcPr>
            <w:tcW w:w="3935" w:type="dxa"/>
          </w:tcPr>
          <w:p w:rsidR="00B85103"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and locate the main organs of the human digestive system. </w:t>
            </w:r>
          </w:p>
          <w:p w:rsidR="00B85103" w:rsidRPr="00871FC6" w:rsidRDefault="00B85103" w:rsidP="00DD7C59">
            <w:pPr>
              <w:rPr>
                <w:rFonts w:ascii="Sassoon Penpals" w:hAnsi="Sassoon Penpals" w:cs="Times New Roman"/>
                <w:sz w:val="28"/>
                <w:szCs w:val="28"/>
              </w:rPr>
            </w:pPr>
          </w:p>
          <w:p w:rsidR="00B85103"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functions of the main organs of the human digestive system. </w:t>
            </w:r>
          </w:p>
          <w:p w:rsidR="00B85103" w:rsidRPr="00871FC6" w:rsidRDefault="00B85103" w:rsidP="00DD7C59">
            <w:pPr>
              <w:rPr>
                <w:rFonts w:ascii="Sassoon Penpals" w:hAnsi="Sassoon Penpals" w:cs="Times New Roman"/>
                <w:sz w:val="28"/>
                <w:szCs w:val="28"/>
              </w:rPr>
            </w:pPr>
          </w:p>
          <w:p w:rsidR="00B85103"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Explain how the human digestive system works. </w:t>
            </w:r>
          </w:p>
          <w:p w:rsidR="00B85103" w:rsidRPr="00871FC6" w:rsidRDefault="00B85103" w:rsidP="00DD7C59">
            <w:pPr>
              <w:rPr>
                <w:rFonts w:ascii="Sassoon Penpals" w:hAnsi="Sassoon Penpals" w:cs="Times New Roman"/>
                <w:sz w:val="28"/>
                <w:szCs w:val="28"/>
              </w:rPr>
            </w:pPr>
          </w:p>
          <w:p w:rsidR="00B85103"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different types of human teeth and explain their functions. </w:t>
            </w:r>
          </w:p>
          <w:p w:rsidR="00B85103" w:rsidRPr="00871FC6" w:rsidRDefault="00B85103" w:rsidP="00DD7C59">
            <w:pPr>
              <w:rPr>
                <w:rFonts w:ascii="Sassoon Penpals" w:hAnsi="Sassoon Penpals" w:cs="Times New Roman"/>
                <w:sz w:val="28"/>
                <w:szCs w:val="28"/>
              </w:rPr>
            </w:pPr>
          </w:p>
          <w:p w:rsidR="00B85103"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importance of how we look after our teeth in order to prevent decay. </w:t>
            </w:r>
          </w:p>
          <w:p w:rsidR="00B85103" w:rsidRPr="00871FC6" w:rsidRDefault="00B85103" w:rsidP="00DD7C59">
            <w:pPr>
              <w:rPr>
                <w:rFonts w:ascii="Sassoon Penpals" w:hAnsi="Sassoon Penpals" w:cs="Times New Roman"/>
                <w:sz w:val="28"/>
                <w:szCs w:val="28"/>
              </w:rPr>
            </w:pPr>
          </w:p>
          <w:p w:rsidR="00B76F85" w:rsidRPr="00871FC6" w:rsidRDefault="00CF4772"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four stages of tooth decay. </w:t>
            </w:r>
          </w:p>
        </w:tc>
        <w:tc>
          <w:tcPr>
            <w:tcW w:w="4775" w:type="dxa"/>
          </w:tcPr>
          <w:p w:rsidR="00B76F85" w:rsidRPr="00871FC6" w:rsidRDefault="00B85103"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Ask relevant questions to understand the functions of the mouth, teeth, tongue, </w:t>
            </w:r>
            <w:proofErr w:type="spellStart"/>
            <w:r w:rsidRPr="00871FC6">
              <w:rPr>
                <w:rFonts w:ascii="Sassoon Penpals" w:hAnsi="Sassoon Penpals" w:cs="Times New Roman"/>
                <w:sz w:val="28"/>
                <w:szCs w:val="28"/>
              </w:rPr>
              <w:t>oesophagus</w:t>
            </w:r>
            <w:proofErr w:type="spellEnd"/>
            <w:r w:rsidRPr="00871FC6">
              <w:rPr>
                <w:rFonts w:ascii="Sassoon Penpals" w:hAnsi="Sassoon Penpals" w:cs="Times New Roman"/>
                <w:sz w:val="28"/>
                <w:szCs w:val="28"/>
              </w:rPr>
              <w:t xml:space="preserve">, stomach and the small and the large intestine, and why they are in our bodies. Make careful and systematic observations of the structure of different types of human teeth using key vocabulary. Identify and classify the different types of human teeth. Set up simple practical </w:t>
            </w:r>
            <w:r w:rsidRPr="00871FC6">
              <w:rPr>
                <w:rFonts w:ascii="Sassoon Penpals" w:hAnsi="Sassoon Penpals" w:cs="Times New Roman"/>
                <w:sz w:val="28"/>
                <w:szCs w:val="28"/>
              </w:rPr>
              <w:lastRenderedPageBreak/>
              <w:t xml:space="preserve">enquiries, comparative and fair tests to investigate the way Gather and record information using secondary sources on the four stages of tooth decay and how this can be prevented. </w:t>
            </w:r>
          </w:p>
        </w:tc>
      </w:tr>
      <w:tr w:rsidR="00B76F85" w:rsidRPr="00F175F8" w:rsidTr="00C831C1">
        <w:tc>
          <w:tcPr>
            <w:tcW w:w="2035"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Spring 1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Sound</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B76F85"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B76F85" w:rsidRPr="00381911" w:rsidRDefault="00381911" w:rsidP="00381911">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86691" w:rsidRPr="00871FC6">
              <w:rPr>
                <w:rFonts w:ascii="Sassoon Penpals" w:hAnsi="Sassoon Penpals" w:cs="Times New Roman"/>
                <w:b/>
                <w:sz w:val="28"/>
                <w:szCs w:val="28"/>
              </w:rPr>
              <w:t>How do we hear?</w:t>
            </w:r>
          </w:p>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C86691" w:rsidRPr="00871FC6">
              <w:rPr>
                <w:rFonts w:ascii="Sassoon Penpals" w:hAnsi="Sassoon Penpals" w:cs="Times New Roman"/>
                <w:b/>
                <w:sz w:val="28"/>
                <w:szCs w:val="28"/>
              </w:rPr>
              <w:t>vibrations, particles, pitch, amplitude, volume, soundproof, soundwave, high, low</w:t>
            </w:r>
          </w:p>
        </w:tc>
      </w:tr>
      <w:tr w:rsidR="00B76F85" w:rsidRPr="00F175F8" w:rsidTr="00C831C1">
        <w:tc>
          <w:tcPr>
            <w:tcW w:w="2035" w:type="dxa"/>
            <w:vMerge/>
          </w:tcPr>
          <w:p w:rsidR="00B76F85" w:rsidRPr="00871FC6" w:rsidRDefault="00B76F85" w:rsidP="00DD7C59">
            <w:pPr>
              <w:rPr>
                <w:rFonts w:ascii="Sassoon Penpals" w:hAnsi="Sassoon Penpals" w:cs="Times New Roman"/>
                <w:sz w:val="28"/>
                <w:szCs w:val="28"/>
              </w:rPr>
            </w:pPr>
          </w:p>
        </w:tc>
        <w:tc>
          <w:tcPr>
            <w:tcW w:w="3935" w:type="dxa"/>
          </w:tcPr>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sounds are made and how sounds travel. </w:t>
            </w: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distance affects how we hear sounds.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the terms vibrations, particles, pitch, amplitude, volume, soundproof, soundwave, high and low. </w:t>
            </w:r>
          </w:p>
          <w:p w:rsidR="00C86691" w:rsidRPr="00871FC6" w:rsidRDefault="00C86691" w:rsidP="00DD7C59">
            <w:pPr>
              <w:rPr>
                <w:rFonts w:ascii="Sassoon Penpals" w:hAnsi="Sassoon Penpals" w:cs="Times New Roman"/>
                <w:sz w:val="28"/>
                <w:szCs w:val="28"/>
              </w:rPr>
            </w:pPr>
          </w:p>
          <w:p w:rsidR="00B76F85" w:rsidRPr="00871FC6" w:rsidRDefault="00C86691" w:rsidP="00DD7C59">
            <w:pPr>
              <w:rPr>
                <w:rFonts w:ascii="Sassoon Penpals" w:hAnsi="Sassoon Penpals" w:cs="Times New Roman"/>
                <w:sz w:val="28"/>
                <w:szCs w:val="28"/>
                <w:lang w:val="en-GB"/>
              </w:rPr>
            </w:pPr>
            <w:r w:rsidRPr="00871FC6">
              <w:rPr>
                <w:rFonts w:ascii="Sassoon Penpals" w:hAnsi="Sassoon Penpals" w:cs="Times New Roman"/>
                <w:sz w:val="28"/>
                <w:szCs w:val="28"/>
              </w:rPr>
              <w:t>Know how different instruments make sounds and how vibrations change when a sound gets louder.</w:t>
            </w:r>
          </w:p>
        </w:tc>
        <w:tc>
          <w:tcPr>
            <w:tcW w:w="4775" w:type="dxa"/>
          </w:tcPr>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sounds get fainter as the distance from the sound source increases. </w:t>
            </w: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Make careful and systematic observations patterns between the volume and pitch of a sound and the strength of the vibrations that produced it.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how sounds are made, associating some of them with something vibrating and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vibrations from sounds travel through a medium to the ear.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Set up simple practical enquiries, comparative and fair tests to investigate how well sound travels through different materials. </w:t>
            </w:r>
          </w:p>
          <w:p w:rsidR="00C86691" w:rsidRPr="00871FC6" w:rsidRDefault="00C86691" w:rsidP="00DD7C59">
            <w:pPr>
              <w:rPr>
                <w:rFonts w:ascii="Sassoon Penpals" w:hAnsi="Sassoon Penpals" w:cs="Times New Roman"/>
                <w:sz w:val="28"/>
                <w:szCs w:val="28"/>
              </w:rPr>
            </w:pPr>
          </w:p>
          <w:p w:rsidR="00B76F85"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Gather &amp; Record patterns between the pitch of a sound and features of the object that produced it. </w:t>
            </w:r>
          </w:p>
        </w:tc>
      </w:tr>
      <w:tr w:rsidR="00B76F85" w:rsidRPr="00F175F8" w:rsidTr="00C831C1">
        <w:tc>
          <w:tcPr>
            <w:tcW w:w="2035"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Spring 2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Plants</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C86691" w:rsidRPr="00871FC6">
              <w:rPr>
                <w:rFonts w:ascii="Sassoon Penpals" w:hAnsi="Sassoon Penpals" w:cs="Times New Roman"/>
                <w:b/>
                <w:sz w:val="28"/>
                <w:szCs w:val="28"/>
              </w:rPr>
              <w:t>Biology</w:t>
            </w:r>
            <w:r w:rsidRPr="00871FC6">
              <w:rPr>
                <w:rFonts w:ascii="Sassoon Penpals" w:hAnsi="Sassoon Penpals" w:cs="Times New Roman"/>
                <w:b/>
                <w:sz w:val="28"/>
                <w:szCs w:val="28"/>
              </w:rPr>
              <w:t>)</w:t>
            </w:r>
            <w:r w:rsidR="00431D5C" w:rsidRPr="00871FC6">
              <w:rPr>
                <w:rFonts w:ascii="Sassoon Penpals" w:hAnsi="Sassoon Penpals" w:cs="Times New Roman"/>
                <w:b/>
                <w:sz w:val="28"/>
                <w:szCs w:val="28"/>
              </w:rPr>
              <w:t xml:space="preserve"> </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The Tin Forest</w:t>
            </w:r>
          </w:p>
          <w:p w:rsidR="00B76F85" w:rsidRPr="00381911" w:rsidRDefault="00B76F85" w:rsidP="00381911">
            <w:pPr>
              <w:rPr>
                <w:rFonts w:ascii="Sassoon Penpals" w:hAnsi="Sassoon Penpals" w:cs="Times New Roman"/>
                <w:sz w:val="28"/>
                <w:szCs w:val="28"/>
              </w:rPr>
            </w:pPr>
          </w:p>
        </w:tc>
        <w:tc>
          <w:tcPr>
            <w:tcW w:w="8710" w:type="dxa"/>
            <w:gridSpan w:val="2"/>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 xml:space="preserve">Topic question: </w:t>
            </w:r>
            <w:r w:rsidR="00C86691" w:rsidRPr="00871FC6">
              <w:rPr>
                <w:rFonts w:ascii="Sassoon Penpals" w:hAnsi="Sassoon Penpals" w:cs="Times New Roman"/>
                <w:b/>
                <w:sz w:val="28"/>
                <w:szCs w:val="28"/>
              </w:rPr>
              <w:t>What are the functions of the different parts of the plant and how do they play a role in pollination?</w:t>
            </w:r>
          </w:p>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86691" w:rsidRPr="00871FC6">
              <w:rPr>
                <w:rFonts w:ascii="Sassoon Penpals" w:hAnsi="Sassoon Penpals" w:cs="Times New Roman"/>
                <w:b/>
                <w:sz w:val="28"/>
                <w:szCs w:val="28"/>
              </w:rPr>
              <w:t>stem, leaves, roots, flowers, pollination, water, nutrients, light, growth, seed dispersal, seed formation, air, wind, insects</w:t>
            </w:r>
          </w:p>
        </w:tc>
      </w:tr>
      <w:tr w:rsidR="00B76F85" w:rsidRPr="00F175F8" w:rsidTr="00C831C1">
        <w:tc>
          <w:tcPr>
            <w:tcW w:w="2035" w:type="dxa"/>
            <w:vMerge/>
          </w:tcPr>
          <w:p w:rsidR="00B76F85" w:rsidRPr="00871FC6" w:rsidRDefault="00B76F85" w:rsidP="00DD7C59">
            <w:pPr>
              <w:rPr>
                <w:rFonts w:ascii="Sassoon Penpals" w:hAnsi="Sassoon Penpals" w:cs="Times New Roman"/>
                <w:sz w:val="28"/>
                <w:szCs w:val="28"/>
              </w:rPr>
            </w:pPr>
          </w:p>
        </w:tc>
        <w:tc>
          <w:tcPr>
            <w:tcW w:w="3935" w:type="dxa"/>
          </w:tcPr>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plants need to grow.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function of the different parts of a plant. </w:t>
            </w:r>
          </w:p>
          <w:p w:rsidR="00C86691" w:rsidRPr="00871FC6" w:rsidRDefault="00C86691" w:rsidP="00DD7C59">
            <w:pPr>
              <w:rPr>
                <w:rFonts w:ascii="Sassoon Penpals" w:hAnsi="Sassoon Penpals" w:cs="Times New Roman"/>
                <w:sz w:val="28"/>
                <w:szCs w:val="28"/>
              </w:rPr>
            </w:pPr>
          </w:p>
          <w:p w:rsidR="00B76F85"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Understand how seeds are dispersed.</w:t>
            </w:r>
          </w:p>
          <w:p w:rsidR="00C86691" w:rsidRPr="00871FC6" w:rsidRDefault="00C86691" w:rsidP="00DD7C59">
            <w:pPr>
              <w:rPr>
                <w:rFonts w:ascii="Sassoon Penpals" w:hAnsi="Sassoon Penpals" w:cs="Times New Roman"/>
                <w:sz w:val="28"/>
                <w:szCs w:val="28"/>
                <w:lang w:val="en-GB"/>
              </w:rPr>
            </w:pPr>
          </w:p>
          <w:p w:rsidR="00C86691" w:rsidRPr="00871FC6" w:rsidRDefault="00C86691" w:rsidP="00DD7C59">
            <w:pPr>
              <w:rPr>
                <w:rFonts w:ascii="Sassoon Penpals" w:hAnsi="Sassoon Penpals" w:cs="Times New Roman"/>
                <w:sz w:val="28"/>
                <w:szCs w:val="28"/>
                <w:lang w:val="en-GB"/>
              </w:rPr>
            </w:pPr>
            <w:r w:rsidRPr="00871FC6">
              <w:rPr>
                <w:rFonts w:ascii="Sassoon Penpals" w:hAnsi="Sassoon Penpals" w:cs="Times New Roman"/>
                <w:sz w:val="28"/>
                <w:szCs w:val="28"/>
              </w:rPr>
              <w:t>Understand pollination and how this occurs.</w:t>
            </w:r>
          </w:p>
        </w:tc>
        <w:tc>
          <w:tcPr>
            <w:tcW w:w="4775" w:type="dxa"/>
          </w:tcPr>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Ask relevant questions to know what plants need for life and growth and how they vary from plant to plant.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Make careful and systematic observations of changes in plants over time and gather and record the results. </w:t>
            </w:r>
          </w:p>
          <w:p w:rsidR="00C86691" w:rsidRPr="00871FC6" w:rsidRDefault="00C86691" w:rsidP="00DD7C59">
            <w:pPr>
              <w:rPr>
                <w:rFonts w:ascii="Sassoon Penpals" w:hAnsi="Sassoon Penpals" w:cs="Times New Roman"/>
                <w:sz w:val="28"/>
                <w:szCs w:val="28"/>
              </w:rPr>
            </w:pPr>
          </w:p>
          <w:p w:rsidR="00B76F85"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Identify and describe the functions of different parts of flowering plants: roots, stem, leaves and flowers.</w:t>
            </w:r>
          </w:p>
          <w:p w:rsidR="00C86691" w:rsidRPr="00871FC6" w:rsidRDefault="00C86691" w:rsidP="00DD7C59">
            <w:pPr>
              <w:rPr>
                <w:rFonts w:ascii="Sassoon Penpals" w:hAnsi="Sassoon Penpals" w:cs="Times New Roman"/>
                <w:sz w:val="28"/>
                <w:szCs w:val="28"/>
                <w:lang w:val="en-GB"/>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Set up simple practical enquiries, comparative and fair tests to investigate the way in which water is transported within plants.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lang w:val="en-GB"/>
              </w:rPr>
            </w:pPr>
            <w:r w:rsidRPr="00871FC6">
              <w:rPr>
                <w:rFonts w:ascii="Sassoon Penpals" w:hAnsi="Sassoon Penpals" w:cs="Times New Roman"/>
                <w:sz w:val="28"/>
                <w:szCs w:val="28"/>
              </w:rPr>
              <w:t>Investigate and explore the part that flowers play in the life cycle of flowering plants, including pollination, seed formation and seed dispersal.</w:t>
            </w:r>
          </w:p>
        </w:tc>
      </w:tr>
      <w:tr w:rsidR="00B76F85" w:rsidRPr="00F175F8" w:rsidTr="00C831C1">
        <w:tc>
          <w:tcPr>
            <w:tcW w:w="2035"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Electricity</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C86691"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B76F85" w:rsidRPr="00381911" w:rsidRDefault="00381911" w:rsidP="00381911">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86691" w:rsidRPr="00871FC6">
              <w:rPr>
                <w:rFonts w:ascii="Sassoon Penpals" w:hAnsi="Sassoon Penpals" w:cs="Times New Roman"/>
                <w:b/>
                <w:sz w:val="28"/>
                <w:szCs w:val="28"/>
              </w:rPr>
              <w:t>How can I light up a bulb?</w:t>
            </w:r>
          </w:p>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86691" w:rsidRPr="00871FC6">
              <w:rPr>
                <w:rFonts w:ascii="Sassoon Penpals" w:hAnsi="Sassoon Penpals" w:cs="Times New Roman"/>
                <w:b/>
                <w:sz w:val="28"/>
                <w:szCs w:val="28"/>
              </w:rPr>
              <w:t>bulb, wire, cell, battery, circuit, mains, components, buzzer, motor, switch, insulator</w:t>
            </w:r>
          </w:p>
        </w:tc>
      </w:tr>
      <w:tr w:rsidR="00B76F85" w:rsidRPr="00F175F8" w:rsidTr="00C831C1">
        <w:tc>
          <w:tcPr>
            <w:tcW w:w="2035" w:type="dxa"/>
            <w:vMerge/>
          </w:tcPr>
          <w:p w:rsidR="00B76F85" w:rsidRPr="00871FC6" w:rsidRDefault="00B76F85" w:rsidP="00DD7C59">
            <w:pPr>
              <w:rPr>
                <w:rFonts w:ascii="Sassoon Penpals" w:hAnsi="Sassoon Penpals" w:cs="Times New Roman"/>
                <w:sz w:val="28"/>
                <w:szCs w:val="28"/>
              </w:rPr>
            </w:pPr>
          </w:p>
        </w:tc>
        <w:tc>
          <w:tcPr>
            <w:tcW w:w="3935" w:type="dxa"/>
          </w:tcPr>
          <w:p w:rsidR="00B76F85"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Know what electricity is and which machines need electricity to work.</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simple electrical components and match them to their symbols.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Construct a simple series electrical circuit, identifying and naming its basic parts and being able to explain what is happening.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Draw and label a diagram of a simple electrical circuit. </w:t>
            </w:r>
          </w:p>
          <w:p w:rsidR="00C86691" w:rsidRPr="00871FC6" w:rsidRDefault="00C86691" w:rsidP="00DD7C59">
            <w:pPr>
              <w:rPr>
                <w:rFonts w:ascii="Sassoon Penpals" w:hAnsi="Sassoon Penpals" w:cs="Times New Roman"/>
                <w:sz w:val="28"/>
                <w:szCs w:val="28"/>
              </w:rPr>
            </w:pPr>
          </w:p>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Know what a thermal insulator is and what makes a good conductor.</w:t>
            </w:r>
          </w:p>
        </w:tc>
        <w:tc>
          <w:tcPr>
            <w:tcW w:w="4775" w:type="dxa"/>
          </w:tcPr>
          <w:p w:rsidR="00C86691"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support understanding of the components required to generate electricity. </w:t>
            </w:r>
          </w:p>
          <w:p w:rsidR="00C86691" w:rsidRPr="00871FC6" w:rsidRDefault="00C86691" w:rsidP="00DD7C59">
            <w:pPr>
              <w:rPr>
                <w:rFonts w:ascii="Sassoon Penpals" w:hAnsi="Sassoon Penpals" w:cs="Times New Roman"/>
                <w:sz w:val="28"/>
                <w:szCs w:val="28"/>
              </w:rPr>
            </w:pPr>
          </w:p>
          <w:p w:rsidR="00BD1687"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Make careful and systematic observations on the components required to light up a bulb. </w:t>
            </w:r>
          </w:p>
          <w:p w:rsidR="00BD1687" w:rsidRPr="00871FC6" w:rsidRDefault="00BD1687" w:rsidP="00DD7C59">
            <w:pPr>
              <w:rPr>
                <w:rFonts w:ascii="Sassoon Penpals" w:hAnsi="Sassoon Penpals" w:cs="Times New Roman"/>
                <w:sz w:val="28"/>
                <w:szCs w:val="28"/>
              </w:rPr>
            </w:pPr>
          </w:p>
          <w:p w:rsidR="00BD1687"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name common appliances that run on electricity, and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some common conductors (metals) and insulators. </w:t>
            </w:r>
          </w:p>
          <w:p w:rsidR="00BD1687" w:rsidRPr="00871FC6" w:rsidRDefault="00BD1687" w:rsidP="00DD7C59">
            <w:pPr>
              <w:rPr>
                <w:rFonts w:ascii="Sassoon Penpals" w:hAnsi="Sassoon Penpals" w:cs="Times New Roman"/>
                <w:sz w:val="28"/>
                <w:szCs w:val="28"/>
              </w:rPr>
            </w:pPr>
          </w:p>
          <w:p w:rsidR="00BD1687"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w:t>
            </w: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a switch opens and closes a circuit, associating this with whether or not lamp lights in a simple series circuit. </w:t>
            </w:r>
          </w:p>
          <w:p w:rsidR="00BD1687" w:rsidRPr="00871FC6" w:rsidRDefault="00BD1687" w:rsidP="00DD7C59">
            <w:pPr>
              <w:rPr>
                <w:rFonts w:ascii="Sassoon Penpals" w:hAnsi="Sassoon Penpals" w:cs="Times New Roman"/>
                <w:sz w:val="28"/>
                <w:szCs w:val="28"/>
              </w:rPr>
            </w:pPr>
          </w:p>
          <w:p w:rsidR="00BD1687"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 xml:space="preserve">Set up simple practical enquiries, comparative and fair tests to investigate whether or not a lamp will light in a simple series circuit, based on whether or not the lamp is part of a complete loop with a battery. </w:t>
            </w:r>
          </w:p>
          <w:p w:rsidR="00BD1687" w:rsidRPr="00871FC6" w:rsidRDefault="00BD1687" w:rsidP="00DD7C59">
            <w:pPr>
              <w:rPr>
                <w:rFonts w:ascii="Sassoon Penpals" w:hAnsi="Sassoon Penpals" w:cs="Times New Roman"/>
                <w:sz w:val="28"/>
                <w:szCs w:val="28"/>
              </w:rPr>
            </w:pPr>
          </w:p>
          <w:p w:rsidR="00B76F85" w:rsidRPr="00871FC6" w:rsidRDefault="00C86691" w:rsidP="00DD7C59">
            <w:pPr>
              <w:rPr>
                <w:rFonts w:ascii="Sassoon Penpals" w:hAnsi="Sassoon Penpals" w:cs="Times New Roman"/>
                <w:sz w:val="28"/>
                <w:szCs w:val="28"/>
              </w:rPr>
            </w:pPr>
            <w:r w:rsidRPr="00871FC6">
              <w:rPr>
                <w:rFonts w:ascii="Sassoon Penpals" w:hAnsi="Sassoon Penpals" w:cs="Times New Roman"/>
                <w:sz w:val="28"/>
                <w:szCs w:val="28"/>
              </w:rPr>
              <w:t>Gather &amp; Record the essential components needed for a simp</w:t>
            </w:r>
            <w:r w:rsidR="00BD1687" w:rsidRPr="00871FC6">
              <w:rPr>
                <w:rFonts w:ascii="Sassoon Penpals" w:hAnsi="Sassoon Penpals" w:cs="Times New Roman"/>
                <w:sz w:val="28"/>
                <w:szCs w:val="28"/>
              </w:rPr>
              <w:t>le series circuit to generate electricity.</w:t>
            </w:r>
          </w:p>
        </w:tc>
      </w:tr>
      <w:tr w:rsidR="00B76F85" w:rsidRPr="00F175F8" w:rsidTr="00C831C1">
        <w:tc>
          <w:tcPr>
            <w:tcW w:w="2035" w:type="dxa"/>
            <w:vMerge w:val="restart"/>
          </w:tcPr>
          <w:p w:rsidR="00871FC6" w:rsidRPr="00871FC6" w:rsidRDefault="00B76F85" w:rsidP="00871FC6">
            <w:pPr>
              <w:rPr>
                <w:rFonts w:ascii="Sassoon Penpals" w:hAnsi="Sassoon Penpals" w:cs="Times New Roman"/>
                <w:b/>
                <w:sz w:val="28"/>
                <w:szCs w:val="28"/>
              </w:rPr>
            </w:pPr>
            <w:r w:rsidRPr="00871FC6">
              <w:rPr>
                <w:rFonts w:ascii="Sassoon Penpals" w:hAnsi="Sassoon Penpals" w:cs="Times New Roman"/>
                <w:b/>
                <w:sz w:val="28"/>
                <w:szCs w:val="28"/>
              </w:rPr>
              <w:lastRenderedPageBreak/>
              <w:t>Summer 2 2027</w:t>
            </w:r>
          </w:p>
          <w:p w:rsidR="00871FC6" w:rsidRPr="00871FC6" w:rsidRDefault="00871FC6" w:rsidP="00871FC6">
            <w:pPr>
              <w:rPr>
                <w:rFonts w:ascii="Sassoon Penpals" w:hAnsi="Sassoon Penpals" w:cs="Times New Roman"/>
                <w:b/>
                <w:sz w:val="28"/>
                <w:szCs w:val="28"/>
              </w:rPr>
            </w:pPr>
            <w:r w:rsidRPr="00871FC6">
              <w:rPr>
                <w:rFonts w:ascii="Sassoon Penpals" w:hAnsi="Sassoon Penpals" w:cs="Times New Roman"/>
                <w:b/>
                <w:sz w:val="28"/>
                <w:szCs w:val="28"/>
              </w:rPr>
              <w:t>Forces and magnets</w:t>
            </w:r>
          </w:p>
          <w:p w:rsidR="00381911" w:rsidRDefault="00871FC6" w:rsidP="00871FC6">
            <w:pPr>
              <w:rPr>
                <w:rFonts w:ascii="Sassoon Penpals" w:hAnsi="Sassoon Penpals" w:cs="Times New Roman"/>
                <w:b/>
                <w:sz w:val="28"/>
                <w:szCs w:val="28"/>
              </w:rPr>
            </w:pPr>
            <w:r w:rsidRPr="00871FC6">
              <w:rPr>
                <w:rFonts w:ascii="Sassoon Penpals" w:hAnsi="Sassoon Penpals" w:cs="Times New Roman"/>
                <w:b/>
                <w:sz w:val="28"/>
                <w:szCs w:val="28"/>
              </w:rPr>
              <w:t>(</w:t>
            </w:r>
            <w:r w:rsidR="00BD1687"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81911" w:rsidRP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B76F85" w:rsidRPr="00381911" w:rsidRDefault="00381911" w:rsidP="00381911">
            <w:pPr>
              <w:rPr>
                <w:rFonts w:ascii="Sassoon Penpals" w:hAnsi="Sassoon Penpals" w:cs="Times New Roman"/>
                <w:sz w:val="28"/>
                <w:szCs w:val="28"/>
              </w:rPr>
            </w:pPr>
            <w:r>
              <w:rPr>
                <w:rFonts w:ascii="Sassoon Penpals" w:hAnsi="Sassoon Penpals" w:cs="Times New Roman"/>
                <w:sz w:val="28"/>
                <w:szCs w:val="28"/>
              </w:rPr>
              <w:t>Enquiry Led</w:t>
            </w:r>
          </w:p>
        </w:tc>
        <w:tc>
          <w:tcPr>
            <w:tcW w:w="8710" w:type="dxa"/>
            <w:gridSpan w:val="2"/>
          </w:tcPr>
          <w:p w:rsidR="00E51E70"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BD1687" w:rsidRPr="00871FC6">
              <w:rPr>
                <w:rFonts w:ascii="Sassoon Penpals" w:hAnsi="Sassoon Penpals" w:cs="Times New Roman"/>
                <w:b/>
                <w:sz w:val="28"/>
                <w:szCs w:val="28"/>
              </w:rPr>
              <w:t>How do forces work and what materials are magnetic or not?</w:t>
            </w:r>
          </w:p>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BD1687" w:rsidRPr="00871FC6">
              <w:rPr>
                <w:rFonts w:ascii="Sassoon Penpals" w:hAnsi="Sassoon Penpals" w:cs="Times New Roman"/>
                <w:b/>
                <w:sz w:val="28"/>
                <w:szCs w:val="28"/>
              </w:rPr>
              <w:t>gravity, force, magnetism, friction, north, south, force meters, push, pull, poles, repel, attract</w:t>
            </w:r>
          </w:p>
        </w:tc>
      </w:tr>
      <w:tr w:rsidR="00B76F85" w:rsidRPr="00F175F8" w:rsidTr="00C831C1">
        <w:tc>
          <w:tcPr>
            <w:tcW w:w="2035" w:type="dxa"/>
            <w:vMerge/>
          </w:tcPr>
          <w:p w:rsidR="00B76F85" w:rsidRPr="00871FC6" w:rsidRDefault="00B76F85" w:rsidP="00DD7C59">
            <w:pPr>
              <w:rPr>
                <w:rFonts w:ascii="Sassoon Penpals" w:hAnsi="Sassoon Penpals" w:cs="Times New Roman"/>
                <w:sz w:val="28"/>
                <w:szCs w:val="28"/>
              </w:rPr>
            </w:pPr>
          </w:p>
        </w:tc>
        <w:tc>
          <w:tcPr>
            <w:tcW w:w="3935" w:type="dxa"/>
          </w:tcPr>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some objects are magnetic and that they have two poles (north and south). </w:t>
            </w:r>
          </w:p>
          <w:p w:rsidR="00BD1687" w:rsidRPr="00871FC6" w:rsidRDefault="00BD1687" w:rsidP="00DD7C59">
            <w:pPr>
              <w:rPr>
                <w:rFonts w:ascii="Sassoon Penpals" w:hAnsi="Sassoon Penpals" w:cs="Times New Roman"/>
                <w:sz w:val="28"/>
                <w:szCs w:val="28"/>
              </w:rPr>
            </w:pPr>
          </w:p>
          <w:p w:rsidR="00B76F85"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magnets attract and repel depending on which direction each pole is facing.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some forces need contact between two objects but magnetic forces can act at a distance.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forces push and pull and how they react differently on different surfaces.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Know that friction and gravity are forces that affect movement and need contact between 2 objects.</w:t>
            </w:r>
          </w:p>
        </w:tc>
        <w:tc>
          <w:tcPr>
            <w:tcW w:w="4775" w:type="dxa"/>
          </w:tcPr>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Ask relevant questions to know that forces need contact between two objects and that forces change movement. </w:t>
            </w:r>
          </w:p>
          <w:p w:rsidR="00BD1687" w:rsidRPr="00871FC6" w:rsidRDefault="00BD1687" w:rsidP="00DD7C59">
            <w:pPr>
              <w:rPr>
                <w:rFonts w:ascii="Sassoon Penpals" w:hAnsi="Sassoon Penpals" w:cs="Times New Roman"/>
                <w:sz w:val="28"/>
                <w:szCs w:val="28"/>
              </w:rPr>
            </w:pPr>
          </w:p>
          <w:p w:rsidR="00B76F85"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Make careful and systematic observations how things move on different surfaces and how magnets attract or repel some materials and not others.</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and classify a variety of everyday materials on the basis of whether they are attracted to a magnet.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Setting up simple practical enquiries, comparative and fair tests to understand which objects are magnetic.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Gather &amp; Record objects which are/are not magnetic.</w:t>
            </w:r>
          </w:p>
        </w:tc>
      </w:tr>
    </w:tbl>
    <w:tbl>
      <w:tblPr>
        <w:tblStyle w:val="TableGrid3"/>
        <w:tblW w:w="10745" w:type="dxa"/>
        <w:tblInd w:w="-998" w:type="dxa"/>
        <w:tblLook w:val="04A0" w:firstRow="1" w:lastRow="0" w:firstColumn="1" w:lastColumn="0" w:noHBand="0" w:noVBand="1"/>
      </w:tblPr>
      <w:tblGrid>
        <w:gridCol w:w="1957"/>
        <w:gridCol w:w="3969"/>
        <w:gridCol w:w="4819"/>
      </w:tblGrid>
      <w:tr w:rsidR="00B76F85" w:rsidRPr="00F175F8" w:rsidTr="00C831C1">
        <w:tc>
          <w:tcPr>
            <w:tcW w:w="10745" w:type="dxa"/>
            <w:gridSpan w:val="3"/>
            <w:shd w:val="clear" w:color="auto" w:fill="00B0F0"/>
          </w:tcPr>
          <w:p w:rsidR="00B76F85" w:rsidRPr="00F175F8" w:rsidRDefault="00B76F85" w:rsidP="00DD7C59">
            <w:pPr>
              <w:jc w:val="center"/>
              <w:rPr>
                <w:rFonts w:ascii="Sassoon Penpals" w:hAnsi="Sassoon Penpals" w:cs="Times New Roman"/>
                <w:sz w:val="40"/>
                <w:szCs w:val="40"/>
              </w:rPr>
            </w:pPr>
            <w:r>
              <w:rPr>
                <w:rFonts w:ascii="Sassoon Penpals" w:hAnsi="Sassoon Penpals" w:cs="Times New Roman"/>
                <w:sz w:val="40"/>
                <w:szCs w:val="40"/>
              </w:rPr>
              <w:t>Year 5/6</w:t>
            </w:r>
          </w:p>
        </w:tc>
      </w:tr>
      <w:tr w:rsidR="00B76F85" w:rsidRPr="00871FC6" w:rsidTr="00C831C1">
        <w:tc>
          <w:tcPr>
            <w:tcW w:w="1957" w:type="dxa"/>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Term</w:t>
            </w:r>
          </w:p>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Subject</w:t>
            </w:r>
          </w:p>
        </w:tc>
        <w:tc>
          <w:tcPr>
            <w:tcW w:w="3969" w:type="dxa"/>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Knowledge</w:t>
            </w:r>
          </w:p>
        </w:tc>
        <w:tc>
          <w:tcPr>
            <w:tcW w:w="4819" w:type="dxa"/>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Skills</w:t>
            </w:r>
          </w:p>
        </w:tc>
      </w:tr>
      <w:tr w:rsidR="00B76F85" w:rsidRPr="00871FC6" w:rsidTr="00C831C1">
        <w:tc>
          <w:tcPr>
            <w:tcW w:w="1957" w:type="dxa"/>
            <w:vMerge w:val="restart"/>
            <w:shd w:val="clear" w:color="auto" w:fill="A6A6A6" w:themeFill="background1" w:themeFillShade="A6"/>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Autumn 1 2026</w:t>
            </w:r>
          </w:p>
          <w:p w:rsidR="00B76F85" w:rsidRPr="00871FC6" w:rsidRDefault="00B76F85" w:rsidP="00DD7C59">
            <w:pPr>
              <w:rPr>
                <w:rFonts w:ascii="Sassoon Penpals" w:hAnsi="Sassoon Penpals" w:cs="Times New Roman"/>
                <w:sz w:val="28"/>
                <w:szCs w:val="28"/>
              </w:rPr>
            </w:pPr>
          </w:p>
        </w:tc>
        <w:tc>
          <w:tcPr>
            <w:tcW w:w="8788" w:type="dxa"/>
            <w:gridSpan w:val="2"/>
            <w:shd w:val="clear" w:color="auto" w:fill="A6A6A6" w:themeFill="background1" w:themeFillShade="A6"/>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 </w:t>
            </w:r>
          </w:p>
        </w:tc>
      </w:tr>
      <w:tr w:rsidR="00B76F85" w:rsidRPr="00871FC6" w:rsidTr="00C831C1">
        <w:tc>
          <w:tcPr>
            <w:tcW w:w="1957" w:type="dxa"/>
            <w:vMerge/>
            <w:shd w:val="clear" w:color="auto" w:fill="A6A6A6" w:themeFill="background1" w:themeFillShade="A6"/>
          </w:tcPr>
          <w:p w:rsidR="00B76F85" w:rsidRPr="00871FC6" w:rsidRDefault="00B76F85" w:rsidP="00DD7C59">
            <w:pPr>
              <w:rPr>
                <w:rFonts w:ascii="Sassoon Penpals" w:hAnsi="Sassoon Penpals" w:cs="Times New Roman"/>
                <w:sz w:val="28"/>
                <w:szCs w:val="28"/>
              </w:rPr>
            </w:pPr>
          </w:p>
        </w:tc>
        <w:tc>
          <w:tcPr>
            <w:tcW w:w="3969" w:type="dxa"/>
            <w:shd w:val="clear" w:color="auto" w:fill="A6A6A6" w:themeFill="background1" w:themeFillShade="A6"/>
          </w:tcPr>
          <w:p w:rsidR="00B76F85" w:rsidRPr="00871FC6" w:rsidRDefault="00B76F85" w:rsidP="00BD1687">
            <w:pPr>
              <w:rPr>
                <w:rFonts w:ascii="Sassoon Penpals" w:hAnsi="Sassoon Penpals" w:cs="Times New Roman"/>
                <w:sz w:val="28"/>
                <w:szCs w:val="28"/>
              </w:rPr>
            </w:pPr>
          </w:p>
        </w:tc>
        <w:tc>
          <w:tcPr>
            <w:tcW w:w="4819" w:type="dxa"/>
            <w:shd w:val="clear" w:color="auto" w:fill="A6A6A6" w:themeFill="background1" w:themeFillShade="A6"/>
          </w:tcPr>
          <w:p w:rsidR="00B76F85" w:rsidRPr="00871FC6" w:rsidRDefault="00E51E70" w:rsidP="00BD1687">
            <w:pPr>
              <w:rPr>
                <w:rFonts w:ascii="Sassoon Penpals" w:hAnsi="Sassoon Penpals" w:cs="Times New Roman"/>
                <w:sz w:val="28"/>
                <w:szCs w:val="28"/>
              </w:rPr>
            </w:pPr>
            <w:r w:rsidRPr="00871FC6">
              <w:rPr>
                <w:rFonts w:ascii="Sassoon Penpals" w:hAnsi="Sassoon Penpals" w:cs="Times New Roman"/>
                <w:sz w:val="28"/>
                <w:szCs w:val="28"/>
                <w:lang w:val="en-GB"/>
              </w:rPr>
              <w:t></w:t>
            </w:r>
            <w:r w:rsidR="00BD1687" w:rsidRPr="00871FC6">
              <w:rPr>
                <w:rFonts w:ascii="Sassoon Penpals" w:hAnsi="Sassoon Penpals" w:cs="Times New Roman"/>
                <w:sz w:val="28"/>
                <w:szCs w:val="28"/>
              </w:rPr>
              <w:t xml:space="preserve"> </w:t>
            </w:r>
          </w:p>
        </w:tc>
      </w:tr>
      <w:tr w:rsidR="00B76F85" w:rsidRPr="00871FC6" w:rsidTr="00C831C1">
        <w:tc>
          <w:tcPr>
            <w:tcW w:w="1957"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Autumn 2 2026</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Light</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B76F85" w:rsidRPr="00871FC6">
              <w:rPr>
                <w:rFonts w:ascii="Sassoon Penpals" w:hAnsi="Sassoon Penpals" w:cs="Times New Roman"/>
                <w:b/>
                <w:sz w:val="28"/>
                <w:szCs w:val="28"/>
              </w:rPr>
              <w:t>Physics</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B76F85" w:rsidRPr="00381911" w:rsidRDefault="00381911" w:rsidP="00381911">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BD1687" w:rsidRPr="00871FC6">
              <w:rPr>
                <w:rFonts w:ascii="Sassoon Penpals" w:hAnsi="Sassoon Penpals" w:cs="Times New Roman"/>
                <w:b/>
                <w:sz w:val="28"/>
                <w:szCs w:val="28"/>
              </w:rPr>
              <w:t>Did light help or hinder us in WW2?</w:t>
            </w:r>
          </w:p>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BD1687" w:rsidRPr="00871FC6">
              <w:rPr>
                <w:rFonts w:ascii="Sassoon Penpals" w:hAnsi="Sassoon Penpals" w:cs="Times New Roman"/>
                <w:b/>
                <w:sz w:val="28"/>
                <w:szCs w:val="28"/>
              </w:rPr>
              <w:t>shadow, periscope, reflect, Isaac Newton, spectrum, white light, transparent, translucent, opaque.</w:t>
            </w:r>
          </w:p>
        </w:tc>
      </w:tr>
      <w:tr w:rsidR="00B76F85" w:rsidRPr="00871FC6" w:rsidTr="00C831C1">
        <w:tc>
          <w:tcPr>
            <w:tcW w:w="1957" w:type="dxa"/>
            <w:vMerge/>
          </w:tcPr>
          <w:p w:rsidR="00B76F85" w:rsidRPr="00871FC6" w:rsidRDefault="00B76F85" w:rsidP="00DD7C59">
            <w:pPr>
              <w:rPr>
                <w:rFonts w:ascii="Sassoon Penpals" w:hAnsi="Sassoon Penpals" w:cs="Times New Roman"/>
                <w:sz w:val="28"/>
                <w:szCs w:val="28"/>
              </w:rPr>
            </w:pPr>
          </w:p>
        </w:tc>
        <w:tc>
          <w:tcPr>
            <w:tcW w:w="3969" w:type="dxa"/>
          </w:tcPr>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the shape and size of a shadow are determined and how to change this.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Change the shape and side of a shadow.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Make a periscope and explain how it works. </w:t>
            </w: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Know how we see objects and that light reflects off of objects.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light travels in straight lines and understand how the human eye computes information.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Use my knowledge of reflection to place mirrors to make light follow a path.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we see light sources and non-light sources and understand the differences.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light travels to reach my eye.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white light is made up of a spectrum of different </w:t>
            </w:r>
            <w:proofErr w:type="spellStart"/>
            <w:r w:rsidRPr="00871FC6">
              <w:rPr>
                <w:rFonts w:ascii="Sassoon Penpals" w:hAnsi="Sassoon Penpals" w:cs="Times New Roman"/>
                <w:sz w:val="28"/>
                <w:szCs w:val="28"/>
              </w:rPr>
              <w:t>colours</w:t>
            </w:r>
            <w:proofErr w:type="spellEnd"/>
            <w:r w:rsidRPr="00871FC6">
              <w:rPr>
                <w:rFonts w:ascii="Sassoon Penpals" w:hAnsi="Sassoon Penpals" w:cs="Times New Roman"/>
                <w:sz w:val="28"/>
                <w:szCs w:val="28"/>
              </w:rPr>
              <w:t xml:space="preserve">.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Isaac Newton discovered and what he is famous for.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moving an object changes the size of its shadow and why shadows have the same shape as the object that cast them. </w:t>
            </w:r>
          </w:p>
          <w:p w:rsidR="00BD1687" w:rsidRPr="00871FC6" w:rsidRDefault="00BD1687" w:rsidP="00DD7C59">
            <w:pPr>
              <w:rPr>
                <w:rFonts w:ascii="Sassoon Penpals" w:hAnsi="Sassoon Penpals" w:cs="Times New Roman"/>
                <w:sz w:val="28"/>
                <w:szCs w:val="28"/>
              </w:rPr>
            </w:pPr>
          </w:p>
          <w:p w:rsidR="00B76F85"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terms of translucent, transparent and opaque. </w:t>
            </w:r>
          </w:p>
        </w:tc>
        <w:tc>
          <w:tcPr>
            <w:tcW w:w="4819" w:type="dxa"/>
          </w:tcPr>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a scientific enquiry using knowledge of reflection to make light follow a </w:t>
            </w:r>
            <w:proofErr w:type="gramStart"/>
            <w:r w:rsidRPr="00871FC6">
              <w:rPr>
                <w:rFonts w:ascii="Sassoon Penpals" w:hAnsi="Sassoon Penpals" w:cs="Times New Roman"/>
                <w:sz w:val="28"/>
                <w:szCs w:val="28"/>
              </w:rPr>
              <w:t>straight line</w:t>
            </w:r>
            <w:proofErr w:type="gramEnd"/>
            <w:r w:rsidRPr="00871FC6">
              <w:rPr>
                <w:rFonts w:ascii="Sassoon Penpals" w:hAnsi="Sassoon Penpals" w:cs="Times New Roman"/>
                <w:sz w:val="28"/>
                <w:szCs w:val="28"/>
              </w:rPr>
              <w:t xml:space="preserve"> path - controlling variables where necessary.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Take measurements of shadows across the day using measuring tools, with increasing accuracy and precision, taking repeat readings when appropriate.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Record data and results in a diagram to explain how we see light sources and non-light sources, and use results to make future predictions for further comparative and fair tests. </w:t>
            </w:r>
          </w:p>
          <w:p w:rsidR="00BD1687" w:rsidRPr="00871FC6" w:rsidRDefault="00BD1687"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by making a spinner to explain how white light is made up of a spectrum of different </w:t>
            </w:r>
            <w:proofErr w:type="spellStart"/>
            <w:r w:rsidRPr="00871FC6">
              <w:rPr>
                <w:rFonts w:ascii="Sassoon Penpals" w:hAnsi="Sassoon Penpals" w:cs="Times New Roman"/>
                <w:sz w:val="28"/>
                <w:szCs w:val="28"/>
              </w:rPr>
              <w:t>colours</w:t>
            </w:r>
            <w:proofErr w:type="spellEnd"/>
            <w:r w:rsidRPr="00871FC6">
              <w:rPr>
                <w:rFonts w:ascii="Sassoon Penpals" w:hAnsi="Sassoon Penpals" w:cs="Times New Roman"/>
                <w:sz w:val="28"/>
                <w:szCs w:val="28"/>
              </w:rPr>
              <w:t xml:space="preserve">. </w:t>
            </w:r>
          </w:p>
          <w:p w:rsidR="00BD1687" w:rsidRPr="00871FC6" w:rsidRDefault="00BD1687" w:rsidP="00DD7C59">
            <w:pPr>
              <w:rPr>
                <w:rFonts w:ascii="Sassoon Penpals" w:hAnsi="Sassoon Penpals" w:cs="Times New Roman"/>
                <w:sz w:val="28"/>
                <w:szCs w:val="28"/>
              </w:rPr>
            </w:pPr>
          </w:p>
          <w:p w:rsidR="00B76F85"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from enquiries to explain that we see things because light travels from light sources to our eyes, or from light sources to objects and then to our eyes. </w:t>
            </w:r>
          </w:p>
        </w:tc>
      </w:tr>
      <w:tr w:rsidR="00B76F85" w:rsidRPr="00871FC6" w:rsidTr="00C831C1">
        <w:tc>
          <w:tcPr>
            <w:tcW w:w="1957"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Spring 1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Evolution and inheritance</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BD1687"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Power of Reading text:</w:t>
            </w:r>
          </w:p>
          <w:p w:rsidR="00381911" w:rsidRPr="00381911" w:rsidRDefault="00381911" w:rsidP="00381911">
            <w:pPr>
              <w:spacing w:line="259" w:lineRule="auto"/>
              <w:rPr>
                <w:rFonts w:ascii="Sassoon Penpals" w:eastAsia="Calibri" w:hAnsi="Sassoon Penpals" w:cs="Times New Roman"/>
                <w:b/>
                <w:sz w:val="28"/>
                <w:szCs w:val="28"/>
                <w:lang w:val="en-GB"/>
              </w:rPr>
            </w:pPr>
            <w:r w:rsidRPr="00381911">
              <w:rPr>
                <w:rFonts w:ascii="Sassoon Penpals" w:eastAsia="Calibri" w:hAnsi="Sassoon Penpals" w:cs="Times New Roman"/>
                <w:b/>
                <w:sz w:val="28"/>
                <w:szCs w:val="28"/>
                <w:lang w:val="en-GB"/>
              </w:rPr>
              <w:t>Dark Sky Park</w:t>
            </w:r>
          </w:p>
          <w:p w:rsidR="00B76F85" w:rsidRPr="00381911" w:rsidRDefault="00B76F85" w:rsidP="00381911">
            <w:pPr>
              <w:rPr>
                <w:rFonts w:ascii="Sassoon Penpals" w:hAnsi="Sassoon Penpals" w:cs="Times New Roman"/>
                <w:sz w:val="28"/>
                <w:szCs w:val="28"/>
              </w:rPr>
            </w:pPr>
          </w:p>
        </w:tc>
        <w:tc>
          <w:tcPr>
            <w:tcW w:w="8788" w:type="dxa"/>
            <w:gridSpan w:val="2"/>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BD1687" w:rsidRPr="00871FC6">
              <w:rPr>
                <w:rFonts w:ascii="Sassoon Penpals" w:hAnsi="Sassoon Penpals" w:cs="Times New Roman"/>
                <w:b/>
                <w:sz w:val="28"/>
                <w:szCs w:val="28"/>
              </w:rPr>
              <w:t>How have animals changed overtime?</w:t>
            </w:r>
          </w:p>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Key Vocabulary: </w:t>
            </w:r>
            <w:r w:rsidR="00BD1687" w:rsidRPr="00871FC6">
              <w:rPr>
                <w:rFonts w:ascii="Sassoon Penpals" w:hAnsi="Sassoon Penpals" w:cs="Times New Roman"/>
                <w:b/>
                <w:sz w:val="28"/>
                <w:szCs w:val="28"/>
              </w:rPr>
              <w:t>Charlie Darwin, Mary Anning, evolution, generation, extinct, mutation, reproduction, inheritance, natural selection, organism, hybrid, adaptation</w:t>
            </w:r>
          </w:p>
        </w:tc>
      </w:tr>
      <w:tr w:rsidR="00B76F85" w:rsidRPr="00871FC6" w:rsidTr="00C831C1">
        <w:tc>
          <w:tcPr>
            <w:tcW w:w="1957" w:type="dxa"/>
            <w:vMerge/>
          </w:tcPr>
          <w:p w:rsidR="00B76F85" w:rsidRPr="00871FC6" w:rsidRDefault="00B76F85" w:rsidP="00DD7C59">
            <w:pPr>
              <w:rPr>
                <w:rFonts w:ascii="Sassoon Penpals" w:hAnsi="Sassoon Penpals" w:cs="Times New Roman"/>
                <w:sz w:val="28"/>
                <w:szCs w:val="28"/>
              </w:rPr>
            </w:pPr>
          </w:p>
        </w:tc>
        <w:tc>
          <w:tcPr>
            <w:tcW w:w="3969" w:type="dxa"/>
          </w:tcPr>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process of evolution by natural selection and why natural selection is important. </w:t>
            </w:r>
          </w:p>
          <w:p w:rsidR="00BD1687" w:rsidRPr="00871FC6" w:rsidRDefault="00BD1687" w:rsidP="00DD7C59">
            <w:pPr>
              <w:rPr>
                <w:rFonts w:ascii="Sassoon Penpals" w:hAnsi="Sassoon Penpals" w:cs="Times New Roman"/>
                <w:sz w:val="28"/>
                <w:szCs w:val="28"/>
              </w:rPr>
            </w:pPr>
          </w:p>
          <w:p w:rsidR="00B76F85"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that Charles Darwin developed the theory of natural selection. </w:t>
            </w:r>
          </w:p>
          <w:p w:rsidR="00BD1687" w:rsidRPr="00871FC6" w:rsidRDefault="00BD1687"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Know how Mary Anning contributed to our understanding of fossils. </w:t>
            </w:r>
          </w:p>
          <w:p w:rsidR="00C633D4" w:rsidRPr="00871FC6" w:rsidRDefault="00C633D4"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Understand how a fossil is formed and what the fossil record tells us about the past. </w:t>
            </w:r>
          </w:p>
          <w:p w:rsidR="00C633D4" w:rsidRPr="00871FC6" w:rsidRDefault="00C633D4"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heredity and mutation are. </w:t>
            </w:r>
          </w:p>
          <w:p w:rsidR="00C633D4" w:rsidRPr="00871FC6" w:rsidRDefault="00C633D4"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why I share features with my parents. Know how hybrids are created. </w:t>
            </w:r>
          </w:p>
          <w:p w:rsidR="00C633D4" w:rsidRPr="00871FC6" w:rsidRDefault="00C633D4"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how some animals and plants have adapted to their environment. </w:t>
            </w:r>
          </w:p>
          <w:p w:rsidR="00C633D4" w:rsidRPr="00871FC6" w:rsidRDefault="00C633D4"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what would happen if animals and plants did not adapt. </w:t>
            </w:r>
          </w:p>
          <w:p w:rsidR="00C633D4" w:rsidRPr="00871FC6" w:rsidRDefault="00C633D4" w:rsidP="00DD7C59">
            <w:pPr>
              <w:rPr>
                <w:rFonts w:ascii="Sassoon Penpals" w:hAnsi="Sassoon Penpals" w:cs="Times New Roman"/>
                <w:sz w:val="28"/>
                <w:szCs w:val="28"/>
              </w:rPr>
            </w:pPr>
          </w:p>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Know some of the difficulties of different environments.</w:t>
            </w:r>
          </w:p>
        </w:tc>
        <w:tc>
          <w:tcPr>
            <w:tcW w:w="4819" w:type="dxa"/>
          </w:tcPr>
          <w:p w:rsidR="00BD1687"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a scientific enquiry to understand how Charles Darwin developed the theory of natural selection. </w:t>
            </w:r>
          </w:p>
          <w:p w:rsidR="00BD1687" w:rsidRPr="00871FC6" w:rsidRDefault="00BD1687" w:rsidP="00DD7C59">
            <w:pPr>
              <w:rPr>
                <w:rFonts w:ascii="Sassoon Penpals" w:hAnsi="Sassoon Penpals" w:cs="Times New Roman"/>
                <w:sz w:val="28"/>
                <w:szCs w:val="28"/>
              </w:rPr>
            </w:pPr>
          </w:p>
          <w:p w:rsidR="00C633D4" w:rsidRPr="00871FC6" w:rsidRDefault="00BD1687" w:rsidP="00DD7C59">
            <w:pPr>
              <w:rPr>
                <w:rFonts w:ascii="Sassoon Penpals" w:hAnsi="Sassoon Penpals" w:cs="Times New Roman"/>
                <w:sz w:val="28"/>
                <w:szCs w:val="28"/>
              </w:rPr>
            </w:pPr>
            <w:r w:rsidRPr="00871FC6">
              <w:rPr>
                <w:rFonts w:ascii="Sassoon Penpals" w:hAnsi="Sassoon Penpals" w:cs="Times New Roman"/>
                <w:sz w:val="28"/>
                <w:szCs w:val="28"/>
              </w:rPr>
              <w:t>Record data using scientific diagrams to explain what the fossil record tells us about the past.</w:t>
            </w:r>
          </w:p>
          <w:p w:rsidR="00C633D4" w:rsidRPr="00871FC6" w:rsidRDefault="00C633D4" w:rsidP="00C633D4">
            <w:pPr>
              <w:rPr>
                <w:rFonts w:ascii="Sassoon Penpals" w:hAnsi="Sassoon Penpals" w:cs="Times New Roman"/>
                <w:sz w:val="28"/>
                <w:szCs w:val="28"/>
              </w:rPr>
            </w:pPr>
          </w:p>
          <w:p w:rsidR="00C633D4"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Present fact files reporting findings to explain the theory of natural selection. </w:t>
            </w:r>
          </w:p>
          <w:p w:rsidR="00C633D4" w:rsidRPr="00871FC6" w:rsidRDefault="00C633D4" w:rsidP="00C633D4">
            <w:pPr>
              <w:rPr>
                <w:rFonts w:ascii="Sassoon Penpals" w:hAnsi="Sassoon Penpals" w:cs="Times New Roman"/>
                <w:sz w:val="28"/>
                <w:szCs w:val="28"/>
              </w:rPr>
            </w:pPr>
          </w:p>
          <w:p w:rsidR="00C633D4" w:rsidRPr="00871FC6" w:rsidRDefault="00C633D4" w:rsidP="00C633D4">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to identify how animals and plants are adapted to suit their environment in different ways, and that adaptation may lead to evolution. </w:t>
            </w:r>
          </w:p>
          <w:p w:rsidR="00C633D4" w:rsidRPr="00871FC6" w:rsidRDefault="00C633D4" w:rsidP="00C633D4">
            <w:pPr>
              <w:rPr>
                <w:rFonts w:ascii="Sassoon Penpals" w:hAnsi="Sassoon Penpals" w:cs="Times New Roman"/>
                <w:sz w:val="28"/>
                <w:szCs w:val="28"/>
              </w:rPr>
            </w:pPr>
          </w:p>
          <w:p w:rsidR="00B76F85" w:rsidRPr="00871FC6" w:rsidRDefault="00C633D4" w:rsidP="00C633D4">
            <w:pPr>
              <w:rPr>
                <w:rFonts w:ascii="Sassoon Penpals" w:hAnsi="Sassoon Penpals" w:cs="Times New Roman"/>
                <w:sz w:val="28"/>
                <w:szCs w:val="28"/>
              </w:rPr>
            </w:pPr>
            <w:proofErr w:type="spellStart"/>
            <w:r w:rsidRPr="00871FC6">
              <w:rPr>
                <w:rFonts w:ascii="Sassoon Penpals" w:hAnsi="Sassoon Penpals" w:cs="Times New Roman"/>
                <w:sz w:val="28"/>
                <w:szCs w:val="28"/>
              </w:rPr>
              <w:t>Recognise</w:t>
            </w:r>
            <w:proofErr w:type="spellEnd"/>
            <w:r w:rsidRPr="00871FC6">
              <w:rPr>
                <w:rFonts w:ascii="Sassoon Penpals" w:hAnsi="Sassoon Penpals" w:cs="Times New Roman"/>
                <w:sz w:val="28"/>
                <w:szCs w:val="28"/>
              </w:rPr>
              <w:t xml:space="preserve"> that living things have changed over time and that fossils provide information about living things that inhabited the Earth millions of years ago. </w:t>
            </w:r>
            <w:proofErr w:type="gramStart"/>
            <w:r w:rsidRPr="00871FC6">
              <w:rPr>
                <w:rFonts w:ascii="Sassoon Penpals" w:hAnsi="Sassoon Penpals" w:cs="Times New Roman"/>
                <w:sz w:val="28"/>
                <w:szCs w:val="28"/>
              </w:rPr>
              <w:t>Also</w:t>
            </w:r>
            <w:proofErr w:type="gramEnd"/>
            <w:r w:rsidRPr="00871FC6">
              <w:rPr>
                <w:rFonts w:ascii="Sassoon Penpals" w:hAnsi="Sassoon Penpals" w:cs="Times New Roman"/>
                <w:sz w:val="28"/>
                <w:szCs w:val="28"/>
              </w:rPr>
              <w:t xml:space="preserve"> that living things produce offspring of the same kind, but normally offspring vary and are not identical to their parents</w:t>
            </w:r>
          </w:p>
        </w:tc>
      </w:tr>
      <w:tr w:rsidR="00B76F85" w:rsidRPr="00871FC6" w:rsidTr="00C831C1">
        <w:tc>
          <w:tcPr>
            <w:tcW w:w="1957" w:type="dxa"/>
            <w:vMerge w:val="restart"/>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Spring 2 2027</w:t>
            </w:r>
          </w:p>
          <w:p w:rsidR="00871FC6" w:rsidRPr="00871FC6"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Living things and their habitats</w:t>
            </w:r>
          </w:p>
          <w:p w:rsidR="00381911" w:rsidRDefault="00871FC6" w:rsidP="00DD7C59">
            <w:pPr>
              <w:rPr>
                <w:rFonts w:ascii="Sassoon Penpals" w:hAnsi="Sassoon Penpals" w:cs="Times New Roman"/>
                <w:b/>
                <w:sz w:val="28"/>
                <w:szCs w:val="28"/>
              </w:rPr>
            </w:pPr>
            <w:r w:rsidRPr="00871FC6">
              <w:rPr>
                <w:rFonts w:ascii="Sassoon Penpals" w:hAnsi="Sassoon Penpals" w:cs="Times New Roman"/>
                <w:b/>
                <w:sz w:val="28"/>
                <w:szCs w:val="28"/>
              </w:rPr>
              <w:t>(</w:t>
            </w:r>
            <w:r w:rsidR="00C633D4" w:rsidRPr="00871FC6">
              <w:rPr>
                <w:rFonts w:ascii="Sassoon Penpals" w:hAnsi="Sassoon Penpals" w:cs="Times New Roman"/>
                <w:b/>
                <w:sz w:val="28"/>
                <w:szCs w:val="28"/>
              </w:rPr>
              <w:t>Biology</w:t>
            </w:r>
            <w:r w:rsidRPr="00871FC6">
              <w:rPr>
                <w:rFonts w:ascii="Sassoon Penpals" w:hAnsi="Sassoon Penpals" w:cs="Times New Roman"/>
                <w:b/>
                <w:sz w:val="28"/>
                <w:szCs w:val="28"/>
              </w:rPr>
              <w:t>)</w:t>
            </w:r>
          </w:p>
          <w:p w:rsidR="00381911" w:rsidRDefault="00381911" w:rsidP="00381911">
            <w:pPr>
              <w:rPr>
                <w:rFonts w:ascii="Sassoon Penpals" w:hAnsi="Sassoon Penpals" w:cs="Times New Roman"/>
                <w:sz w:val="28"/>
                <w:szCs w:val="28"/>
              </w:rPr>
            </w:pPr>
          </w:p>
          <w:p w:rsidR="00381911" w:rsidRDefault="00381911" w:rsidP="00381911">
            <w:pPr>
              <w:rPr>
                <w:rFonts w:ascii="Sassoon Penpals" w:hAnsi="Sassoon Penpals" w:cs="Times New Roman"/>
                <w:sz w:val="28"/>
                <w:szCs w:val="28"/>
              </w:rPr>
            </w:pPr>
          </w:p>
          <w:p w:rsidR="00B76F85" w:rsidRPr="00381911" w:rsidRDefault="00381911" w:rsidP="00381911">
            <w:pPr>
              <w:rPr>
                <w:rFonts w:ascii="Sassoon Penpals" w:hAnsi="Sassoon Penpals" w:cs="Times New Roman"/>
                <w:sz w:val="28"/>
                <w:szCs w:val="28"/>
              </w:rPr>
            </w:pPr>
            <w:r>
              <w:rPr>
                <w:rFonts w:ascii="Sassoon Penpals" w:hAnsi="Sassoon Penpals" w:cs="Times New Roman"/>
                <w:sz w:val="28"/>
                <w:szCs w:val="28"/>
              </w:rPr>
              <w:t>Enquiry Led</w:t>
            </w:r>
          </w:p>
        </w:tc>
        <w:tc>
          <w:tcPr>
            <w:tcW w:w="8788" w:type="dxa"/>
            <w:gridSpan w:val="2"/>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 xml:space="preserve">Topic question: </w:t>
            </w:r>
            <w:r w:rsidR="00C633D4" w:rsidRPr="00871FC6">
              <w:rPr>
                <w:rFonts w:ascii="Sassoon Penpals" w:hAnsi="Sassoon Penpals" w:cs="Times New Roman"/>
                <w:b/>
                <w:sz w:val="28"/>
                <w:szCs w:val="28"/>
              </w:rPr>
              <w:t xml:space="preserve">What </w:t>
            </w:r>
            <w:proofErr w:type="gramStart"/>
            <w:r w:rsidR="00C633D4" w:rsidRPr="00871FC6">
              <w:rPr>
                <w:rFonts w:ascii="Sassoon Penpals" w:hAnsi="Sassoon Penpals" w:cs="Times New Roman"/>
                <w:b/>
                <w:sz w:val="28"/>
                <w:szCs w:val="28"/>
              </w:rPr>
              <w:t>are</w:t>
            </w:r>
            <w:proofErr w:type="gramEnd"/>
            <w:r w:rsidR="00C633D4" w:rsidRPr="00871FC6">
              <w:rPr>
                <w:rFonts w:ascii="Sassoon Penpals" w:hAnsi="Sassoon Penpals" w:cs="Times New Roman"/>
                <w:b/>
                <w:sz w:val="28"/>
                <w:szCs w:val="28"/>
              </w:rPr>
              <w:t xml:space="preserve"> the life-cycles of different plants and animals like?</w:t>
            </w:r>
          </w:p>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Key Vocabulary: </w:t>
            </w:r>
            <w:r w:rsidR="00C633D4" w:rsidRPr="00871FC6">
              <w:rPr>
                <w:rFonts w:ascii="Sassoon Penpals" w:hAnsi="Sassoon Penpals" w:cs="Times New Roman"/>
                <w:b/>
                <w:sz w:val="28"/>
                <w:szCs w:val="28"/>
              </w:rPr>
              <w:t xml:space="preserve">life cycle, marsupials, </w:t>
            </w:r>
            <w:proofErr w:type="spellStart"/>
            <w:r w:rsidR="00C633D4" w:rsidRPr="00871FC6">
              <w:rPr>
                <w:rFonts w:ascii="Sassoon Penpals" w:hAnsi="Sassoon Penpals" w:cs="Times New Roman"/>
                <w:b/>
                <w:sz w:val="28"/>
                <w:szCs w:val="28"/>
              </w:rPr>
              <w:t>montrememe</w:t>
            </w:r>
            <w:proofErr w:type="spellEnd"/>
            <w:r w:rsidR="00C633D4" w:rsidRPr="00871FC6">
              <w:rPr>
                <w:rFonts w:ascii="Sassoon Penpals" w:hAnsi="Sassoon Penpals" w:cs="Times New Roman"/>
                <w:b/>
                <w:sz w:val="28"/>
                <w:szCs w:val="28"/>
              </w:rPr>
              <w:t xml:space="preserve">, placental, gestation, pollination, </w:t>
            </w:r>
            <w:proofErr w:type="spellStart"/>
            <w:r w:rsidR="00C633D4" w:rsidRPr="00871FC6">
              <w:rPr>
                <w:rFonts w:ascii="Sassoon Penpals" w:hAnsi="Sassoon Penpals" w:cs="Times New Roman"/>
                <w:b/>
                <w:sz w:val="28"/>
                <w:szCs w:val="28"/>
              </w:rPr>
              <w:t>fertilisation</w:t>
            </w:r>
            <w:proofErr w:type="spellEnd"/>
            <w:r w:rsidR="00C633D4" w:rsidRPr="00871FC6">
              <w:rPr>
                <w:rFonts w:ascii="Sassoon Penpals" w:hAnsi="Sassoon Penpals" w:cs="Times New Roman"/>
                <w:b/>
                <w:sz w:val="28"/>
                <w:szCs w:val="28"/>
              </w:rPr>
              <w:t>, germination, sexual reproduction, asexual reproduction, dissect</w:t>
            </w:r>
          </w:p>
        </w:tc>
      </w:tr>
      <w:tr w:rsidR="00B76F85" w:rsidRPr="00871FC6" w:rsidTr="00C831C1">
        <w:tc>
          <w:tcPr>
            <w:tcW w:w="1957" w:type="dxa"/>
            <w:vMerge/>
          </w:tcPr>
          <w:p w:rsidR="00B76F85" w:rsidRPr="00871FC6" w:rsidRDefault="00B76F85" w:rsidP="00DD7C59">
            <w:pPr>
              <w:rPr>
                <w:rFonts w:ascii="Sassoon Penpals" w:hAnsi="Sassoon Penpals" w:cs="Times New Roman"/>
                <w:sz w:val="28"/>
                <w:szCs w:val="28"/>
              </w:rPr>
            </w:pPr>
          </w:p>
        </w:tc>
        <w:tc>
          <w:tcPr>
            <w:tcW w:w="396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Research and explore the life-cycle of a given creature.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Discuss and present findings from research with others. </w:t>
            </w:r>
          </w:p>
          <w:p w:rsidR="00B76F85"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Describe and explain similarities and differences between different creatures’ life-cycles.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Describe the life process of reproduction in some mammals, amphibians and birds.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the life-cycle of a flowering plant and how many stages there are in its life-cycle.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Describe the life process of reproduction in some plants and the different ways seeds can be dispersed.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Know and understand the differences between sexual and asexual reproduction.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Name some reproductive parts of a plant.</w:t>
            </w:r>
          </w:p>
        </w:tc>
        <w:tc>
          <w:tcPr>
            <w:tcW w:w="4819" w:type="dxa"/>
          </w:tcPr>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lastRenderedPageBreak/>
              <w:t xml:space="preserve">Plan how to take a cutting of a plant to support understanding of plant reproduction.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Take measurements of the growth of plant cuttings with increasing accuracy and precision, taking repeat readings when appropriate.</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Research and record data on the life cycles of different animal groups and share this information with David Attenborough by writing a short letter.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Report and present findings from research enquiries on the gestation of a variety of mammals.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Make predictions on the length of gestation and record findings on a table/bar chart. </w:t>
            </w:r>
          </w:p>
          <w:p w:rsidR="00C633D4" w:rsidRPr="00871FC6" w:rsidRDefault="00C633D4" w:rsidP="00DD7C59">
            <w:pPr>
              <w:rPr>
                <w:rFonts w:ascii="Sassoon Penpals" w:hAnsi="Sassoon Penpals" w:cs="Times New Roman"/>
                <w:sz w:val="28"/>
                <w:szCs w:val="28"/>
              </w:rPr>
            </w:pPr>
          </w:p>
          <w:p w:rsidR="00C633D4"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 xml:space="preserve">Identify scientific evidence to debate the advantages and disadvantages of sexual and asexual reproduction. </w:t>
            </w:r>
          </w:p>
          <w:p w:rsidR="00C633D4" w:rsidRPr="00871FC6" w:rsidRDefault="00C633D4" w:rsidP="00DD7C59">
            <w:pPr>
              <w:rPr>
                <w:rFonts w:ascii="Sassoon Penpals" w:hAnsi="Sassoon Penpals" w:cs="Times New Roman"/>
                <w:sz w:val="28"/>
                <w:szCs w:val="28"/>
              </w:rPr>
            </w:pPr>
          </w:p>
          <w:p w:rsidR="00B76F85" w:rsidRPr="00871FC6" w:rsidRDefault="00C633D4" w:rsidP="00DD7C59">
            <w:pPr>
              <w:rPr>
                <w:rFonts w:ascii="Sassoon Penpals" w:hAnsi="Sassoon Penpals" w:cs="Times New Roman"/>
                <w:sz w:val="28"/>
                <w:szCs w:val="28"/>
              </w:rPr>
            </w:pPr>
            <w:r w:rsidRPr="00871FC6">
              <w:rPr>
                <w:rFonts w:ascii="Sassoon Penpals" w:hAnsi="Sassoon Penpals" w:cs="Times New Roman"/>
                <w:sz w:val="28"/>
                <w:szCs w:val="28"/>
              </w:rPr>
              <w:t>Identify the four stages of a flowering plant’s life-cycle and its reproductive parts.</w:t>
            </w:r>
          </w:p>
        </w:tc>
      </w:tr>
      <w:tr w:rsidR="00B76F85" w:rsidRPr="00871FC6" w:rsidTr="00C831C1">
        <w:tc>
          <w:tcPr>
            <w:tcW w:w="1957" w:type="dxa"/>
            <w:vMerge w:val="restart"/>
            <w:shd w:val="clear" w:color="auto" w:fill="A6A6A6" w:themeFill="background1" w:themeFillShade="A6"/>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lastRenderedPageBreak/>
              <w:t>Summer 1 2027</w:t>
            </w:r>
          </w:p>
          <w:p w:rsidR="00B76F85" w:rsidRPr="00871FC6" w:rsidRDefault="00B76F85" w:rsidP="00DD7C59">
            <w:pPr>
              <w:rPr>
                <w:rFonts w:ascii="Sassoon Penpals" w:hAnsi="Sassoon Penpals" w:cs="Times New Roman"/>
                <w:b/>
                <w:sz w:val="28"/>
                <w:szCs w:val="28"/>
              </w:rPr>
            </w:pPr>
          </w:p>
        </w:tc>
        <w:tc>
          <w:tcPr>
            <w:tcW w:w="8788" w:type="dxa"/>
            <w:gridSpan w:val="2"/>
            <w:shd w:val="clear" w:color="auto" w:fill="A6A6A6" w:themeFill="background1" w:themeFillShade="A6"/>
          </w:tcPr>
          <w:p w:rsidR="00B76F85" w:rsidRPr="00871FC6" w:rsidRDefault="00B76F85" w:rsidP="00DD7C59">
            <w:pPr>
              <w:rPr>
                <w:rFonts w:ascii="Sassoon Penpals" w:hAnsi="Sassoon Penpals" w:cs="Times New Roman"/>
                <w:sz w:val="28"/>
                <w:szCs w:val="28"/>
              </w:rPr>
            </w:pPr>
            <w:r w:rsidRPr="00871FC6">
              <w:rPr>
                <w:rFonts w:ascii="Sassoon Penpals" w:hAnsi="Sassoon Penpals" w:cs="Times New Roman"/>
                <w:b/>
                <w:sz w:val="28"/>
                <w:szCs w:val="28"/>
              </w:rPr>
              <w:t xml:space="preserve"> </w:t>
            </w:r>
          </w:p>
        </w:tc>
      </w:tr>
      <w:tr w:rsidR="00B76F85" w:rsidRPr="00871FC6" w:rsidTr="00C831C1">
        <w:tc>
          <w:tcPr>
            <w:tcW w:w="1957" w:type="dxa"/>
            <w:vMerge/>
            <w:shd w:val="clear" w:color="auto" w:fill="A6A6A6" w:themeFill="background1" w:themeFillShade="A6"/>
          </w:tcPr>
          <w:p w:rsidR="00B76F85" w:rsidRPr="00871FC6" w:rsidRDefault="00B76F85" w:rsidP="00DD7C59">
            <w:pPr>
              <w:rPr>
                <w:rFonts w:ascii="Sassoon Penpals" w:hAnsi="Sassoon Penpals" w:cs="Times New Roman"/>
                <w:sz w:val="28"/>
                <w:szCs w:val="28"/>
              </w:rPr>
            </w:pPr>
          </w:p>
        </w:tc>
        <w:tc>
          <w:tcPr>
            <w:tcW w:w="3969" w:type="dxa"/>
            <w:shd w:val="clear" w:color="auto" w:fill="A6A6A6" w:themeFill="background1" w:themeFillShade="A6"/>
          </w:tcPr>
          <w:p w:rsidR="00B76F85" w:rsidRPr="00871FC6" w:rsidRDefault="00B76F85" w:rsidP="00C633D4">
            <w:pPr>
              <w:rPr>
                <w:rFonts w:ascii="Sassoon Penpals" w:hAnsi="Sassoon Penpals" w:cs="Times New Roman"/>
                <w:sz w:val="28"/>
                <w:szCs w:val="28"/>
              </w:rPr>
            </w:pPr>
          </w:p>
        </w:tc>
        <w:tc>
          <w:tcPr>
            <w:tcW w:w="4819" w:type="dxa"/>
            <w:shd w:val="clear" w:color="auto" w:fill="A6A6A6" w:themeFill="background1" w:themeFillShade="A6"/>
          </w:tcPr>
          <w:p w:rsidR="00B76F85" w:rsidRPr="00871FC6" w:rsidRDefault="00B76F85" w:rsidP="00C633D4">
            <w:pPr>
              <w:rPr>
                <w:rFonts w:ascii="Sassoon Penpals" w:hAnsi="Sassoon Penpals" w:cs="Times New Roman"/>
                <w:sz w:val="28"/>
                <w:szCs w:val="28"/>
              </w:rPr>
            </w:pPr>
          </w:p>
        </w:tc>
      </w:tr>
      <w:tr w:rsidR="00B76F85" w:rsidRPr="00871FC6" w:rsidTr="00C831C1">
        <w:tc>
          <w:tcPr>
            <w:tcW w:w="1957" w:type="dxa"/>
            <w:vMerge w:val="restart"/>
            <w:shd w:val="clear" w:color="auto" w:fill="A6A6A6" w:themeFill="background1" w:themeFillShade="A6"/>
          </w:tcPr>
          <w:p w:rsidR="00B76F85" w:rsidRPr="00871FC6" w:rsidRDefault="00B76F85" w:rsidP="00DD7C59">
            <w:pPr>
              <w:rPr>
                <w:rFonts w:ascii="Sassoon Penpals" w:hAnsi="Sassoon Penpals" w:cs="Times New Roman"/>
                <w:b/>
                <w:sz w:val="28"/>
                <w:szCs w:val="28"/>
              </w:rPr>
            </w:pPr>
            <w:r w:rsidRPr="00871FC6">
              <w:rPr>
                <w:rFonts w:ascii="Sassoon Penpals" w:hAnsi="Sassoon Penpals" w:cs="Times New Roman"/>
                <w:b/>
                <w:sz w:val="28"/>
                <w:szCs w:val="28"/>
              </w:rPr>
              <w:t>Summer 2 2027</w:t>
            </w:r>
          </w:p>
          <w:p w:rsidR="00B76F85" w:rsidRPr="00871FC6" w:rsidRDefault="00B76F85" w:rsidP="00DD7C59">
            <w:pPr>
              <w:rPr>
                <w:rFonts w:ascii="Sassoon Penpals" w:hAnsi="Sassoon Penpals" w:cs="Times New Roman"/>
                <w:b/>
                <w:sz w:val="28"/>
                <w:szCs w:val="28"/>
              </w:rPr>
            </w:pPr>
          </w:p>
        </w:tc>
        <w:tc>
          <w:tcPr>
            <w:tcW w:w="8788" w:type="dxa"/>
            <w:gridSpan w:val="2"/>
            <w:shd w:val="clear" w:color="auto" w:fill="A6A6A6" w:themeFill="background1" w:themeFillShade="A6"/>
          </w:tcPr>
          <w:p w:rsidR="00B76F85" w:rsidRPr="00871FC6" w:rsidRDefault="00B76F85" w:rsidP="00C633D4">
            <w:pPr>
              <w:rPr>
                <w:rFonts w:ascii="Sassoon Penpals" w:hAnsi="Sassoon Penpals" w:cs="Times New Roman"/>
                <w:sz w:val="28"/>
                <w:szCs w:val="28"/>
              </w:rPr>
            </w:pPr>
            <w:r w:rsidRPr="00871FC6">
              <w:rPr>
                <w:rFonts w:ascii="Sassoon Penpals" w:hAnsi="Sassoon Penpals" w:cs="Times New Roman"/>
                <w:b/>
                <w:sz w:val="28"/>
                <w:szCs w:val="28"/>
              </w:rPr>
              <w:t xml:space="preserve"> </w:t>
            </w:r>
          </w:p>
        </w:tc>
      </w:tr>
      <w:tr w:rsidR="00B76F85" w:rsidRPr="00871FC6" w:rsidTr="00C831C1">
        <w:tc>
          <w:tcPr>
            <w:tcW w:w="1957" w:type="dxa"/>
            <w:vMerge/>
            <w:shd w:val="clear" w:color="auto" w:fill="A6A6A6" w:themeFill="background1" w:themeFillShade="A6"/>
          </w:tcPr>
          <w:p w:rsidR="00B76F85" w:rsidRPr="00871FC6" w:rsidRDefault="00B76F85" w:rsidP="00DD7C59">
            <w:pPr>
              <w:rPr>
                <w:rFonts w:ascii="Sassoon Penpals" w:hAnsi="Sassoon Penpals" w:cs="Times New Roman"/>
                <w:sz w:val="28"/>
                <w:szCs w:val="28"/>
              </w:rPr>
            </w:pPr>
          </w:p>
        </w:tc>
        <w:tc>
          <w:tcPr>
            <w:tcW w:w="3969" w:type="dxa"/>
            <w:shd w:val="clear" w:color="auto" w:fill="A6A6A6" w:themeFill="background1" w:themeFillShade="A6"/>
          </w:tcPr>
          <w:p w:rsidR="00B76F85" w:rsidRPr="00871FC6" w:rsidRDefault="00B76F85" w:rsidP="00C633D4">
            <w:pPr>
              <w:rPr>
                <w:rFonts w:ascii="Sassoon Penpals" w:hAnsi="Sassoon Penpals" w:cs="Times New Roman"/>
                <w:sz w:val="28"/>
                <w:szCs w:val="28"/>
              </w:rPr>
            </w:pPr>
          </w:p>
        </w:tc>
        <w:tc>
          <w:tcPr>
            <w:tcW w:w="4819" w:type="dxa"/>
            <w:shd w:val="clear" w:color="auto" w:fill="A6A6A6" w:themeFill="background1" w:themeFillShade="A6"/>
          </w:tcPr>
          <w:p w:rsidR="00B76F85" w:rsidRPr="00871FC6" w:rsidRDefault="00B76F85" w:rsidP="00C633D4">
            <w:pPr>
              <w:rPr>
                <w:rFonts w:ascii="Sassoon Penpals" w:hAnsi="Sassoon Penpals" w:cs="Times New Roman"/>
                <w:sz w:val="28"/>
                <w:szCs w:val="28"/>
              </w:rPr>
            </w:pPr>
          </w:p>
        </w:tc>
      </w:tr>
    </w:tbl>
    <w:p w:rsidR="00DD7C59" w:rsidRPr="00871FC6" w:rsidRDefault="00DD7C59" w:rsidP="00871FC6">
      <w:pPr>
        <w:tabs>
          <w:tab w:val="left" w:pos="6212"/>
        </w:tabs>
        <w:rPr>
          <w:sz w:val="28"/>
          <w:szCs w:val="28"/>
        </w:rPr>
      </w:pPr>
    </w:p>
    <w:sectPr w:rsidR="00DD7C59" w:rsidRPr="00871FC6"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7D70" w:rsidRDefault="00797D70" w:rsidP="003D6C65">
      <w:pPr>
        <w:spacing w:after="0" w:line="240" w:lineRule="auto"/>
      </w:pPr>
      <w:r>
        <w:separator/>
      </w:r>
    </w:p>
  </w:endnote>
  <w:endnote w:type="continuationSeparator" w:id="0">
    <w:p w:rsidR="00797D70" w:rsidRDefault="00797D70" w:rsidP="003D6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ssoon Penpals">
    <w:panose1 w:val="02000400000000000000"/>
    <w:charset w:val="00"/>
    <w:family w:val="moder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7D70" w:rsidRDefault="00797D70" w:rsidP="003D6C65">
      <w:pPr>
        <w:spacing w:after="0" w:line="240" w:lineRule="auto"/>
      </w:pPr>
      <w:r>
        <w:separator/>
      </w:r>
    </w:p>
  </w:footnote>
  <w:footnote w:type="continuationSeparator" w:id="0">
    <w:p w:rsidR="00797D70" w:rsidRDefault="00797D70" w:rsidP="003D6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3C11"/>
    <w:rsid w:val="0015074B"/>
    <w:rsid w:val="00156AAD"/>
    <w:rsid w:val="001B021A"/>
    <w:rsid w:val="00212974"/>
    <w:rsid w:val="00261274"/>
    <w:rsid w:val="0029639D"/>
    <w:rsid w:val="003107B4"/>
    <w:rsid w:val="00326F90"/>
    <w:rsid w:val="00346EE0"/>
    <w:rsid w:val="00381911"/>
    <w:rsid w:val="003D6C65"/>
    <w:rsid w:val="00420F6B"/>
    <w:rsid w:val="004313A1"/>
    <w:rsid w:val="00431D5C"/>
    <w:rsid w:val="004C3F64"/>
    <w:rsid w:val="005F156F"/>
    <w:rsid w:val="00797D70"/>
    <w:rsid w:val="00871FC6"/>
    <w:rsid w:val="00896D2C"/>
    <w:rsid w:val="009D5FB7"/>
    <w:rsid w:val="00AA1D8D"/>
    <w:rsid w:val="00B47730"/>
    <w:rsid w:val="00B76F85"/>
    <w:rsid w:val="00B85103"/>
    <w:rsid w:val="00BB15DB"/>
    <w:rsid w:val="00BD1687"/>
    <w:rsid w:val="00C46D39"/>
    <w:rsid w:val="00C633D4"/>
    <w:rsid w:val="00C80E8B"/>
    <w:rsid w:val="00C831C1"/>
    <w:rsid w:val="00C86691"/>
    <w:rsid w:val="00CB0664"/>
    <w:rsid w:val="00CB3711"/>
    <w:rsid w:val="00CC32E6"/>
    <w:rsid w:val="00CF2221"/>
    <w:rsid w:val="00CF4772"/>
    <w:rsid w:val="00DA019B"/>
    <w:rsid w:val="00DD7C59"/>
    <w:rsid w:val="00E027A0"/>
    <w:rsid w:val="00E25932"/>
    <w:rsid w:val="00E51E70"/>
    <w:rsid w:val="00F04C9C"/>
    <w:rsid w:val="00FA41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0EA6C"/>
  <w14:defaultImageDpi w14:val="300"/>
  <w15:docId w15:val="{274A4A81-D42A-47EA-B738-7BDEBF61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59"/>
    <w:rsid w:val="004313A1"/>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6F8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76F8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D6C65"/>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D7C59"/>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D7C59"/>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46D3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80491">
      <w:bodyDiv w:val="1"/>
      <w:marLeft w:val="0"/>
      <w:marRight w:val="0"/>
      <w:marTop w:val="0"/>
      <w:marBottom w:val="0"/>
      <w:divBdr>
        <w:top w:val="none" w:sz="0" w:space="0" w:color="auto"/>
        <w:left w:val="none" w:sz="0" w:space="0" w:color="auto"/>
        <w:bottom w:val="none" w:sz="0" w:space="0" w:color="auto"/>
        <w:right w:val="none" w:sz="0" w:space="0" w:color="auto"/>
      </w:divBdr>
    </w:div>
    <w:div w:id="392847260">
      <w:bodyDiv w:val="1"/>
      <w:marLeft w:val="0"/>
      <w:marRight w:val="0"/>
      <w:marTop w:val="0"/>
      <w:marBottom w:val="0"/>
      <w:divBdr>
        <w:top w:val="none" w:sz="0" w:space="0" w:color="auto"/>
        <w:left w:val="none" w:sz="0" w:space="0" w:color="auto"/>
        <w:bottom w:val="none" w:sz="0" w:space="0" w:color="auto"/>
        <w:right w:val="none" w:sz="0" w:space="0" w:color="auto"/>
      </w:divBdr>
    </w:div>
    <w:div w:id="440417272">
      <w:bodyDiv w:val="1"/>
      <w:marLeft w:val="0"/>
      <w:marRight w:val="0"/>
      <w:marTop w:val="0"/>
      <w:marBottom w:val="0"/>
      <w:divBdr>
        <w:top w:val="none" w:sz="0" w:space="0" w:color="auto"/>
        <w:left w:val="none" w:sz="0" w:space="0" w:color="auto"/>
        <w:bottom w:val="none" w:sz="0" w:space="0" w:color="auto"/>
        <w:right w:val="none" w:sz="0" w:space="0" w:color="auto"/>
      </w:divBdr>
    </w:div>
    <w:div w:id="457069168">
      <w:bodyDiv w:val="1"/>
      <w:marLeft w:val="0"/>
      <w:marRight w:val="0"/>
      <w:marTop w:val="0"/>
      <w:marBottom w:val="0"/>
      <w:divBdr>
        <w:top w:val="none" w:sz="0" w:space="0" w:color="auto"/>
        <w:left w:val="none" w:sz="0" w:space="0" w:color="auto"/>
        <w:bottom w:val="none" w:sz="0" w:space="0" w:color="auto"/>
        <w:right w:val="none" w:sz="0" w:space="0" w:color="auto"/>
      </w:divBdr>
    </w:div>
    <w:div w:id="506408040">
      <w:bodyDiv w:val="1"/>
      <w:marLeft w:val="0"/>
      <w:marRight w:val="0"/>
      <w:marTop w:val="0"/>
      <w:marBottom w:val="0"/>
      <w:divBdr>
        <w:top w:val="none" w:sz="0" w:space="0" w:color="auto"/>
        <w:left w:val="none" w:sz="0" w:space="0" w:color="auto"/>
        <w:bottom w:val="none" w:sz="0" w:space="0" w:color="auto"/>
        <w:right w:val="none" w:sz="0" w:space="0" w:color="auto"/>
      </w:divBdr>
    </w:div>
    <w:div w:id="798184570">
      <w:bodyDiv w:val="1"/>
      <w:marLeft w:val="0"/>
      <w:marRight w:val="0"/>
      <w:marTop w:val="0"/>
      <w:marBottom w:val="0"/>
      <w:divBdr>
        <w:top w:val="none" w:sz="0" w:space="0" w:color="auto"/>
        <w:left w:val="none" w:sz="0" w:space="0" w:color="auto"/>
        <w:bottom w:val="none" w:sz="0" w:space="0" w:color="auto"/>
        <w:right w:val="none" w:sz="0" w:space="0" w:color="auto"/>
      </w:divBdr>
    </w:div>
    <w:div w:id="830953057">
      <w:bodyDiv w:val="1"/>
      <w:marLeft w:val="0"/>
      <w:marRight w:val="0"/>
      <w:marTop w:val="0"/>
      <w:marBottom w:val="0"/>
      <w:divBdr>
        <w:top w:val="none" w:sz="0" w:space="0" w:color="auto"/>
        <w:left w:val="none" w:sz="0" w:space="0" w:color="auto"/>
        <w:bottom w:val="none" w:sz="0" w:space="0" w:color="auto"/>
        <w:right w:val="none" w:sz="0" w:space="0" w:color="auto"/>
      </w:divBdr>
    </w:div>
    <w:div w:id="859584986">
      <w:bodyDiv w:val="1"/>
      <w:marLeft w:val="0"/>
      <w:marRight w:val="0"/>
      <w:marTop w:val="0"/>
      <w:marBottom w:val="0"/>
      <w:divBdr>
        <w:top w:val="none" w:sz="0" w:space="0" w:color="auto"/>
        <w:left w:val="none" w:sz="0" w:space="0" w:color="auto"/>
        <w:bottom w:val="none" w:sz="0" w:space="0" w:color="auto"/>
        <w:right w:val="none" w:sz="0" w:space="0" w:color="auto"/>
      </w:divBdr>
    </w:div>
    <w:div w:id="896864084">
      <w:bodyDiv w:val="1"/>
      <w:marLeft w:val="0"/>
      <w:marRight w:val="0"/>
      <w:marTop w:val="0"/>
      <w:marBottom w:val="0"/>
      <w:divBdr>
        <w:top w:val="none" w:sz="0" w:space="0" w:color="auto"/>
        <w:left w:val="none" w:sz="0" w:space="0" w:color="auto"/>
        <w:bottom w:val="none" w:sz="0" w:space="0" w:color="auto"/>
        <w:right w:val="none" w:sz="0" w:space="0" w:color="auto"/>
      </w:divBdr>
    </w:div>
    <w:div w:id="974136768">
      <w:bodyDiv w:val="1"/>
      <w:marLeft w:val="0"/>
      <w:marRight w:val="0"/>
      <w:marTop w:val="0"/>
      <w:marBottom w:val="0"/>
      <w:divBdr>
        <w:top w:val="none" w:sz="0" w:space="0" w:color="auto"/>
        <w:left w:val="none" w:sz="0" w:space="0" w:color="auto"/>
        <w:bottom w:val="none" w:sz="0" w:space="0" w:color="auto"/>
        <w:right w:val="none" w:sz="0" w:space="0" w:color="auto"/>
      </w:divBdr>
    </w:div>
    <w:div w:id="996693637">
      <w:bodyDiv w:val="1"/>
      <w:marLeft w:val="0"/>
      <w:marRight w:val="0"/>
      <w:marTop w:val="0"/>
      <w:marBottom w:val="0"/>
      <w:divBdr>
        <w:top w:val="none" w:sz="0" w:space="0" w:color="auto"/>
        <w:left w:val="none" w:sz="0" w:space="0" w:color="auto"/>
        <w:bottom w:val="none" w:sz="0" w:space="0" w:color="auto"/>
        <w:right w:val="none" w:sz="0" w:space="0" w:color="auto"/>
      </w:divBdr>
    </w:div>
    <w:div w:id="1120614257">
      <w:bodyDiv w:val="1"/>
      <w:marLeft w:val="0"/>
      <w:marRight w:val="0"/>
      <w:marTop w:val="0"/>
      <w:marBottom w:val="0"/>
      <w:divBdr>
        <w:top w:val="none" w:sz="0" w:space="0" w:color="auto"/>
        <w:left w:val="none" w:sz="0" w:space="0" w:color="auto"/>
        <w:bottom w:val="none" w:sz="0" w:space="0" w:color="auto"/>
        <w:right w:val="none" w:sz="0" w:space="0" w:color="auto"/>
      </w:divBdr>
    </w:div>
    <w:div w:id="1369333536">
      <w:bodyDiv w:val="1"/>
      <w:marLeft w:val="0"/>
      <w:marRight w:val="0"/>
      <w:marTop w:val="0"/>
      <w:marBottom w:val="0"/>
      <w:divBdr>
        <w:top w:val="none" w:sz="0" w:space="0" w:color="auto"/>
        <w:left w:val="none" w:sz="0" w:space="0" w:color="auto"/>
        <w:bottom w:val="none" w:sz="0" w:space="0" w:color="auto"/>
        <w:right w:val="none" w:sz="0" w:space="0" w:color="auto"/>
      </w:divBdr>
    </w:div>
    <w:div w:id="1383093572">
      <w:bodyDiv w:val="1"/>
      <w:marLeft w:val="0"/>
      <w:marRight w:val="0"/>
      <w:marTop w:val="0"/>
      <w:marBottom w:val="0"/>
      <w:divBdr>
        <w:top w:val="none" w:sz="0" w:space="0" w:color="auto"/>
        <w:left w:val="none" w:sz="0" w:space="0" w:color="auto"/>
        <w:bottom w:val="none" w:sz="0" w:space="0" w:color="auto"/>
        <w:right w:val="none" w:sz="0" w:space="0" w:color="auto"/>
      </w:divBdr>
    </w:div>
    <w:div w:id="1391346804">
      <w:bodyDiv w:val="1"/>
      <w:marLeft w:val="0"/>
      <w:marRight w:val="0"/>
      <w:marTop w:val="0"/>
      <w:marBottom w:val="0"/>
      <w:divBdr>
        <w:top w:val="none" w:sz="0" w:space="0" w:color="auto"/>
        <w:left w:val="none" w:sz="0" w:space="0" w:color="auto"/>
        <w:bottom w:val="none" w:sz="0" w:space="0" w:color="auto"/>
        <w:right w:val="none" w:sz="0" w:space="0" w:color="auto"/>
      </w:divBdr>
    </w:div>
    <w:div w:id="1393887729">
      <w:bodyDiv w:val="1"/>
      <w:marLeft w:val="0"/>
      <w:marRight w:val="0"/>
      <w:marTop w:val="0"/>
      <w:marBottom w:val="0"/>
      <w:divBdr>
        <w:top w:val="none" w:sz="0" w:space="0" w:color="auto"/>
        <w:left w:val="none" w:sz="0" w:space="0" w:color="auto"/>
        <w:bottom w:val="none" w:sz="0" w:space="0" w:color="auto"/>
        <w:right w:val="none" w:sz="0" w:space="0" w:color="auto"/>
      </w:divBdr>
    </w:div>
    <w:div w:id="1441996497">
      <w:bodyDiv w:val="1"/>
      <w:marLeft w:val="0"/>
      <w:marRight w:val="0"/>
      <w:marTop w:val="0"/>
      <w:marBottom w:val="0"/>
      <w:divBdr>
        <w:top w:val="none" w:sz="0" w:space="0" w:color="auto"/>
        <w:left w:val="none" w:sz="0" w:space="0" w:color="auto"/>
        <w:bottom w:val="none" w:sz="0" w:space="0" w:color="auto"/>
        <w:right w:val="none" w:sz="0" w:space="0" w:color="auto"/>
      </w:divBdr>
    </w:div>
    <w:div w:id="1498107002">
      <w:bodyDiv w:val="1"/>
      <w:marLeft w:val="0"/>
      <w:marRight w:val="0"/>
      <w:marTop w:val="0"/>
      <w:marBottom w:val="0"/>
      <w:divBdr>
        <w:top w:val="none" w:sz="0" w:space="0" w:color="auto"/>
        <w:left w:val="none" w:sz="0" w:space="0" w:color="auto"/>
        <w:bottom w:val="none" w:sz="0" w:space="0" w:color="auto"/>
        <w:right w:val="none" w:sz="0" w:space="0" w:color="auto"/>
      </w:divBdr>
    </w:div>
    <w:div w:id="1560634458">
      <w:bodyDiv w:val="1"/>
      <w:marLeft w:val="0"/>
      <w:marRight w:val="0"/>
      <w:marTop w:val="0"/>
      <w:marBottom w:val="0"/>
      <w:divBdr>
        <w:top w:val="none" w:sz="0" w:space="0" w:color="auto"/>
        <w:left w:val="none" w:sz="0" w:space="0" w:color="auto"/>
        <w:bottom w:val="none" w:sz="0" w:space="0" w:color="auto"/>
        <w:right w:val="none" w:sz="0" w:space="0" w:color="auto"/>
      </w:divBdr>
    </w:div>
    <w:div w:id="1781415739">
      <w:bodyDiv w:val="1"/>
      <w:marLeft w:val="0"/>
      <w:marRight w:val="0"/>
      <w:marTop w:val="0"/>
      <w:marBottom w:val="0"/>
      <w:divBdr>
        <w:top w:val="none" w:sz="0" w:space="0" w:color="auto"/>
        <w:left w:val="none" w:sz="0" w:space="0" w:color="auto"/>
        <w:bottom w:val="none" w:sz="0" w:space="0" w:color="auto"/>
        <w:right w:val="none" w:sz="0" w:space="0" w:color="auto"/>
      </w:divBdr>
    </w:div>
    <w:div w:id="1901211806">
      <w:bodyDiv w:val="1"/>
      <w:marLeft w:val="0"/>
      <w:marRight w:val="0"/>
      <w:marTop w:val="0"/>
      <w:marBottom w:val="0"/>
      <w:divBdr>
        <w:top w:val="none" w:sz="0" w:space="0" w:color="auto"/>
        <w:left w:val="none" w:sz="0" w:space="0" w:color="auto"/>
        <w:bottom w:val="none" w:sz="0" w:space="0" w:color="auto"/>
        <w:right w:val="none" w:sz="0" w:space="0" w:color="auto"/>
      </w:divBdr>
    </w:div>
    <w:div w:id="2068185343">
      <w:bodyDiv w:val="1"/>
      <w:marLeft w:val="0"/>
      <w:marRight w:val="0"/>
      <w:marTop w:val="0"/>
      <w:marBottom w:val="0"/>
      <w:divBdr>
        <w:top w:val="none" w:sz="0" w:space="0" w:color="auto"/>
        <w:left w:val="none" w:sz="0" w:space="0" w:color="auto"/>
        <w:bottom w:val="none" w:sz="0" w:space="0" w:color="auto"/>
        <w:right w:val="none" w:sz="0" w:space="0" w:color="auto"/>
      </w:divBdr>
    </w:div>
    <w:div w:id="2117017851">
      <w:bodyDiv w:val="1"/>
      <w:marLeft w:val="0"/>
      <w:marRight w:val="0"/>
      <w:marTop w:val="0"/>
      <w:marBottom w:val="0"/>
      <w:divBdr>
        <w:top w:val="none" w:sz="0" w:space="0" w:color="auto"/>
        <w:left w:val="none" w:sz="0" w:space="0" w:color="auto"/>
        <w:bottom w:val="none" w:sz="0" w:space="0" w:color="auto"/>
        <w:right w:val="none" w:sz="0" w:space="0" w:color="auto"/>
      </w:divBdr>
    </w:div>
    <w:div w:id="2121145492">
      <w:bodyDiv w:val="1"/>
      <w:marLeft w:val="0"/>
      <w:marRight w:val="0"/>
      <w:marTop w:val="0"/>
      <w:marBottom w:val="0"/>
      <w:divBdr>
        <w:top w:val="none" w:sz="0" w:space="0" w:color="auto"/>
        <w:left w:val="none" w:sz="0" w:space="0" w:color="auto"/>
        <w:bottom w:val="none" w:sz="0" w:space="0" w:color="auto"/>
        <w:right w:val="none" w:sz="0" w:space="0" w:color="auto"/>
      </w:divBdr>
    </w:div>
    <w:div w:id="2135826132">
      <w:bodyDiv w:val="1"/>
      <w:marLeft w:val="0"/>
      <w:marRight w:val="0"/>
      <w:marTop w:val="0"/>
      <w:marBottom w:val="0"/>
      <w:divBdr>
        <w:top w:val="none" w:sz="0" w:space="0" w:color="auto"/>
        <w:left w:val="none" w:sz="0" w:space="0" w:color="auto"/>
        <w:bottom w:val="none" w:sz="0" w:space="0" w:color="auto"/>
        <w:right w:val="none" w:sz="0" w:space="0" w:color="auto"/>
      </w:divBdr>
    </w:div>
    <w:div w:id="21394451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5120E-171F-4A15-B6DD-665CCBCE1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6134</Words>
  <Characters>34967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41019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Tammy Allen</cp:lastModifiedBy>
  <cp:revision>2</cp:revision>
  <dcterms:created xsi:type="dcterms:W3CDTF">2025-06-30T15:55:00Z</dcterms:created>
  <dcterms:modified xsi:type="dcterms:W3CDTF">2025-06-30T15:55:00Z</dcterms:modified>
  <cp:category/>
</cp:coreProperties>
</file>