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6D39" w:rsidRDefault="00C46D39" w:rsidP="00C46D39">
      <w:pPr>
        <w:pStyle w:val="NormalWeb"/>
      </w:pPr>
      <w:r>
        <w:rPr>
          <w:noProof/>
        </w:rPr>
        <w:drawing>
          <wp:anchor distT="0" distB="0" distL="114300" distR="114300" simplePos="0" relativeHeight="251658240" behindDoc="0" locked="0" layoutInCell="1" allowOverlap="1" wp14:anchorId="55E33DDF">
            <wp:simplePos x="0" y="0"/>
            <wp:positionH relativeFrom="column">
              <wp:posOffset>2266950</wp:posOffset>
            </wp:positionH>
            <wp:positionV relativeFrom="paragraph">
              <wp:posOffset>0</wp:posOffset>
            </wp:positionV>
            <wp:extent cx="1013460" cy="1197610"/>
            <wp:effectExtent l="0" t="0" r="0" b="2540"/>
            <wp:wrapSquare wrapText="bothSides"/>
            <wp:docPr id="4" name="Picture 4" descr="\\lps-data\staffhome$\sallen109.303\Downloads\longlands 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ps-data\staffhome$\sallen109.303\Downloads\longlands logo_fina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460" cy="11976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D7C59" w:rsidRDefault="00DD7C59"/>
    <w:p w:rsidR="00DD7C59" w:rsidRDefault="00DD7C59"/>
    <w:p w:rsidR="00DD7C59" w:rsidRDefault="00DD7C59"/>
    <w:p w:rsidR="00DD7C59" w:rsidRPr="00420F6B" w:rsidRDefault="00DD7C59" w:rsidP="00420F6B">
      <w:pPr>
        <w:jc w:val="center"/>
        <w:rPr>
          <w:sz w:val="44"/>
          <w:szCs w:val="44"/>
        </w:rPr>
      </w:pPr>
    </w:p>
    <w:p w:rsidR="00AF0336" w:rsidRPr="00AF0336" w:rsidRDefault="00420F6B" w:rsidP="00AF0336">
      <w:pPr>
        <w:jc w:val="center"/>
        <w:rPr>
          <w:rFonts w:ascii="Sassoon Penpals" w:hAnsi="Sassoon Penpals"/>
          <w:sz w:val="44"/>
          <w:szCs w:val="44"/>
        </w:rPr>
      </w:pPr>
      <w:r w:rsidRPr="00420F6B">
        <w:rPr>
          <w:rFonts w:ascii="Sassoon Penpals" w:hAnsi="Sassoon Penpals"/>
          <w:sz w:val="44"/>
          <w:szCs w:val="44"/>
        </w:rPr>
        <w:t xml:space="preserve">Science Progression of </w:t>
      </w:r>
      <w:r w:rsidR="00156AAD">
        <w:rPr>
          <w:rFonts w:ascii="Sassoon Penpals" w:hAnsi="Sassoon Penpals"/>
          <w:sz w:val="44"/>
          <w:szCs w:val="44"/>
        </w:rPr>
        <w:t xml:space="preserve">Knowledge and </w:t>
      </w:r>
      <w:r w:rsidRPr="00420F6B">
        <w:rPr>
          <w:rFonts w:ascii="Sassoon Penpals" w:hAnsi="Sassoon Penpals"/>
          <w:sz w:val="44"/>
          <w:szCs w:val="44"/>
        </w:rPr>
        <w:t>Skills – 202</w:t>
      </w:r>
      <w:r w:rsidR="000F5C4B">
        <w:rPr>
          <w:rFonts w:ascii="Sassoon Penpals" w:hAnsi="Sassoon Penpals"/>
          <w:sz w:val="44"/>
          <w:szCs w:val="44"/>
        </w:rPr>
        <w:t>6</w:t>
      </w:r>
      <w:r w:rsidRPr="00420F6B">
        <w:rPr>
          <w:rFonts w:ascii="Sassoon Penpals" w:hAnsi="Sassoon Penpals"/>
          <w:sz w:val="44"/>
          <w:szCs w:val="44"/>
        </w:rPr>
        <w:t>-202</w:t>
      </w:r>
      <w:r w:rsidR="000F5C4B">
        <w:rPr>
          <w:rFonts w:ascii="Sassoon Penpals" w:hAnsi="Sassoon Penpals"/>
          <w:sz w:val="44"/>
          <w:szCs w:val="44"/>
        </w:rPr>
        <w:t>8</w:t>
      </w:r>
      <w:bookmarkStart w:id="0" w:name="_GoBack"/>
      <w:bookmarkEnd w:id="0"/>
    </w:p>
    <w:tbl>
      <w:tblPr>
        <w:tblStyle w:val="TableGrid"/>
        <w:tblW w:w="10745" w:type="dxa"/>
        <w:tblInd w:w="-998" w:type="dxa"/>
        <w:tblLook w:val="04A0" w:firstRow="1" w:lastRow="0" w:firstColumn="1" w:lastColumn="0" w:noHBand="0" w:noVBand="1"/>
      </w:tblPr>
      <w:tblGrid>
        <w:gridCol w:w="2035"/>
        <w:gridCol w:w="3934"/>
        <w:gridCol w:w="4776"/>
      </w:tblGrid>
      <w:tr w:rsidR="00AF0336" w:rsidTr="00DA1903">
        <w:tc>
          <w:tcPr>
            <w:tcW w:w="10745" w:type="dxa"/>
            <w:gridSpan w:val="3"/>
            <w:shd w:val="clear" w:color="auto" w:fill="00B0F0"/>
          </w:tcPr>
          <w:p w:rsidR="00AF0336" w:rsidRPr="00133C11" w:rsidRDefault="00AF0336" w:rsidP="00DA1903">
            <w:pPr>
              <w:tabs>
                <w:tab w:val="center" w:pos="5264"/>
              </w:tabs>
              <w:rPr>
                <w:rFonts w:ascii="Sassoon Penpals" w:hAnsi="Sassoon Penpals"/>
                <w:sz w:val="40"/>
                <w:szCs w:val="40"/>
              </w:rPr>
            </w:pPr>
            <w:r>
              <w:rPr>
                <w:rFonts w:ascii="Sassoon Penpals" w:hAnsi="Sassoon Penpals"/>
                <w:sz w:val="40"/>
                <w:szCs w:val="40"/>
              </w:rPr>
              <w:tab/>
            </w:r>
            <w:r w:rsidRPr="00133C11">
              <w:rPr>
                <w:rFonts w:ascii="Sassoon Penpals" w:hAnsi="Sassoon Penpals"/>
                <w:sz w:val="40"/>
                <w:szCs w:val="40"/>
              </w:rPr>
              <w:t>Reception</w:t>
            </w:r>
          </w:p>
        </w:tc>
      </w:tr>
      <w:tr w:rsidR="00AF0336" w:rsidTr="00DA1903">
        <w:tc>
          <w:tcPr>
            <w:tcW w:w="2035" w:type="dxa"/>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Term</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Subject</w:t>
            </w:r>
          </w:p>
        </w:tc>
        <w:tc>
          <w:tcPr>
            <w:tcW w:w="3934" w:type="dxa"/>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Knowledge</w:t>
            </w:r>
          </w:p>
        </w:tc>
        <w:tc>
          <w:tcPr>
            <w:tcW w:w="4776" w:type="dxa"/>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Skills</w:t>
            </w:r>
          </w:p>
        </w:tc>
      </w:tr>
      <w:tr w:rsidR="00AF0336" w:rsidTr="00DA1903">
        <w:tc>
          <w:tcPr>
            <w:tcW w:w="2035" w:type="dxa"/>
            <w:vMerge w:val="restart"/>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 xml:space="preserve">Autumn 1 </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2026</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Seasonal Changes</w:t>
            </w:r>
          </w:p>
          <w:p w:rsidR="00AF0336" w:rsidRDefault="00AF0336" w:rsidP="00DA1903">
            <w:pPr>
              <w:rPr>
                <w:rFonts w:ascii="Sassoon Penpals" w:hAnsi="Sassoon Penpals"/>
                <w:sz w:val="28"/>
                <w:szCs w:val="28"/>
              </w:rPr>
            </w:pPr>
            <w:r w:rsidRPr="00871FC6">
              <w:rPr>
                <w:rFonts w:ascii="Sassoon Penpals" w:hAnsi="Sassoon Penpals"/>
                <w:b/>
                <w:sz w:val="28"/>
                <w:szCs w:val="28"/>
              </w:rPr>
              <w:t>(Physics)</w:t>
            </w:r>
          </w:p>
          <w:p w:rsidR="00AF0336" w:rsidRDefault="00AF0336" w:rsidP="00DA1903">
            <w:pPr>
              <w:rPr>
                <w:rFonts w:ascii="Sassoon Penpals" w:hAnsi="Sassoon Penpals"/>
                <w:sz w:val="28"/>
                <w:szCs w:val="28"/>
              </w:rPr>
            </w:pPr>
          </w:p>
          <w:p w:rsidR="00AF0336" w:rsidRPr="00FD1590" w:rsidRDefault="00AF0336" w:rsidP="00DA1903">
            <w:pPr>
              <w:rPr>
                <w:rFonts w:ascii="Sassoon Penpals" w:hAnsi="Sassoon Penpals" w:cstheme="minorHAnsi"/>
                <w:b/>
                <w:sz w:val="28"/>
                <w:szCs w:val="28"/>
              </w:rPr>
            </w:pPr>
            <w:r w:rsidRPr="00FD1590">
              <w:rPr>
                <w:rFonts w:ascii="Sassoon Penpals" w:hAnsi="Sassoon Penpals" w:cstheme="minorHAnsi"/>
                <w:b/>
                <w:sz w:val="28"/>
                <w:szCs w:val="28"/>
              </w:rPr>
              <w:t>Core Texts:</w:t>
            </w:r>
          </w:p>
          <w:p w:rsidR="00AF0336" w:rsidRPr="00FD1590" w:rsidRDefault="00AF0336" w:rsidP="00DA1903">
            <w:pPr>
              <w:rPr>
                <w:rFonts w:ascii="Sassoon Penpals" w:hAnsi="Sassoon Penpals" w:cstheme="minorHAnsi"/>
                <w:sz w:val="28"/>
                <w:szCs w:val="28"/>
              </w:rPr>
            </w:pPr>
            <w:r w:rsidRPr="00FD1590">
              <w:rPr>
                <w:rFonts w:ascii="Sassoon Penpals" w:hAnsi="Sassoon Penpals" w:cstheme="minorHAnsi"/>
                <w:sz w:val="28"/>
                <w:szCs w:val="28"/>
              </w:rPr>
              <w:t xml:space="preserve">The </w:t>
            </w:r>
            <w:proofErr w:type="spellStart"/>
            <w:r w:rsidRPr="00FD1590">
              <w:rPr>
                <w:rFonts w:ascii="Sassoon Penpals" w:hAnsi="Sassoon Penpals" w:cstheme="minorHAnsi"/>
                <w:sz w:val="28"/>
                <w:szCs w:val="28"/>
              </w:rPr>
              <w:t>Colour</w:t>
            </w:r>
            <w:proofErr w:type="spellEnd"/>
            <w:r w:rsidRPr="00FD1590">
              <w:rPr>
                <w:rFonts w:ascii="Sassoon Penpals" w:hAnsi="Sassoon Penpals" w:cstheme="minorHAnsi"/>
                <w:sz w:val="28"/>
                <w:szCs w:val="28"/>
              </w:rPr>
              <w:t xml:space="preserve"> Monster</w:t>
            </w:r>
          </w:p>
          <w:p w:rsidR="00AF0336" w:rsidRPr="00FD1590" w:rsidRDefault="00AF0336" w:rsidP="00DA1903">
            <w:pPr>
              <w:rPr>
                <w:rFonts w:ascii="Sassoon Penpals" w:hAnsi="Sassoon Penpals" w:cstheme="minorHAnsi"/>
                <w:sz w:val="28"/>
                <w:szCs w:val="28"/>
              </w:rPr>
            </w:pPr>
            <w:r w:rsidRPr="00FD1590">
              <w:rPr>
                <w:rFonts w:ascii="Sassoon Penpals" w:hAnsi="Sassoon Penpals" w:cstheme="minorHAnsi"/>
                <w:sz w:val="28"/>
                <w:szCs w:val="28"/>
              </w:rPr>
              <w:t>Elmer</w:t>
            </w:r>
          </w:p>
          <w:p w:rsidR="00AF0336" w:rsidRPr="00FD1590" w:rsidRDefault="00AF0336" w:rsidP="00DA1903">
            <w:pPr>
              <w:rPr>
                <w:rFonts w:ascii="Sassoon Penpals" w:hAnsi="Sassoon Penpals" w:cstheme="minorHAnsi"/>
                <w:sz w:val="28"/>
                <w:szCs w:val="28"/>
              </w:rPr>
            </w:pPr>
            <w:r w:rsidRPr="00FD1590">
              <w:rPr>
                <w:rFonts w:ascii="Sassoon Penpals" w:hAnsi="Sassoon Penpals" w:cstheme="minorHAnsi"/>
                <w:sz w:val="28"/>
                <w:szCs w:val="28"/>
              </w:rPr>
              <w:t>The Rainbow Fish</w:t>
            </w:r>
          </w:p>
          <w:p w:rsidR="00AF0336" w:rsidRPr="00FD1590" w:rsidRDefault="00AF0336" w:rsidP="00DA1903">
            <w:pPr>
              <w:rPr>
                <w:rFonts w:ascii="Sassoon Penpals" w:hAnsi="Sassoon Penpals" w:cstheme="minorHAnsi"/>
                <w:sz w:val="28"/>
                <w:szCs w:val="28"/>
              </w:rPr>
            </w:pPr>
            <w:r w:rsidRPr="00FD1590">
              <w:rPr>
                <w:rFonts w:ascii="Sassoon Penpals" w:hAnsi="Sassoon Penpals" w:cstheme="minorHAnsi"/>
                <w:sz w:val="28"/>
                <w:szCs w:val="28"/>
              </w:rPr>
              <w:t>Sassoon</w:t>
            </w:r>
          </w:p>
          <w:p w:rsidR="00AF0336" w:rsidRPr="00381911" w:rsidRDefault="00AF0336" w:rsidP="00DA1903">
            <w:pPr>
              <w:rPr>
                <w:rFonts w:ascii="Sassoon Penpals" w:hAnsi="Sassoon Penpals"/>
                <w:sz w:val="28"/>
                <w:szCs w:val="28"/>
              </w:rPr>
            </w:pPr>
          </w:p>
        </w:tc>
        <w:tc>
          <w:tcPr>
            <w:tcW w:w="8710" w:type="dxa"/>
            <w:gridSpan w:val="2"/>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Topic Question: How do seasons affect the natural world around us?</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Key Vocabulary: season, Autumn, Winter, Spring, Summer, weather, changes</w:t>
            </w:r>
          </w:p>
        </w:tc>
      </w:tr>
      <w:tr w:rsidR="00AF0336" w:rsidTr="00DA1903">
        <w:tc>
          <w:tcPr>
            <w:tcW w:w="2035" w:type="dxa"/>
            <w:vMerge/>
          </w:tcPr>
          <w:p w:rsidR="00AF0336" w:rsidRPr="00871FC6" w:rsidRDefault="00AF0336" w:rsidP="00DA1903">
            <w:pPr>
              <w:rPr>
                <w:rFonts w:ascii="Sassoon Penpals" w:hAnsi="Sassoon Penpals"/>
                <w:sz w:val="28"/>
                <w:szCs w:val="28"/>
              </w:rPr>
            </w:pPr>
          </w:p>
        </w:tc>
        <w:tc>
          <w:tcPr>
            <w:tcW w:w="3934" w:type="dxa"/>
          </w:tcPr>
          <w:p w:rsidR="00AF0336" w:rsidRPr="00871FC6" w:rsidRDefault="00AF0336" w:rsidP="00DA1903">
            <w:pPr>
              <w:rPr>
                <w:rFonts w:ascii="Sassoon Penpals" w:hAnsi="Sassoon Penpals"/>
                <w:sz w:val="28"/>
                <w:szCs w:val="28"/>
              </w:rPr>
            </w:pPr>
            <w:r w:rsidRPr="00871FC6">
              <w:rPr>
                <w:rFonts w:ascii="Sassoon Penpals" w:hAnsi="Sassoon Penpals"/>
                <w:sz w:val="28"/>
                <w:szCs w:val="28"/>
              </w:rPr>
              <w:t>Name the 4 seasons.</w:t>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br/>
              <w:t>Understand the effects of changing seasons on the natural world.</w:t>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br/>
              <w:t>Begin to describe what the seasons are like.</w:t>
            </w:r>
          </w:p>
        </w:tc>
        <w:tc>
          <w:tcPr>
            <w:tcW w:w="4776" w:type="dxa"/>
          </w:tcPr>
          <w:p w:rsidR="00AF0336" w:rsidRPr="00871FC6" w:rsidRDefault="00AF0336" w:rsidP="00DA1903">
            <w:pPr>
              <w:rPr>
                <w:rFonts w:ascii="Sassoon Penpals" w:hAnsi="Sassoon Penpals"/>
                <w:sz w:val="28"/>
                <w:szCs w:val="28"/>
              </w:rPr>
            </w:pPr>
            <w:r w:rsidRPr="00871FC6">
              <w:rPr>
                <w:rFonts w:ascii="Sassoon Penpals" w:hAnsi="Sassoon Penpals"/>
                <w:sz w:val="28"/>
                <w:szCs w:val="28"/>
              </w:rPr>
              <w:t>Ask simple questions about the seasons.</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Observe and talk about seasonal changes in the environment.</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Create a seasons wheel to record observations.</w:t>
            </w:r>
          </w:p>
        </w:tc>
      </w:tr>
      <w:tr w:rsidR="00AF0336" w:rsidTr="00DA1903">
        <w:tc>
          <w:tcPr>
            <w:tcW w:w="2035" w:type="dxa"/>
            <w:vMerge w:val="restart"/>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 xml:space="preserve">Autumn 2 </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2026</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Night/Day Seasonal Changes</w:t>
            </w:r>
          </w:p>
          <w:p w:rsidR="00AF0336" w:rsidRDefault="00AF0336" w:rsidP="00DA1903">
            <w:pPr>
              <w:rPr>
                <w:rFonts w:ascii="Sassoon Penpals" w:hAnsi="Sassoon Penpals"/>
                <w:b/>
                <w:sz w:val="28"/>
                <w:szCs w:val="28"/>
              </w:rPr>
            </w:pPr>
            <w:r w:rsidRPr="00871FC6">
              <w:rPr>
                <w:rFonts w:ascii="Sassoon Penpals" w:hAnsi="Sassoon Penpals"/>
                <w:b/>
                <w:sz w:val="28"/>
                <w:szCs w:val="28"/>
              </w:rPr>
              <w:t>(Physics)</w:t>
            </w:r>
          </w:p>
          <w:p w:rsidR="00AF0336" w:rsidRDefault="00AF0336" w:rsidP="00DA1903">
            <w:pPr>
              <w:rPr>
                <w:rFonts w:ascii="Sassoon Penpals" w:hAnsi="Sassoon Penpals"/>
                <w:sz w:val="28"/>
                <w:szCs w:val="28"/>
              </w:rPr>
            </w:pPr>
          </w:p>
          <w:p w:rsidR="00AF0336" w:rsidRPr="00381911" w:rsidRDefault="00AF0336" w:rsidP="00DA1903">
            <w:pPr>
              <w:spacing w:line="259" w:lineRule="auto"/>
              <w:rPr>
                <w:rFonts w:ascii="Sassoon Penpals" w:eastAsia="Calibri" w:hAnsi="Sassoon Penpals" w:cs="Calibri"/>
                <w:b/>
                <w:sz w:val="28"/>
                <w:szCs w:val="28"/>
                <w:lang w:val="en-GB"/>
              </w:rPr>
            </w:pPr>
            <w:r w:rsidRPr="00381911">
              <w:rPr>
                <w:rFonts w:ascii="Sassoon Penpals" w:eastAsia="Calibri" w:hAnsi="Sassoon Penpals" w:cs="Calibri"/>
                <w:b/>
                <w:sz w:val="28"/>
                <w:szCs w:val="28"/>
                <w:lang w:val="en-GB"/>
              </w:rPr>
              <w:t>Core Texts:</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Little Home Bird and The Very Last Leaf</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Owl Babies</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Night Monkey Day Monkey</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lastRenderedPageBreak/>
              <w:t>The Fox and the Star</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How to Catch a Star</w:t>
            </w:r>
          </w:p>
          <w:p w:rsidR="00AF0336" w:rsidRPr="00381911" w:rsidRDefault="00AF0336" w:rsidP="00DA1903">
            <w:pPr>
              <w:rPr>
                <w:rFonts w:ascii="Sassoon Penpals" w:hAnsi="Sassoon Penpals"/>
                <w:sz w:val="28"/>
                <w:szCs w:val="28"/>
              </w:rPr>
            </w:pPr>
          </w:p>
        </w:tc>
        <w:tc>
          <w:tcPr>
            <w:tcW w:w="8710" w:type="dxa"/>
            <w:gridSpan w:val="2"/>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lastRenderedPageBreak/>
              <w:t>Topic question: What happens in the sky at night and day?</w:t>
            </w:r>
          </w:p>
          <w:p w:rsidR="00AF0336" w:rsidRPr="00871FC6" w:rsidRDefault="00AF0336" w:rsidP="00DA1903">
            <w:pPr>
              <w:rPr>
                <w:rFonts w:ascii="Sassoon Penpals" w:hAnsi="Sassoon Penpals"/>
                <w:sz w:val="28"/>
                <w:szCs w:val="28"/>
              </w:rPr>
            </w:pPr>
            <w:r w:rsidRPr="00871FC6">
              <w:rPr>
                <w:rFonts w:ascii="Sassoon Penpals" w:hAnsi="Sassoon Penpals"/>
                <w:b/>
                <w:sz w:val="28"/>
                <w:szCs w:val="28"/>
              </w:rPr>
              <w:t>Key Vocabulary: night, day, star, moon, sun, dark, light, orbit</w:t>
            </w:r>
          </w:p>
        </w:tc>
      </w:tr>
      <w:tr w:rsidR="00AF0336" w:rsidTr="00DA1903">
        <w:tc>
          <w:tcPr>
            <w:tcW w:w="2035" w:type="dxa"/>
            <w:vMerge/>
          </w:tcPr>
          <w:p w:rsidR="00AF0336" w:rsidRPr="00871FC6" w:rsidRDefault="00AF0336" w:rsidP="00DA1903">
            <w:pPr>
              <w:rPr>
                <w:rFonts w:ascii="Sassoon Penpals" w:hAnsi="Sassoon Penpals"/>
                <w:sz w:val="28"/>
                <w:szCs w:val="28"/>
              </w:rPr>
            </w:pPr>
          </w:p>
        </w:tc>
        <w:tc>
          <w:tcPr>
            <w:tcW w:w="3934" w:type="dxa"/>
          </w:tcPr>
          <w:p w:rsidR="00AF0336" w:rsidRPr="00871FC6" w:rsidRDefault="00AF0336" w:rsidP="00DA1903">
            <w:pPr>
              <w:rPr>
                <w:rFonts w:ascii="Sassoon Penpals" w:hAnsi="Sassoon Penpals"/>
                <w:sz w:val="28"/>
                <w:szCs w:val="28"/>
              </w:rPr>
            </w:pPr>
            <w:r w:rsidRPr="00871FC6">
              <w:rPr>
                <w:rFonts w:ascii="Sassoon Penpals" w:hAnsi="Sassoon Penpals"/>
                <w:sz w:val="28"/>
                <w:szCs w:val="28"/>
              </w:rPr>
              <w:t>Understand why we have night and day.</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Know that stars are balls of burning gas.</w:t>
            </w:r>
          </w:p>
        </w:tc>
        <w:tc>
          <w:tcPr>
            <w:tcW w:w="4776" w:type="dxa"/>
          </w:tcPr>
          <w:p w:rsidR="00AF0336" w:rsidRPr="00871FC6" w:rsidRDefault="00AF0336" w:rsidP="00DA1903">
            <w:pPr>
              <w:rPr>
                <w:rFonts w:ascii="Sassoon Penpals" w:hAnsi="Sassoon Penpals"/>
                <w:sz w:val="28"/>
                <w:szCs w:val="28"/>
              </w:rPr>
            </w:pPr>
            <w:r w:rsidRPr="00871FC6">
              <w:rPr>
                <w:rFonts w:ascii="Sassoon Penpals" w:hAnsi="Sassoon Penpals"/>
                <w:sz w:val="28"/>
                <w:szCs w:val="28"/>
              </w:rPr>
              <w:t>Ask questions about day and night.</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Observe the sky at different times.</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Begin to represent movement using simple drawings or discussions.</w:t>
            </w:r>
          </w:p>
        </w:tc>
      </w:tr>
      <w:tr w:rsidR="00AF0336" w:rsidTr="00DA1903">
        <w:tc>
          <w:tcPr>
            <w:tcW w:w="2035" w:type="dxa"/>
            <w:vMerge w:val="restart"/>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 xml:space="preserve">Spring 1 </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2027</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Space</w:t>
            </w:r>
          </w:p>
          <w:p w:rsidR="00AF0336" w:rsidRDefault="00AF0336" w:rsidP="00DA1903">
            <w:pPr>
              <w:rPr>
                <w:rFonts w:ascii="Sassoon Penpals" w:hAnsi="Sassoon Penpals"/>
                <w:b/>
                <w:sz w:val="28"/>
                <w:szCs w:val="28"/>
              </w:rPr>
            </w:pPr>
            <w:r w:rsidRPr="00871FC6">
              <w:rPr>
                <w:rFonts w:ascii="Sassoon Penpals" w:hAnsi="Sassoon Penpals"/>
                <w:b/>
                <w:sz w:val="28"/>
                <w:szCs w:val="28"/>
              </w:rPr>
              <w:t>(Physics)</w:t>
            </w:r>
          </w:p>
          <w:p w:rsidR="00AF0336" w:rsidRDefault="00AF0336" w:rsidP="00DA1903">
            <w:pPr>
              <w:rPr>
                <w:rFonts w:ascii="Sassoon Penpals" w:hAnsi="Sassoon Penpals"/>
                <w:sz w:val="28"/>
                <w:szCs w:val="28"/>
              </w:rPr>
            </w:pPr>
          </w:p>
          <w:p w:rsidR="00AF0336" w:rsidRDefault="00AF0336" w:rsidP="00DA1903">
            <w:pPr>
              <w:rPr>
                <w:rFonts w:ascii="Sassoon Penpals" w:hAnsi="Sassoon Penpals"/>
                <w:sz w:val="28"/>
                <w:szCs w:val="28"/>
              </w:rPr>
            </w:pPr>
          </w:p>
          <w:p w:rsidR="00AF0336" w:rsidRPr="00381911" w:rsidRDefault="00AF0336" w:rsidP="00DA1903">
            <w:pPr>
              <w:spacing w:line="259" w:lineRule="auto"/>
              <w:rPr>
                <w:rFonts w:ascii="Sassoon Penpals" w:eastAsia="Calibri" w:hAnsi="Sassoon Penpals" w:cs="Calibri"/>
                <w:b/>
                <w:sz w:val="28"/>
                <w:szCs w:val="28"/>
                <w:lang w:val="en-GB"/>
              </w:rPr>
            </w:pPr>
            <w:r w:rsidRPr="00381911">
              <w:rPr>
                <w:rFonts w:ascii="Sassoon Penpals" w:eastAsia="Calibri" w:hAnsi="Sassoon Penpals" w:cs="Calibri"/>
                <w:b/>
                <w:sz w:val="28"/>
                <w:szCs w:val="28"/>
                <w:lang w:val="en-GB"/>
              </w:rPr>
              <w:t>Core Texts:</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Whatever Next</w:t>
            </w:r>
          </w:p>
          <w:p w:rsidR="00AF0336" w:rsidRPr="00381911" w:rsidRDefault="00AF0336" w:rsidP="00DA1903">
            <w:pPr>
              <w:spacing w:line="259" w:lineRule="auto"/>
              <w:rPr>
                <w:rFonts w:ascii="Sassoon Penpals" w:eastAsia="Calibri" w:hAnsi="Sassoon Penpals" w:cs="Calibri"/>
                <w:sz w:val="28"/>
                <w:szCs w:val="28"/>
                <w:lang w:val="en-GB"/>
              </w:rPr>
            </w:pPr>
            <w:proofErr w:type="spellStart"/>
            <w:r w:rsidRPr="00381911">
              <w:rPr>
                <w:rFonts w:ascii="Sassoon Penpals" w:eastAsia="Calibri" w:hAnsi="Sassoon Penpals" w:cs="Calibri"/>
                <w:sz w:val="28"/>
                <w:szCs w:val="28"/>
                <w:lang w:val="en-GB"/>
              </w:rPr>
              <w:t>Beegu</w:t>
            </w:r>
            <w:proofErr w:type="spellEnd"/>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The Way Back Home</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Aliens Love Underpants</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A Planet Full of Plastic</w:t>
            </w:r>
          </w:p>
          <w:p w:rsidR="00AF0336" w:rsidRPr="00381911" w:rsidRDefault="00AF0336" w:rsidP="00DA1903">
            <w:pPr>
              <w:rPr>
                <w:rFonts w:ascii="Sassoon Penpals" w:hAnsi="Sassoon Penpals"/>
                <w:sz w:val="28"/>
                <w:szCs w:val="28"/>
              </w:rPr>
            </w:pPr>
          </w:p>
        </w:tc>
        <w:tc>
          <w:tcPr>
            <w:tcW w:w="8710" w:type="dxa"/>
            <w:gridSpan w:val="2"/>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Topic question: What is in space?</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Key Vocabulary: planet, Earth, moon, sun, orbit, gravity</w:t>
            </w:r>
          </w:p>
        </w:tc>
      </w:tr>
      <w:tr w:rsidR="00AF0336" w:rsidTr="00DA1903">
        <w:tc>
          <w:tcPr>
            <w:tcW w:w="2035" w:type="dxa"/>
            <w:vMerge/>
          </w:tcPr>
          <w:p w:rsidR="00AF0336" w:rsidRPr="00871FC6" w:rsidRDefault="00AF0336" w:rsidP="00DA1903">
            <w:pPr>
              <w:rPr>
                <w:rFonts w:ascii="Sassoon Penpals" w:hAnsi="Sassoon Penpals"/>
                <w:sz w:val="28"/>
                <w:szCs w:val="28"/>
              </w:rPr>
            </w:pPr>
          </w:p>
        </w:tc>
        <w:tc>
          <w:tcPr>
            <w:tcW w:w="3934" w:type="dxa"/>
          </w:tcPr>
          <w:p w:rsidR="00AF0336" w:rsidRPr="00871FC6" w:rsidRDefault="00AF0336" w:rsidP="00DA1903">
            <w:pPr>
              <w:rPr>
                <w:rFonts w:ascii="Sassoon Penpals" w:hAnsi="Sassoon Penpals"/>
                <w:sz w:val="28"/>
                <w:szCs w:val="28"/>
              </w:rPr>
            </w:pPr>
            <w:r w:rsidRPr="00871FC6">
              <w:rPr>
                <w:rFonts w:ascii="Sassoon Penpals" w:hAnsi="Sassoon Penpals"/>
                <w:sz w:val="28"/>
                <w:szCs w:val="28"/>
              </w:rPr>
              <w:t>Begin to name the planets and understand their order.</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Know that planets orbit the sun.</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Understand the moon orbits Earth.</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Explore gravity.</w:t>
            </w:r>
          </w:p>
        </w:tc>
        <w:tc>
          <w:tcPr>
            <w:tcW w:w="4776" w:type="dxa"/>
          </w:tcPr>
          <w:p w:rsidR="00AF0336" w:rsidRPr="00871FC6" w:rsidRDefault="00AF0336" w:rsidP="00DA1903">
            <w:pPr>
              <w:rPr>
                <w:rFonts w:ascii="Sassoon Penpals" w:hAnsi="Sassoon Penpals"/>
                <w:sz w:val="28"/>
                <w:szCs w:val="28"/>
              </w:rPr>
            </w:pPr>
            <w:r w:rsidRPr="00871FC6">
              <w:rPr>
                <w:rFonts w:ascii="Sassoon Penpals" w:hAnsi="Sassoon Penpals"/>
                <w:sz w:val="28"/>
                <w:szCs w:val="28"/>
              </w:rPr>
              <w:t>Ask and answer questions about space.</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Investigate simple cause and effect (e.g. dropping objects).</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Create simple diagrams to show orbits.</w:t>
            </w:r>
          </w:p>
        </w:tc>
      </w:tr>
      <w:tr w:rsidR="00AF0336" w:rsidTr="00DA1903">
        <w:tc>
          <w:tcPr>
            <w:tcW w:w="2035" w:type="dxa"/>
            <w:vMerge w:val="restart"/>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 xml:space="preserve">Spring 2 </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2027</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Dinosaurs</w:t>
            </w:r>
          </w:p>
          <w:p w:rsidR="00AF0336" w:rsidRDefault="00AF0336" w:rsidP="00DA1903">
            <w:pPr>
              <w:rPr>
                <w:rFonts w:ascii="Sassoon Penpals" w:hAnsi="Sassoon Penpals"/>
                <w:b/>
                <w:sz w:val="28"/>
                <w:szCs w:val="28"/>
              </w:rPr>
            </w:pPr>
            <w:r w:rsidRPr="00871FC6">
              <w:rPr>
                <w:rFonts w:ascii="Sassoon Penpals" w:hAnsi="Sassoon Penpals"/>
                <w:b/>
                <w:sz w:val="28"/>
                <w:szCs w:val="28"/>
              </w:rPr>
              <w:t>(Biology)</w:t>
            </w:r>
          </w:p>
          <w:p w:rsidR="00AF0336" w:rsidRDefault="00AF0336" w:rsidP="00DA1903">
            <w:pPr>
              <w:rPr>
                <w:rFonts w:ascii="Sassoon Penpals" w:hAnsi="Sassoon Penpals"/>
                <w:sz w:val="28"/>
                <w:szCs w:val="28"/>
              </w:rPr>
            </w:pPr>
          </w:p>
          <w:p w:rsidR="00AF0336" w:rsidRDefault="00AF0336" w:rsidP="00DA1903">
            <w:pPr>
              <w:rPr>
                <w:rFonts w:ascii="Sassoon Penpals" w:hAnsi="Sassoon Penpals"/>
                <w:sz w:val="28"/>
                <w:szCs w:val="28"/>
              </w:rPr>
            </w:pPr>
          </w:p>
          <w:p w:rsidR="00AF0336" w:rsidRPr="00381911" w:rsidRDefault="00AF0336" w:rsidP="00DA1903">
            <w:pPr>
              <w:spacing w:line="259" w:lineRule="auto"/>
              <w:rPr>
                <w:rFonts w:ascii="Sassoon Penpals" w:eastAsia="Calibri" w:hAnsi="Sassoon Penpals" w:cs="Calibri"/>
                <w:b/>
                <w:sz w:val="28"/>
                <w:szCs w:val="28"/>
                <w:lang w:val="en-GB"/>
              </w:rPr>
            </w:pPr>
            <w:r w:rsidRPr="00381911">
              <w:rPr>
                <w:rFonts w:ascii="Sassoon Penpals" w:eastAsia="Calibri" w:hAnsi="Sassoon Penpals" w:cs="Calibri"/>
                <w:b/>
                <w:sz w:val="28"/>
                <w:szCs w:val="28"/>
                <w:lang w:val="en-GB"/>
              </w:rPr>
              <w:t>Core Texts:</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Dinosaur Roar</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Tyrannosaurus Drip</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If I Had a Dinosaur</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Saturday Night at the Dinosaur Stomp</w:t>
            </w:r>
          </w:p>
          <w:p w:rsidR="00AF0336" w:rsidRPr="00381911" w:rsidRDefault="00AF0336" w:rsidP="00DA1903">
            <w:pPr>
              <w:rPr>
                <w:rFonts w:ascii="Sassoon Penpals" w:hAnsi="Sassoon Penpals"/>
                <w:sz w:val="28"/>
                <w:szCs w:val="28"/>
              </w:rPr>
            </w:pPr>
          </w:p>
        </w:tc>
        <w:tc>
          <w:tcPr>
            <w:tcW w:w="8710" w:type="dxa"/>
            <w:gridSpan w:val="2"/>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Topic question: What can we learn from dinosaurs?</w:t>
            </w:r>
          </w:p>
          <w:p w:rsidR="00AF0336" w:rsidRPr="00871FC6" w:rsidRDefault="00AF0336" w:rsidP="00DA1903">
            <w:pPr>
              <w:rPr>
                <w:rFonts w:ascii="Sassoon Penpals" w:hAnsi="Sassoon Penpals"/>
                <w:sz w:val="28"/>
                <w:szCs w:val="28"/>
              </w:rPr>
            </w:pPr>
            <w:r w:rsidRPr="00871FC6">
              <w:rPr>
                <w:rFonts w:ascii="Sassoon Penpals" w:hAnsi="Sassoon Penpals"/>
                <w:b/>
                <w:sz w:val="28"/>
                <w:szCs w:val="28"/>
              </w:rPr>
              <w:t>Key Vocabulary: dinosaur, herbivore, carnivore, omnivore, adapt, extinct</w:t>
            </w:r>
          </w:p>
        </w:tc>
      </w:tr>
      <w:tr w:rsidR="00AF0336" w:rsidTr="00DA1903">
        <w:tc>
          <w:tcPr>
            <w:tcW w:w="2035" w:type="dxa"/>
            <w:vMerge/>
          </w:tcPr>
          <w:p w:rsidR="00AF0336" w:rsidRPr="00871FC6" w:rsidRDefault="00AF0336" w:rsidP="00DA1903">
            <w:pPr>
              <w:rPr>
                <w:rFonts w:ascii="Sassoon Penpals" w:hAnsi="Sassoon Penpals"/>
                <w:sz w:val="28"/>
                <w:szCs w:val="28"/>
              </w:rPr>
            </w:pPr>
          </w:p>
        </w:tc>
        <w:tc>
          <w:tcPr>
            <w:tcW w:w="3934" w:type="dxa"/>
          </w:tcPr>
          <w:p w:rsidR="00AF0336" w:rsidRPr="00871FC6" w:rsidRDefault="00AF0336" w:rsidP="00DA1903">
            <w:pPr>
              <w:rPr>
                <w:rFonts w:ascii="Sassoon Penpals" w:hAnsi="Sassoon Penpals"/>
                <w:sz w:val="28"/>
                <w:szCs w:val="28"/>
              </w:rPr>
            </w:pPr>
            <w:r w:rsidRPr="00871FC6">
              <w:rPr>
                <w:rFonts w:ascii="Sassoon Penpals" w:hAnsi="Sassoon Penpals"/>
                <w:sz w:val="28"/>
                <w:szCs w:val="28"/>
              </w:rPr>
              <w:t>Name different dinosaurs and their diets.</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Understand animal adaptation and basic survival.</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Know there are different theories about dinosaur extinction.</w:t>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br/>
              <w:t>Begin to explore Charles Darwin and his ideas.</w:t>
            </w:r>
          </w:p>
        </w:tc>
        <w:tc>
          <w:tcPr>
            <w:tcW w:w="4776" w:type="dxa"/>
          </w:tcPr>
          <w:p w:rsidR="00AF0336" w:rsidRPr="00871FC6" w:rsidRDefault="00AF0336" w:rsidP="00DA1903">
            <w:pPr>
              <w:rPr>
                <w:rFonts w:ascii="Sassoon Penpals" w:hAnsi="Sassoon Penpals"/>
                <w:sz w:val="28"/>
                <w:szCs w:val="28"/>
              </w:rPr>
            </w:pPr>
            <w:r w:rsidRPr="00871FC6">
              <w:rPr>
                <w:rFonts w:ascii="Sassoon Penpals" w:hAnsi="Sassoon Penpals"/>
                <w:sz w:val="28"/>
                <w:szCs w:val="28"/>
              </w:rPr>
              <w:t>Ask questions about the past.</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Sort dinosaurs by features.</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Observe animal traits and link to environments.</w:t>
            </w:r>
          </w:p>
        </w:tc>
      </w:tr>
      <w:tr w:rsidR="00AF0336" w:rsidTr="00DA1903">
        <w:tc>
          <w:tcPr>
            <w:tcW w:w="2035" w:type="dxa"/>
            <w:vMerge w:val="restart"/>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 xml:space="preserve">Summer 1 </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2027</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lastRenderedPageBreak/>
              <w:t>Minibeasts</w:t>
            </w:r>
          </w:p>
          <w:p w:rsidR="00AF0336" w:rsidRDefault="00AF0336" w:rsidP="00DA1903">
            <w:pPr>
              <w:rPr>
                <w:rFonts w:ascii="Sassoon Penpals" w:hAnsi="Sassoon Penpals"/>
                <w:b/>
                <w:sz w:val="28"/>
                <w:szCs w:val="28"/>
              </w:rPr>
            </w:pPr>
            <w:r w:rsidRPr="00871FC6">
              <w:rPr>
                <w:rFonts w:ascii="Sassoon Penpals" w:hAnsi="Sassoon Penpals"/>
                <w:b/>
                <w:sz w:val="28"/>
                <w:szCs w:val="28"/>
              </w:rPr>
              <w:t>(Biology)</w:t>
            </w:r>
          </w:p>
          <w:p w:rsidR="00AF0336" w:rsidRDefault="00AF0336" w:rsidP="00DA1903">
            <w:pPr>
              <w:rPr>
                <w:rFonts w:ascii="Sassoon Penpals" w:hAnsi="Sassoon Penpals"/>
                <w:sz w:val="28"/>
                <w:szCs w:val="28"/>
              </w:rPr>
            </w:pPr>
          </w:p>
          <w:p w:rsidR="00AF0336" w:rsidRPr="00381911" w:rsidRDefault="00AF0336" w:rsidP="00DA1903">
            <w:pPr>
              <w:spacing w:line="259" w:lineRule="auto"/>
              <w:rPr>
                <w:rFonts w:ascii="Sassoon Penpals" w:eastAsia="Calibri" w:hAnsi="Sassoon Penpals" w:cs="Calibri"/>
                <w:b/>
                <w:sz w:val="28"/>
                <w:szCs w:val="28"/>
                <w:lang w:val="en-GB"/>
              </w:rPr>
            </w:pPr>
            <w:r w:rsidRPr="00381911">
              <w:rPr>
                <w:rFonts w:ascii="Sassoon Penpals" w:eastAsia="Calibri" w:hAnsi="Sassoon Penpals" w:cs="Calibri"/>
                <w:b/>
                <w:sz w:val="28"/>
                <w:szCs w:val="28"/>
                <w:lang w:val="en-GB"/>
              </w:rPr>
              <w:t>Core Texts:</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Mad About Minibeasts</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The Very Hungry Caterpillar</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The Very Busy Spider</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The Bad-Tempered Ladybird</w:t>
            </w:r>
          </w:p>
          <w:p w:rsidR="00AF0336" w:rsidRPr="00381911" w:rsidRDefault="00AF0336" w:rsidP="00DA1903">
            <w:pPr>
              <w:rPr>
                <w:rFonts w:ascii="Sassoon Penpals" w:hAnsi="Sassoon Penpals"/>
                <w:sz w:val="28"/>
                <w:szCs w:val="28"/>
              </w:rPr>
            </w:pPr>
          </w:p>
        </w:tc>
        <w:tc>
          <w:tcPr>
            <w:tcW w:w="8710" w:type="dxa"/>
            <w:gridSpan w:val="2"/>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lastRenderedPageBreak/>
              <w:t>Topic question: What do minibeasts and plants need to grow?</w:t>
            </w:r>
          </w:p>
          <w:p w:rsidR="00AF0336" w:rsidRPr="00871FC6" w:rsidRDefault="00AF0336" w:rsidP="00DA1903">
            <w:pPr>
              <w:rPr>
                <w:rFonts w:ascii="Sassoon Penpals" w:hAnsi="Sassoon Penpals"/>
                <w:sz w:val="28"/>
                <w:szCs w:val="28"/>
              </w:rPr>
            </w:pPr>
            <w:r w:rsidRPr="00871FC6">
              <w:rPr>
                <w:rFonts w:ascii="Sassoon Penpals" w:hAnsi="Sassoon Penpals"/>
                <w:b/>
                <w:sz w:val="28"/>
                <w:szCs w:val="28"/>
              </w:rPr>
              <w:t>Key Vocabulary: life cycle, butterfly, frog, flower, seed, grow, insect</w:t>
            </w:r>
          </w:p>
        </w:tc>
      </w:tr>
      <w:tr w:rsidR="00AF0336" w:rsidTr="00DA1903">
        <w:tc>
          <w:tcPr>
            <w:tcW w:w="2035" w:type="dxa"/>
            <w:vMerge/>
          </w:tcPr>
          <w:p w:rsidR="00AF0336" w:rsidRPr="00871FC6" w:rsidRDefault="00AF0336" w:rsidP="00DA1903">
            <w:pPr>
              <w:rPr>
                <w:rFonts w:ascii="Sassoon Penpals" w:hAnsi="Sassoon Penpals"/>
                <w:sz w:val="28"/>
                <w:szCs w:val="28"/>
              </w:rPr>
            </w:pPr>
          </w:p>
        </w:tc>
        <w:tc>
          <w:tcPr>
            <w:tcW w:w="3934" w:type="dxa"/>
          </w:tcPr>
          <w:p w:rsidR="00AF0336" w:rsidRPr="00871FC6" w:rsidRDefault="00AF0336" w:rsidP="00DA1903">
            <w:pPr>
              <w:rPr>
                <w:rFonts w:ascii="Sassoon Penpals" w:hAnsi="Sassoon Penpals"/>
                <w:sz w:val="28"/>
                <w:szCs w:val="28"/>
              </w:rPr>
            </w:pPr>
            <w:r w:rsidRPr="00871FC6">
              <w:rPr>
                <w:rFonts w:ascii="Sassoon Penpals" w:hAnsi="Sassoon Penpals"/>
                <w:sz w:val="28"/>
                <w:szCs w:val="28"/>
              </w:rPr>
              <w:t>Explore and describe life cycles (butterfly, frog).</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Identify and sort a range of minibeasts.</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Begin to label parts of a flower.</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Know what plants need to grow.</w:t>
            </w:r>
          </w:p>
        </w:tc>
        <w:tc>
          <w:tcPr>
            <w:tcW w:w="4776" w:type="dxa"/>
          </w:tcPr>
          <w:p w:rsidR="00AF0336" w:rsidRPr="00871FC6" w:rsidRDefault="00AF0336" w:rsidP="00DA1903">
            <w:pPr>
              <w:rPr>
                <w:rFonts w:ascii="Sassoon Penpals" w:hAnsi="Sassoon Penpals"/>
                <w:sz w:val="28"/>
                <w:szCs w:val="28"/>
              </w:rPr>
            </w:pPr>
            <w:r w:rsidRPr="00871FC6">
              <w:rPr>
                <w:rFonts w:ascii="Sassoon Penpals" w:hAnsi="Sassoon Penpals"/>
                <w:sz w:val="28"/>
                <w:szCs w:val="28"/>
              </w:rPr>
              <w:t>Order life cycles using diagrams.</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Sort and classify minibeasts.</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Ask questions and draw plants with key parts labelled.</w:t>
            </w:r>
          </w:p>
        </w:tc>
      </w:tr>
      <w:tr w:rsidR="00AF0336" w:rsidTr="00DA1903">
        <w:tc>
          <w:tcPr>
            <w:tcW w:w="2035" w:type="dxa"/>
            <w:vMerge w:val="restart"/>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 xml:space="preserve">Summer 2 </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2027</w:t>
            </w:r>
          </w:p>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Materials</w:t>
            </w:r>
          </w:p>
          <w:p w:rsidR="00AF0336" w:rsidRDefault="00AF0336" w:rsidP="00DA1903">
            <w:pPr>
              <w:rPr>
                <w:rFonts w:ascii="Sassoon Penpals" w:hAnsi="Sassoon Penpals"/>
                <w:b/>
                <w:sz w:val="28"/>
                <w:szCs w:val="28"/>
              </w:rPr>
            </w:pPr>
            <w:r w:rsidRPr="00871FC6">
              <w:rPr>
                <w:rFonts w:ascii="Sassoon Penpals" w:hAnsi="Sassoon Penpals"/>
                <w:b/>
                <w:sz w:val="28"/>
                <w:szCs w:val="28"/>
              </w:rPr>
              <w:t>(Chemistry)</w:t>
            </w:r>
          </w:p>
          <w:p w:rsidR="00AF0336" w:rsidRDefault="00AF0336" w:rsidP="00DA1903">
            <w:pPr>
              <w:rPr>
                <w:rFonts w:ascii="Sassoon Penpals" w:hAnsi="Sassoon Penpals"/>
                <w:sz w:val="28"/>
                <w:szCs w:val="28"/>
              </w:rPr>
            </w:pPr>
          </w:p>
          <w:p w:rsidR="00AF0336" w:rsidRPr="00381911" w:rsidRDefault="00AF0336" w:rsidP="00DA1903">
            <w:pPr>
              <w:spacing w:line="259" w:lineRule="auto"/>
              <w:rPr>
                <w:rFonts w:ascii="Sassoon Penpals" w:eastAsia="Calibri" w:hAnsi="Sassoon Penpals" w:cs="Calibri"/>
                <w:b/>
                <w:sz w:val="28"/>
                <w:szCs w:val="28"/>
                <w:lang w:val="en-GB"/>
              </w:rPr>
            </w:pPr>
            <w:r w:rsidRPr="00381911">
              <w:rPr>
                <w:rFonts w:ascii="Sassoon Penpals" w:eastAsia="Calibri" w:hAnsi="Sassoon Penpals" w:cs="Calibri"/>
                <w:b/>
                <w:sz w:val="28"/>
                <w:szCs w:val="28"/>
                <w:lang w:val="en-GB"/>
              </w:rPr>
              <w:t>Core Texts:</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The Three Little Pigs</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Jack and the Beanstalk</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Goldilocks and the Three Bears</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The Gingerbread Man</w:t>
            </w:r>
          </w:p>
          <w:p w:rsidR="00AF0336" w:rsidRPr="00381911" w:rsidRDefault="00AF0336" w:rsidP="00DA1903">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The Enormous Turnip</w:t>
            </w:r>
          </w:p>
          <w:p w:rsidR="00AF0336" w:rsidRPr="00381911" w:rsidRDefault="00AF0336" w:rsidP="00DA1903">
            <w:pPr>
              <w:rPr>
                <w:rFonts w:ascii="Sassoon Penpals" w:hAnsi="Sassoon Penpals"/>
                <w:sz w:val="28"/>
                <w:szCs w:val="28"/>
              </w:rPr>
            </w:pPr>
          </w:p>
        </w:tc>
        <w:tc>
          <w:tcPr>
            <w:tcW w:w="8710" w:type="dxa"/>
            <w:gridSpan w:val="2"/>
          </w:tcPr>
          <w:p w:rsidR="00AF0336" w:rsidRPr="00871FC6" w:rsidRDefault="00AF0336" w:rsidP="00DA1903">
            <w:pPr>
              <w:rPr>
                <w:rFonts w:ascii="Sassoon Penpals" w:hAnsi="Sassoon Penpals"/>
                <w:b/>
                <w:sz w:val="28"/>
                <w:szCs w:val="28"/>
              </w:rPr>
            </w:pPr>
            <w:r w:rsidRPr="00871FC6">
              <w:rPr>
                <w:rFonts w:ascii="Sassoon Penpals" w:hAnsi="Sassoon Penpals"/>
                <w:b/>
                <w:sz w:val="28"/>
                <w:szCs w:val="28"/>
              </w:rPr>
              <w:t>Topic question: What are things made of and why?</w:t>
            </w:r>
          </w:p>
          <w:p w:rsidR="00AF0336" w:rsidRPr="00871FC6" w:rsidRDefault="00AF0336" w:rsidP="00DA1903">
            <w:pPr>
              <w:rPr>
                <w:rFonts w:ascii="Sassoon Penpals" w:hAnsi="Sassoon Penpals"/>
                <w:sz w:val="28"/>
                <w:szCs w:val="28"/>
              </w:rPr>
            </w:pPr>
            <w:r w:rsidRPr="00871FC6">
              <w:rPr>
                <w:rFonts w:ascii="Sassoon Penpals" w:hAnsi="Sassoon Penpals"/>
                <w:b/>
                <w:sz w:val="28"/>
                <w:szCs w:val="28"/>
              </w:rPr>
              <w:t>Key Vocabulary: solid, liquid, gas, material, wood, plastic, glass</w:t>
            </w:r>
          </w:p>
        </w:tc>
      </w:tr>
      <w:tr w:rsidR="00AF0336" w:rsidTr="00DA1903">
        <w:tc>
          <w:tcPr>
            <w:tcW w:w="2035" w:type="dxa"/>
            <w:vMerge/>
          </w:tcPr>
          <w:p w:rsidR="00AF0336" w:rsidRPr="00871FC6" w:rsidRDefault="00AF0336" w:rsidP="00DA1903">
            <w:pPr>
              <w:rPr>
                <w:rFonts w:ascii="Sassoon Penpals" w:hAnsi="Sassoon Penpals"/>
                <w:sz w:val="28"/>
                <w:szCs w:val="28"/>
              </w:rPr>
            </w:pPr>
          </w:p>
        </w:tc>
        <w:tc>
          <w:tcPr>
            <w:tcW w:w="3934" w:type="dxa"/>
          </w:tcPr>
          <w:p w:rsidR="00AF0336" w:rsidRPr="00871FC6" w:rsidRDefault="00AF0336" w:rsidP="00DA1903">
            <w:pPr>
              <w:rPr>
                <w:rFonts w:ascii="Sassoon Penpals" w:hAnsi="Sassoon Penpals"/>
                <w:sz w:val="28"/>
                <w:szCs w:val="28"/>
              </w:rPr>
            </w:pPr>
            <w:r w:rsidRPr="00871FC6">
              <w:rPr>
                <w:rFonts w:ascii="Sassoon Penpals" w:hAnsi="Sassoon Penpals"/>
                <w:sz w:val="28"/>
                <w:szCs w:val="28"/>
              </w:rPr>
              <w:t>Talk about solids, liquids and gases.</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Sort materials into categories.</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Understand why materials are chosen for different purposes.</w:t>
            </w:r>
          </w:p>
        </w:tc>
        <w:tc>
          <w:tcPr>
            <w:tcW w:w="4776" w:type="dxa"/>
          </w:tcPr>
          <w:p w:rsidR="00AF0336" w:rsidRPr="00871FC6" w:rsidRDefault="00AF0336" w:rsidP="00DA1903">
            <w:pPr>
              <w:rPr>
                <w:rFonts w:ascii="Sassoon Penpals" w:hAnsi="Sassoon Penpals"/>
                <w:sz w:val="28"/>
                <w:szCs w:val="28"/>
              </w:rPr>
            </w:pPr>
            <w:r w:rsidRPr="00871FC6">
              <w:rPr>
                <w:rFonts w:ascii="Sassoon Penpals" w:hAnsi="Sassoon Penpals"/>
                <w:sz w:val="28"/>
                <w:szCs w:val="28"/>
              </w:rPr>
              <w:t>Group materials by properties.</w:t>
            </w:r>
            <w:r w:rsidRPr="00871FC6">
              <w:rPr>
                <w:rFonts w:ascii="Sassoon Penpals" w:hAnsi="Sassoon Penpals"/>
                <w:sz w:val="28"/>
                <w:szCs w:val="28"/>
              </w:rPr>
              <w:br/>
            </w:r>
          </w:p>
          <w:p w:rsidR="00AF0336" w:rsidRPr="00871FC6" w:rsidRDefault="00AF0336" w:rsidP="00DA1903">
            <w:pPr>
              <w:rPr>
                <w:rFonts w:ascii="Sassoon Penpals" w:hAnsi="Sassoon Penpals"/>
                <w:sz w:val="28"/>
                <w:szCs w:val="28"/>
              </w:rPr>
            </w:pPr>
            <w:r w:rsidRPr="00871FC6">
              <w:rPr>
                <w:rFonts w:ascii="Sassoon Penpals" w:hAnsi="Sassoon Penpals"/>
                <w:sz w:val="28"/>
                <w:szCs w:val="28"/>
              </w:rPr>
              <w:t>Explore properties through hands-on tasks.</w:t>
            </w:r>
            <w:r w:rsidRPr="00871FC6">
              <w:rPr>
                <w:rFonts w:ascii="Sassoon Penpals" w:hAnsi="Sassoon Penpals"/>
                <w:sz w:val="28"/>
                <w:szCs w:val="28"/>
              </w:rPr>
              <w:br/>
            </w:r>
          </w:p>
          <w:p w:rsidR="00AF0336" w:rsidRDefault="00AF0336" w:rsidP="00DA1903">
            <w:pPr>
              <w:rPr>
                <w:rFonts w:ascii="Sassoon Penpals" w:hAnsi="Sassoon Penpals"/>
                <w:sz w:val="28"/>
                <w:szCs w:val="28"/>
              </w:rPr>
            </w:pPr>
            <w:r w:rsidRPr="00871FC6">
              <w:rPr>
                <w:rFonts w:ascii="Sassoon Penpals" w:hAnsi="Sassoon Penpals"/>
                <w:sz w:val="28"/>
                <w:szCs w:val="28"/>
              </w:rPr>
              <w:t>Ask questions about material choices (e.g. why a cup isn’t made of paper).</w:t>
            </w:r>
          </w:p>
          <w:p w:rsidR="00AF0336" w:rsidRPr="00871FC6" w:rsidRDefault="00AF0336" w:rsidP="00DA1903">
            <w:pPr>
              <w:rPr>
                <w:rFonts w:ascii="Sassoon Penpals" w:hAnsi="Sassoon Penpals"/>
                <w:sz w:val="28"/>
                <w:szCs w:val="28"/>
              </w:rPr>
            </w:pPr>
          </w:p>
        </w:tc>
      </w:tr>
    </w:tbl>
    <w:tbl>
      <w:tblPr>
        <w:tblStyle w:val="TableGrid1"/>
        <w:tblW w:w="10745" w:type="dxa"/>
        <w:tblInd w:w="-998" w:type="dxa"/>
        <w:tblLook w:val="04A0" w:firstRow="1" w:lastRow="0" w:firstColumn="1" w:lastColumn="0" w:noHBand="0" w:noVBand="1"/>
      </w:tblPr>
      <w:tblGrid>
        <w:gridCol w:w="1957"/>
        <w:gridCol w:w="3969"/>
        <w:gridCol w:w="4819"/>
      </w:tblGrid>
      <w:tr w:rsidR="00AF0336" w:rsidRPr="00F175F8" w:rsidTr="00DA1903">
        <w:tc>
          <w:tcPr>
            <w:tcW w:w="10745" w:type="dxa"/>
            <w:gridSpan w:val="3"/>
            <w:shd w:val="clear" w:color="auto" w:fill="00B0F0"/>
          </w:tcPr>
          <w:p w:rsidR="00AF0336" w:rsidRPr="00F175F8" w:rsidRDefault="00AF0336" w:rsidP="00DA1903">
            <w:pPr>
              <w:jc w:val="center"/>
              <w:rPr>
                <w:rFonts w:ascii="Sassoon Penpals" w:hAnsi="Sassoon Penpals" w:cs="Times New Roman"/>
                <w:sz w:val="40"/>
                <w:szCs w:val="40"/>
              </w:rPr>
            </w:pPr>
            <w:r>
              <w:rPr>
                <w:rFonts w:ascii="Sassoon Penpals" w:hAnsi="Sassoon Penpals" w:cs="Times New Roman"/>
                <w:sz w:val="40"/>
                <w:szCs w:val="40"/>
              </w:rPr>
              <w:t>Year 1/2</w:t>
            </w:r>
          </w:p>
        </w:tc>
      </w:tr>
      <w:tr w:rsidR="00AF0336" w:rsidRPr="00F175F8" w:rsidTr="00DA1903">
        <w:tc>
          <w:tcPr>
            <w:tcW w:w="1957" w:type="dxa"/>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Term</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Subject</w:t>
            </w:r>
          </w:p>
        </w:tc>
        <w:tc>
          <w:tcPr>
            <w:tcW w:w="3969" w:type="dxa"/>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Knowledge</w:t>
            </w:r>
          </w:p>
        </w:tc>
        <w:tc>
          <w:tcPr>
            <w:tcW w:w="4819" w:type="dxa"/>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Skills</w:t>
            </w:r>
          </w:p>
        </w:tc>
      </w:tr>
      <w:tr w:rsidR="00AF0336" w:rsidRPr="00F175F8" w:rsidTr="00DA1903">
        <w:tc>
          <w:tcPr>
            <w:tcW w:w="1957" w:type="dxa"/>
            <w:vMerge w:val="restart"/>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Autumn 1 2026</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Seasonal changes</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(Physics)</w:t>
            </w:r>
          </w:p>
          <w:p w:rsidR="00AF0336" w:rsidRDefault="00AF0336" w:rsidP="00DA1903">
            <w:pPr>
              <w:rPr>
                <w:rFonts w:ascii="Sassoon Penpals" w:hAnsi="Sassoon Penpals" w:cs="Times New Roman"/>
                <w:sz w:val="28"/>
                <w:szCs w:val="28"/>
              </w:rPr>
            </w:pPr>
          </w:p>
          <w:p w:rsidR="00AF0336" w:rsidRDefault="00AF0336" w:rsidP="00DA1903">
            <w:pPr>
              <w:rPr>
                <w:rFonts w:ascii="Sassoon Penpals" w:hAnsi="Sassoon Penpals" w:cs="Times New Roman"/>
                <w:sz w:val="28"/>
                <w:szCs w:val="28"/>
              </w:rPr>
            </w:pPr>
          </w:p>
          <w:p w:rsidR="00AF0336" w:rsidRPr="00381911" w:rsidRDefault="00AF0336" w:rsidP="00DA1903">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lastRenderedPageBreak/>
              <w:t>Power of Reading text:</w:t>
            </w:r>
          </w:p>
          <w:p w:rsidR="00AF0336" w:rsidRPr="00381911" w:rsidRDefault="00AF0336" w:rsidP="00DA1903">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Out and About/Winter Sleep</w:t>
            </w:r>
          </w:p>
          <w:p w:rsidR="00AF0336" w:rsidRPr="00871FC6" w:rsidRDefault="00AF0336" w:rsidP="00DA1903">
            <w:pPr>
              <w:rPr>
                <w:rFonts w:ascii="Sassoon Penpals" w:hAnsi="Sassoon Penpals" w:cs="Times New Roman"/>
                <w:sz w:val="28"/>
                <w:szCs w:val="28"/>
              </w:rPr>
            </w:pPr>
          </w:p>
        </w:tc>
        <w:tc>
          <w:tcPr>
            <w:tcW w:w="8788" w:type="dxa"/>
            <w:gridSpan w:val="2"/>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lastRenderedPageBreak/>
              <w:t>Topic Question: What are the changes observed in each season?</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 xml:space="preserve">Key Vocabulary: season, change, rainfall, </w:t>
            </w:r>
            <w:proofErr w:type="spellStart"/>
            <w:r w:rsidRPr="00871FC6">
              <w:rPr>
                <w:rFonts w:ascii="Sassoon Penpals" w:hAnsi="Sassoon Penpals" w:cs="Times New Roman"/>
                <w:b/>
                <w:sz w:val="28"/>
                <w:szCs w:val="28"/>
              </w:rPr>
              <w:t>millimetres</w:t>
            </w:r>
            <w:proofErr w:type="spellEnd"/>
            <w:r w:rsidRPr="00871FC6">
              <w:rPr>
                <w:rFonts w:ascii="Sassoon Penpals" w:hAnsi="Sassoon Penpals" w:cs="Times New Roman"/>
                <w:b/>
                <w:sz w:val="28"/>
                <w:szCs w:val="28"/>
              </w:rPr>
              <w:t>, temperature, thermometer, climate, weather</w:t>
            </w:r>
          </w:p>
        </w:tc>
      </w:tr>
      <w:tr w:rsidR="00AF0336" w:rsidRPr="00F175F8" w:rsidTr="00DA1903">
        <w:tc>
          <w:tcPr>
            <w:tcW w:w="1957" w:type="dxa"/>
            <w:vMerge/>
          </w:tcPr>
          <w:p w:rsidR="00AF0336" w:rsidRPr="00871FC6" w:rsidRDefault="00AF0336" w:rsidP="00DA1903">
            <w:pPr>
              <w:rPr>
                <w:rFonts w:ascii="Sassoon Penpals" w:hAnsi="Sassoon Penpals" w:cs="Times New Roman"/>
                <w:sz w:val="28"/>
                <w:szCs w:val="28"/>
              </w:rPr>
            </w:pPr>
          </w:p>
        </w:tc>
        <w:tc>
          <w:tcPr>
            <w:tcW w:w="3969"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Know the changes across the four seasons.</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Know the weather associated with each season and how day length varies.</w:t>
            </w:r>
          </w:p>
        </w:tc>
        <w:tc>
          <w:tcPr>
            <w:tcW w:w="4819"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lastRenderedPageBreak/>
              <w:t>Ask simple questions to understand the changes of each season.</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Observe and talk about changes in the weather and seasons.</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Perform a simple test to understand the effect of sunlight.</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Identify the changes of each season.</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Gather and record the weather by making tables and charts about the weather.</w:t>
            </w:r>
          </w:p>
        </w:tc>
      </w:tr>
      <w:tr w:rsidR="00AF0336" w:rsidRPr="00F175F8" w:rsidTr="00DA1903">
        <w:tc>
          <w:tcPr>
            <w:tcW w:w="1957" w:type="dxa"/>
            <w:vMerge w:val="restart"/>
            <w:shd w:val="clear" w:color="auto" w:fill="A6A6A6" w:themeFill="background1" w:themeFillShade="A6"/>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lastRenderedPageBreak/>
              <w:t>Autumn 2 2026</w:t>
            </w:r>
          </w:p>
          <w:p w:rsidR="00AF0336" w:rsidRPr="00871FC6" w:rsidRDefault="00AF0336" w:rsidP="00DA1903">
            <w:pPr>
              <w:rPr>
                <w:rFonts w:ascii="Sassoon Penpals" w:hAnsi="Sassoon Penpals" w:cs="Times New Roman"/>
                <w:b/>
                <w:sz w:val="28"/>
                <w:szCs w:val="28"/>
              </w:rPr>
            </w:pPr>
          </w:p>
        </w:tc>
        <w:tc>
          <w:tcPr>
            <w:tcW w:w="8788" w:type="dxa"/>
            <w:gridSpan w:val="2"/>
            <w:shd w:val="clear" w:color="auto" w:fill="A6A6A6" w:themeFill="background1" w:themeFillShade="A6"/>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b/>
                <w:sz w:val="28"/>
                <w:szCs w:val="28"/>
              </w:rPr>
              <w:t xml:space="preserve"> </w:t>
            </w:r>
          </w:p>
        </w:tc>
      </w:tr>
      <w:tr w:rsidR="00AF0336" w:rsidRPr="00F175F8" w:rsidTr="00DA1903">
        <w:tc>
          <w:tcPr>
            <w:tcW w:w="1957" w:type="dxa"/>
            <w:vMerge/>
            <w:shd w:val="clear" w:color="auto" w:fill="A6A6A6" w:themeFill="background1" w:themeFillShade="A6"/>
          </w:tcPr>
          <w:p w:rsidR="00AF0336" w:rsidRPr="00871FC6" w:rsidRDefault="00AF0336" w:rsidP="00DA1903">
            <w:pPr>
              <w:rPr>
                <w:rFonts w:ascii="Sassoon Penpals" w:hAnsi="Sassoon Penpals" w:cs="Times New Roman"/>
                <w:sz w:val="28"/>
                <w:szCs w:val="28"/>
              </w:rPr>
            </w:pPr>
            <w:bookmarkStart w:id="1" w:name="_Hlk202172548"/>
          </w:p>
        </w:tc>
        <w:tc>
          <w:tcPr>
            <w:tcW w:w="3969" w:type="dxa"/>
            <w:shd w:val="clear" w:color="auto" w:fill="A6A6A6" w:themeFill="background1" w:themeFillShade="A6"/>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w:t>
            </w:r>
          </w:p>
        </w:tc>
        <w:tc>
          <w:tcPr>
            <w:tcW w:w="4819" w:type="dxa"/>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r>
      <w:bookmarkEnd w:id="1"/>
      <w:tr w:rsidR="00AF0336" w:rsidRPr="00F175F8" w:rsidTr="00DA1903">
        <w:tc>
          <w:tcPr>
            <w:tcW w:w="1957" w:type="dxa"/>
            <w:vMerge w:val="restart"/>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Spring 1 2027</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Plants</w:t>
            </w:r>
          </w:p>
          <w:p w:rsidR="00AF033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(Biology)</w:t>
            </w:r>
          </w:p>
          <w:p w:rsidR="00AF0336" w:rsidRDefault="00AF0336" w:rsidP="00DA1903">
            <w:pPr>
              <w:rPr>
                <w:rFonts w:ascii="Sassoon Penpals" w:hAnsi="Sassoon Penpals" w:cs="Times New Roman"/>
                <w:sz w:val="28"/>
                <w:szCs w:val="28"/>
              </w:rPr>
            </w:pPr>
          </w:p>
          <w:p w:rsidR="00AF0336" w:rsidRDefault="00AF0336" w:rsidP="00DA1903">
            <w:pPr>
              <w:rPr>
                <w:rFonts w:ascii="Sassoon Penpals" w:hAnsi="Sassoon Penpals" w:cs="Times New Roman"/>
                <w:sz w:val="28"/>
                <w:szCs w:val="28"/>
              </w:rPr>
            </w:pPr>
          </w:p>
          <w:p w:rsidR="00AF0336" w:rsidRPr="00381911" w:rsidRDefault="00AF0336" w:rsidP="00DA1903">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Power of Reading text:</w:t>
            </w:r>
          </w:p>
          <w:p w:rsidR="00AF0336" w:rsidRPr="00381911" w:rsidRDefault="00AF0336" w:rsidP="00DA1903">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 xml:space="preserve">The Secret Sky Garden </w:t>
            </w:r>
          </w:p>
          <w:p w:rsidR="00AF0336" w:rsidRPr="00381911" w:rsidRDefault="00AF0336" w:rsidP="00DA1903">
            <w:pPr>
              <w:rPr>
                <w:rFonts w:ascii="Sassoon Penpals" w:hAnsi="Sassoon Penpals" w:cs="Times New Roman"/>
                <w:sz w:val="28"/>
                <w:szCs w:val="28"/>
              </w:rPr>
            </w:pPr>
          </w:p>
        </w:tc>
        <w:tc>
          <w:tcPr>
            <w:tcW w:w="8788" w:type="dxa"/>
            <w:gridSpan w:val="2"/>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What plant varieties grow at Longlands? </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Key Vocabulary: seed, bulb, germination, growth, stem, leaf, flower, root, deciduous, evergreen</w:t>
            </w:r>
          </w:p>
        </w:tc>
      </w:tr>
      <w:tr w:rsidR="00AF0336" w:rsidRPr="00F175F8" w:rsidTr="00DA1903">
        <w:tc>
          <w:tcPr>
            <w:tcW w:w="1957" w:type="dxa"/>
            <w:vMerge/>
          </w:tcPr>
          <w:p w:rsidR="00AF0336" w:rsidRPr="00871FC6" w:rsidRDefault="00AF0336" w:rsidP="00DA1903">
            <w:pPr>
              <w:rPr>
                <w:rFonts w:ascii="Sassoon Penpals" w:hAnsi="Sassoon Penpals" w:cs="Times New Roman"/>
                <w:sz w:val="28"/>
                <w:szCs w:val="28"/>
              </w:rPr>
            </w:pPr>
          </w:p>
        </w:tc>
        <w:tc>
          <w:tcPr>
            <w:tcW w:w="3969"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Use the local environment to explore and answer questions about plants growing in their habitat.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Observe the growth of flowers and vegetables that they have planted.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Become familiar with common names of flowers and trees within the local environment.</w:t>
            </w:r>
          </w:p>
        </w:tc>
        <w:tc>
          <w:tcPr>
            <w:tcW w:w="4819"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Ask simple questions to understand the different plant varieties growing at Longlands and know which are deciduous and evergreen.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Observe closely using magnifying glasses, to compare and contrast familiar plants.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Perform a simple test by dissecting a plant to name the main features. Identify, group and classify the plants.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Record findings through drawing diagrams showing the part</w:t>
            </w:r>
          </w:p>
        </w:tc>
      </w:tr>
      <w:tr w:rsidR="00AF0336" w:rsidRPr="00F175F8" w:rsidTr="00DA1903">
        <w:tc>
          <w:tcPr>
            <w:tcW w:w="1957" w:type="dxa"/>
            <w:vMerge w:val="restart"/>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Spring 2 2027</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Plants</w:t>
            </w:r>
          </w:p>
          <w:p w:rsidR="00AF033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(Biology)</w:t>
            </w:r>
          </w:p>
          <w:p w:rsidR="00AF0336" w:rsidRDefault="00AF0336" w:rsidP="00DA1903">
            <w:pPr>
              <w:rPr>
                <w:rFonts w:ascii="Sassoon Penpals" w:hAnsi="Sassoon Penpals" w:cs="Times New Roman"/>
                <w:sz w:val="28"/>
                <w:szCs w:val="28"/>
              </w:rPr>
            </w:pPr>
          </w:p>
          <w:p w:rsidR="00AF0336" w:rsidRDefault="00AF0336" w:rsidP="00DA1903">
            <w:pPr>
              <w:rPr>
                <w:rFonts w:ascii="Sassoon Penpals" w:hAnsi="Sassoon Penpals" w:cs="Times New Roman"/>
                <w:sz w:val="28"/>
                <w:szCs w:val="28"/>
              </w:rPr>
            </w:pPr>
          </w:p>
          <w:p w:rsidR="00AF0336" w:rsidRPr="00381911" w:rsidRDefault="00AF0336" w:rsidP="00DA1903">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Power of Reading text:</w:t>
            </w:r>
          </w:p>
          <w:p w:rsidR="00AF0336" w:rsidRPr="00381911" w:rsidRDefault="00AF0336" w:rsidP="00DA1903">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10 things I can do to help my world.</w:t>
            </w:r>
          </w:p>
          <w:p w:rsidR="00AF0336" w:rsidRPr="00381911" w:rsidRDefault="00AF0336" w:rsidP="00DA1903">
            <w:pPr>
              <w:rPr>
                <w:rFonts w:ascii="Sassoon Penpals" w:hAnsi="Sassoon Penpals" w:cs="Times New Roman"/>
                <w:sz w:val="28"/>
                <w:szCs w:val="28"/>
              </w:rPr>
            </w:pPr>
          </w:p>
        </w:tc>
        <w:tc>
          <w:tcPr>
            <w:tcW w:w="8788" w:type="dxa"/>
            <w:gridSpan w:val="2"/>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lastRenderedPageBreak/>
              <w:t>Topic question: How do plants grow and change?</w:t>
            </w: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b/>
                <w:sz w:val="28"/>
                <w:szCs w:val="28"/>
              </w:rPr>
              <w:t>Key Vocabulary: plants, light, water, soil, leaves, stem, roots, petals, carbon dioxide, oxygen</w:t>
            </w:r>
          </w:p>
        </w:tc>
      </w:tr>
      <w:tr w:rsidR="00AF0336" w:rsidRPr="00F175F8" w:rsidTr="00DA1903">
        <w:tc>
          <w:tcPr>
            <w:tcW w:w="1957" w:type="dxa"/>
            <w:vMerge/>
          </w:tcPr>
          <w:p w:rsidR="00AF0336" w:rsidRPr="00871FC6" w:rsidRDefault="00AF0336" w:rsidP="00DA1903">
            <w:pPr>
              <w:rPr>
                <w:rFonts w:ascii="Sassoon Penpals" w:hAnsi="Sassoon Penpals" w:cs="Times New Roman"/>
                <w:sz w:val="28"/>
                <w:szCs w:val="28"/>
              </w:rPr>
            </w:pPr>
          </w:p>
        </w:tc>
        <w:tc>
          <w:tcPr>
            <w:tcW w:w="3969"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that plants grow from seeds.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Know what plants need to grow.</w:t>
            </w:r>
          </w:p>
        </w:tc>
        <w:tc>
          <w:tcPr>
            <w:tcW w:w="4819"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Ask questions to understand how plants change.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Making systematic and careful observations.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Observe and describe how seeds and bulbs grow into mature plants.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Complete a simple test to find out which conditions enable plants to grow healthily.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Gather and record results of plant growth.</w:t>
            </w:r>
          </w:p>
        </w:tc>
      </w:tr>
      <w:tr w:rsidR="00AF0336" w:rsidRPr="00F175F8" w:rsidTr="00DA1903">
        <w:tc>
          <w:tcPr>
            <w:tcW w:w="1957" w:type="dxa"/>
            <w:vMerge w:val="restart"/>
            <w:shd w:val="clear" w:color="auto" w:fill="A6A6A6" w:themeFill="background1" w:themeFillShade="A6"/>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lastRenderedPageBreak/>
              <w:t>Summer 1 2027</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Biology</w:t>
            </w:r>
          </w:p>
        </w:tc>
        <w:tc>
          <w:tcPr>
            <w:tcW w:w="8788" w:type="dxa"/>
            <w:gridSpan w:val="2"/>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r>
      <w:tr w:rsidR="00AF0336" w:rsidRPr="00F175F8" w:rsidTr="00DA1903">
        <w:tc>
          <w:tcPr>
            <w:tcW w:w="1957" w:type="dxa"/>
            <w:vMerge/>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c>
          <w:tcPr>
            <w:tcW w:w="3969" w:type="dxa"/>
            <w:shd w:val="clear" w:color="auto" w:fill="A6A6A6" w:themeFill="background1" w:themeFillShade="A6"/>
          </w:tcPr>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p>
        </w:tc>
        <w:tc>
          <w:tcPr>
            <w:tcW w:w="4819" w:type="dxa"/>
            <w:shd w:val="clear" w:color="auto" w:fill="A6A6A6" w:themeFill="background1" w:themeFillShade="A6"/>
          </w:tcPr>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p>
        </w:tc>
      </w:tr>
      <w:tr w:rsidR="00AF0336" w:rsidRPr="00F175F8" w:rsidTr="00DA1903">
        <w:tc>
          <w:tcPr>
            <w:tcW w:w="1957" w:type="dxa"/>
            <w:vMerge w:val="restart"/>
            <w:shd w:val="clear" w:color="auto" w:fill="A6A6A6" w:themeFill="background1" w:themeFillShade="A6"/>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Summer 2 2027</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Chemistry</w:t>
            </w:r>
          </w:p>
        </w:tc>
        <w:tc>
          <w:tcPr>
            <w:tcW w:w="8788" w:type="dxa"/>
            <w:gridSpan w:val="2"/>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r>
      <w:tr w:rsidR="00AF0336" w:rsidRPr="00F175F8" w:rsidTr="00DA1903">
        <w:tc>
          <w:tcPr>
            <w:tcW w:w="1957" w:type="dxa"/>
            <w:vMerge/>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c>
          <w:tcPr>
            <w:tcW w:w="3969" w:type="dxa"/>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c>
          <w:tcPr>
            <w:tcW w:w="4819" w:type="dxa"/>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r>
    </w:tbl>
    <w:tbl>
      <w:tblPr>
        <w:tblStyle w:val="TableGrid2"/>
        <w:tblW w:w="10745" w:type="dxa"/>
        <w:tblInd w:w="-998" w:type="dxa"/>
        <w:tblLook w:val="04A0" w:firstRow="1" w:lastRow="0" w:firstColumn="1" w:lastColumn="0" w:noHBand="0" w:noVBand="1"/>
      </w:tblPr>
      <w:tblGrid>
        <w:gridCol w:w="2035"/>
        <w:gridCol w:w="3935"/>
        <w:gridCol w:w="4775"/>
      </w:tblGrid>
      <w:tr w:rsidR="00AF0336" w:rsidRPr="00F175F8" w:rsidTr="00DA1903">
        <w:tc>
          <w:tcPr>
            <w:tcW w:w="10745" w:type="dxa"/>
            <w:gridSpan w:val="3"/>
            <w:shd w:val="clear" w:color="auto" w:fill="00B0F0"/>
          </w:tcPr>
          <w:p w:rsidR="00AF0336" w:rsidRPr="00F175F8" w:rsidRDefault="00AF0336" w:rsidP="00DA1903">
            <w:pPr>
              <w:jc w:val="center"/>
              <w:rPr>
                <w:rFonts w:ascii="Sassoon Penpals" w:hAnsi="Sassoon Penpals" w:cs="Times New Roman"/>
                <w:sz w:val="40"/>
                <w:szCs w:val="40"/>
              </w:rPr>
            </w:pPr>
            <w:r>
              <w:rPr>
                <w:rFonts w:ascii="Sassoon Penpals" w:hAnsi="Sassoon Penpals" w:cs="Times New Roman"/>
                <w:sz w:val="40"/>
                <w:szCs w:val="40"/>
              </w:rPr>
              <w:t>Year 3/4</w:t>
            </w:r>
          </w:p>
        </w:tc>
      </w:tr>
      <w:tr w:rsidR="00AF0336" w:rsidRPr="00F175F8" w:rsidTr="00DA1903">
        <w:tc>
          <w:tcPr>
            <w:tcW w:w="2035" w:type="dxa"/>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Term</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Subject</w:t>
            </w:r>
          </w:p>
        </w:tc>
        <w:tc>
          <w:tcPr>
            <w:tcW w:w="3935" w:type="dxa"/>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Knowledge</w:t>
            </w:r>
          </w:p>
        </w:tc>
        <w:tc>
          <w:tcPr>
            <w:tcW w:w="4775" w:type="dxa"/>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Skills</w:t>
            </w:r>
          </w:p>
        </w:tc>
      </w:tr>
      <w:tr w:rsidR="00AF0336" w:rsidRPr="00F175F8" w:rsidTr="00DA1903">
        <w:tc>
          <w:tcPr>
            <w:tcW w:w="2035" w:type="dxa"/>
            <w:vMerge w:val="restart"/>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Autumn 1 2026</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Rocks and soils</w:t>
            </w:r>
          </w:p>
          <w:p w:rsidR="00AF0336" w:rsidRDefault="00AF0336" w:rsidP="00DA1903">
            <w:pPr>
              <w:rPr>
                <w:rFonts w:ascii="Sassoon Penpals" w:hAnsi="Sassoon Penpals" w:cs="Times New Roman"/>
                <w:sz w:val="28"/>
                <w:szCs w:val="28"/>
              </w:rPr>
            </w:pPr>
            <w:r w:rsidRPr="00871FC6">
              <w:rPr>
                <w:rFonts w:ascii="Sassoon Penpals" w:hAnsi="Sassoon Penpals" w:cs="Times New Roman"/>
                <w:b/>
                <w:sz w:val="28"/>
                <w:szCs w:val="28"/>
              </w:rPr>
              <w:t>(Chemistry)</w:t>
            </w:r>
          </w:p>
          <w:p w:rsidR="00AF0336" w:rsidRDefault="00AF0336" w:rsidP="00DA1903">
            <w:pPr>
              <w:rPr>
                <w:rFonts w:ascii="Sassoon Penpals" w:hAnsi="Sassoon Penpals" w:cs="Times New Roman"/>
                <w:sz w:val="28"/>
                <w:szCs w:val="28"/>
              </w:rPr>
            </w:pPr>
          </w:p>
          <w:p w:rsidR="00AF0336" w:rsidRDefault="00AF0336" w:rsidP="00DA1903">
            <w:pPr>
              <w:rPr>
                <w:rFonts w:ascii="Sassoon Penpals" w:hAnsi="Sassoon Penpals" w:cs="Times New Roman"/>
                <w:sz w:val="28"/>
                <w:szCs w:val="28"/>
              </w:rPr>
            </w:pPr>
          </w:p>
          <w:p w:rsidR="00AF0336" w:rsidRPr="00381911" w:rsidRDefault="00AF0336" w:rsidP="00DA1903">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Power of Reading text:</w:t>
            </w:r>
          </w:p>
          <w:p w:rsidR="00AF0336" w:rsidRPr="00381911" w:rsidRDefault="00AF0336" w:rsidP="00DA1903">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Pebble in My Pocket / Ug</w:t>
            </w:r>
          </w:p>
          <w:p w:rsidR="00AF0336" w:rsidRPr="00381911" w:rsidRDefault="00AF0336" w:rsidP="00DA1903">
            <w:pPr>
              <w:rPr>
                <w:rFonts w:ascii="Sassoon Penpals" w:hAnsi="Sassoon Penpals" w:cs="Times New Roman"/>
                <w:sz w:val="28"/>
                <w:szCs w:val="28"/>
              </w:rPr>
            </w:pPr>
          </w:p>
        </w:tc>
        <w:tc>
          <w:tcPr>
            <w:tcW w:w="8710" w:type="dxa"/>
            <w:gridSpan w:val="2"/>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What are the different types of rocks and how are fossils formed? </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 xml:space="preserve">Key Vocabulary: igneous, sedimentary, metamorphic, </w:t>
            </w:r>
            <w:proofErr w:type="spellStart"/>
            <w:r w:rsidRPr="00871FC6">
              <w:rPr>
                <w:rFonts w:ascii="Sassoon Penpals" w:hAnsi="Sassoon Penpals" w:cs="Times New Roman"/>
                <w:b/>
                <w:sz w:val="28"/>
                <w:szCs w:val="28"/>
              </w:rPr>
              <w:t>fossilisation</w:t>
            </w:r>
            <w:proofErr w:type="spellEnd"/>
            <w:r w:rsidRPr="00871FC6">
              <w:rPr>
                <w:rFonts w:ascii="Sassoon Penpals" w:hAnsi="Sassoon Penpals" w:cs="Times New Roman"/>
                <w:b/>
                <w:sz w:val="28"/>
                <w:szCs w:val="28"/>
              </w:rPr>
              <w:t>, permeable, impermeable, durable, hard, soft, body fossils, trace fossils, cast fossils</w:t>
            </w:r>
          </w:p>
        </w:tc>
      </w:tr>
      <w:tr w:rsidR="00AF0336" w:rsidRPr="00F175F8" w:rsidTr="00DA1903">
        <w:tc>
          <w:tcPr>
            <w:tcW w:w="2035" w:type="dxa"/>
            <w:vMerge/>
          </w:tcPr>
          <w:p w:rsidR="00AF0336" w:rsidRPr="00871FC6" w:rsidRDefault="00AF0336" w:rsidP="00DA1903">
            <w:pPr>
              <w:rPr>
                <w:rFonts w:ascii="Sassoon Penpals" w:hAnsi="Sassoon Penpals" w:cs="Times New Roman"/>
                <w:sz w:val="28"/>
                <w:szCs w:val="28"/>
              </w:rPr>
            </w:pPr>
          </w:p>
        </w:tc>
        <w:tc>
          <w:tcPr>
            <w:tcW w:w="3935"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Mary Anning’s contribution to paleontology.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Explain how soil is formed and compare two different types of soil.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lang w:val="en-GB"/>
              </w:rPr>
            </w:pPr>
            <w:r w:rsidRPr="00871FC6">
              <w:rPr>
                <w:rFonts w:ascii="Sassoon Penpals" w:hAnsi="Sassoon Penpals" w:cs="Times New Roman"/>
                <w:sz w:val="28"/>
                <w:szCs w:val="28"/>
              </w:rPr>
              <w:t>Know that soils are made from rocks and organic matter.</w:t>
            </w:r>
          </w:p>
        </w:tc>
        <w:tc>
          <w:tcPr>
            <w:tcW w:w="4775"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Ask relevant questions to understand how fossils are formed through living things trapped within rocks.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Make careful and systematic observations of the different properties of rocks and soils.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Identify and classify different kinds of rocks and soils through their appearance and simple physical properties.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Gather &amp; Record information on rocks and soils based on their properties. </w:t>
            </w:r>
          </w:p>
        </w:tc>
      </w:tr>
      <w:tr w:rsidR="00AF0336" w:rsidRPr="00F175F8" w:rsidTr="00DA1903">
        <w:tc>
          <w:tcPr>
            <w:tcW w:w="2035" w:type="dxa"/>
            <w:vMerge w:val="restart"/>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Autumn 2 2026</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Animals including humans</w:t>
            </w:r>
          </w:p>
          <w:p w:rsidR="00AF033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(Biology)</w:t>
            </w:r>
          </w:p>
          <w:p w:rsidR="00AF0336" w:rsidRDefault="00AF0336" w:rsidP="00DA1903">
            <w:pPr>
              <w:rPr>
                <w:rFonts w:ascii="Sassoon Penpals" w:hAnsi="Sassoon Penpals" w:cs="Times New Roman"/>
                <w:sz w:val="28"/>
                <w:szCs w:val="28"/>
              </w:rPr>
            </w:pPr>
          </w:p>
          <w:p w:rsidR="00AF0336" w:rsidRDefault="00AF0336" w:rsidP="00DA1903">
            <w:pPr>
              <w:rPr>
                <w:rFonts w:ascii="Sassoon Penpals" w:hAnsi="Sassoon Penpals" w:cs="Times New Roman"/>
                <w:sz w:val="28"/>
                <w:szCs w:val="28"/>
              </w:rPr>
            </w:pPr>
          </w:p>
          <w:p w:rsidR="00AF0336" w:rsidRPr="00381911" w:rsidRDefault="00AF0336" w:rsidP="00DA1903">
            <w:pPr>
              <w:rPr>
                <w:rFonts w:ascii="Sassoon Penpals" w:hAnsi="Sassoon Penpals" w:cs="Times New Roman"/>
                <w:sz w:val="28"/>
                <w:szCs w:val="28"/>
              </w:rPr>
            </w:pPr>
            <w:r>
              <w:rPr>
                <w:rFonts w:ascii="Sassoon Penpals" w:hAnsi="Sassoon Penpals" w:cs="Times New Roman"/>
                <w:sz w:val="28"/>
                <w:szCs w:val="28"/>
              </w:rPr>
              <w:t>Enquiry Led</w:t>
            </w:r>
          </w:p>
        </w:tc>
        <w:tc>
          <w:tcPr>
            <w:tcW w:w="8710" w:type="dxa"/>
            <w:gridSpan w:val="2"/>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What happens to the food I have eaten and how do my teeth help? </w:t>
            </w: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b/>
                <w:sz w:val="28"/>
                <w:szCs w:val="28"/>
              </w:rPr>
              <w:t xml:space="preserve">Key Vocabulary: digestive system, </w:t>
            </w:r>
            <w:proofErr w:type="spellStart"/>
            <w:r w:rsidRPr="00871FC6">
              <w:rPr>
                <w:rFonts w:ascii="Sassoon Penpals" w:hAnsi="Sassoon Penpals" w:cs="Times New Roman"/>
                <w:b/>
                <w:sz w:val="28"/>
                <w:szCs w:val="28"/>
              </w:rPr>
              <w:t>oesophagus</w:t>
            </w:r>
            <w:proofErr w:type="spellEnd"/>
            <w:r w:rsidRPr="00871FC6">
              <w:rPr>
                <w:rFonts w:ascii="Sassoon Penpals" w:hAnsi="Sassoon Penpals" w:cs="Times New Roman"/>
                <w:b/>
                <w:sz w:val="28"/>
                <w:szCs w:val="28"/>
              </w:rPr>
              <w:t>, small intestine, large intestine, incisors, canines, molars, carnivores, omnivores, herbivores, root, enamel, tooth decay</w:t>
            </w:r>
          </w:p>
        </w:tc>
      </w:tr>
      <w:tr w:rsidR="00AF0336" w:rsidRPr="00F175F8" w:rsidTr="00DA1903">
        <w:tc>
          <w:tcPr>
            <w:tcW w:w="2035" w:type="dxa"/>
            <w:vMerge/>
          </w:tcPr>
          <w:p w:rsidR="00AF0336" w:rsidRPr="00871FC6" w:rsidRDefault="00AF0336" w:rsidP="00DA1903">
            <w:pPr>
              <w:rPr>
                <w:rFonts w:ascii="Sassoon Penpals" w:hAnsi="Sassoon Penpals" w:cs="Times New Roman"/>
                <w:sz w:val="28"/>
                <w:szCs w:val="28"/>
              </w:rPr>
            </w:pPr>
          </w:p>
        </w:tc>
        <w:tc>
          <w:tcPr>
            <w:tcW w:w="3935"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and locate the main organs of the human digestive system.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the functions of the main organs of the human digestive system.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Explain how the human digestive system works.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the different types of human teeth and explain their functions.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Understand the importance of how we look after our teeth in order to prevent decay.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the four stages of tooth decay. </w:t>
            </w:r>
          </w:p>
        </w:tc>
        <w:tc>
          <w:tcPr>
            <w:tcW w:w="4775"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Ask relevant questions to understand the functions of the mouth, teeth, tongue, </w:t>
            </w:r>
            <w:proofErr w:type="spellStart"/>
            <w:r w:rsidRPr="00871FC6">
              <w:rPr>
                <w:rFonts w:ascii="Sassoon Penpals" w:hAnsi="Sassoon Penpals" w:cs="Times New Roman"/>
                <w:sz w:val="28"/>
                <w:szCs w:val="28"/>
              </w:rPr>
              <w:t>oesophagus</w:t>
            </w:r>
            <w:proofErr w:type="spellEnd"/>
            <w:r w:rsidRPr="00871FC6">
              <w:rPr>
                <w:rFonts w:ascii="Sassoon Penpals" w:hAnsi="Sassoon Penpals" w:cs="Times New Roman"/>
                <w:sz w:val="28"/>
                <w:szCs w:val="28"/>
              </w:rPr>
              <w:t xml:space="preserve">, stomach and the small and the large intestine, and why they are in our bodies. Make careful and systematic observations of the structure of different types of human teeth using key vocabulary. Identify and classify the different types of human teeth. Set up simple practical </w:t>
            </w:r>
            <w:r w:rsidRPr="00871FC6">
              <w:rPr>
                <w:rFonts w:ascii="Sassoon Penpals" w:hAnsi="Sassoon Penpals" w:cs="Times New Roman"/>
                <w:sz w:val="28"/>
                <w:szCs w:val="28"/>
              </w:rPr>
              <w:lastRenderedPageBreak/>
              <w:t xml:space="preserve">enquiries, comparative and fair tests to investigate the way Gather and record information using secondary sources on the four stages of tooth decay and how this can be prevented. </w:t>
            </w:r>
          </w:p>
        </w:tc>
      </w:tr>
      <w:tr w:rsidR="00AF0336" w:rsidRPr="00F175F8" w:rsidTr="00DA1903">
        <w:tc>
          <w:tcPr>
            <w:tcW w:w="2035" w:type="dxa"/>
            <w:vMerge w:val="restart"/>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lastRenderedPageBreak/>
              <w:t>Spring 1 2027</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Sound</w:t>
            </w:r>
          </w:p>
          <w:p w:rsidR="00AF033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(Physics)</w:t>
            </w:r>
          </w:p>
          <w:p w:rsidR="00AF0336" w:rsidRDefault="00AF0336" w:rsidP="00DA1903">
            <w:pPr>
              <w:rPr>
                <w:rFonts w:ascii="Sassoon Penpals" w:hAnsi="Sassoon Penpals" w:cs="Times New Roman"/>
                <w:sz w:val="28"/>
                <w:szCs w:val="28"/>
              </w:rPr>
            </w:pPr>
          </w:p>
          <w:p w:rsidR="00AF0336" w:rsidRDefault="00AF0336" w:rsidP="00DA1903">
            <w:pPr>
              <w:rPr>
                <w:rFonts w:ascii="Sassoon Penpals" w:hAnsi="Sassoon Penpals" w:cs="Times New Roman"/>
                <w:sz w:val="28"/>
                <w:szCs w:val="28"/>
              </w:rPr>
            </w:pPr>
          </w:p>
          <w:p w:rsidR="00AF0336" w:rsidRPr="00381911" w:rsidRDefault="00AF0336" w:rsidP="00DA1903">
            <w:pPr>
              <w:rPr>
                <w:rFonts w:ascii="Sassoon Penpals" w:hAnsi="Sassoon Penpals" w:cs="Times New Roman"/>
                <w:sz w:val="28"/>
                <w:szCs w:val="28"/>
              </w:rPr>
            </w:pPr>
            <w:r>
              <w:rPr>
                <w:rFonts w:ascii="Sassoon Penpals" w:hAnsi="Sassoon Penpals" w:cs="Times New Roman"/>
                <w:sz w:val="28"/>
                <w:szCs w:val="28"/>
              </w:rPr>
              <w:t>Enquiry Led</w:t>
            </w:r>
          </w:p>
        </w:tc>
        <w:tc>
          <w:tcPr>
            <w:tcW w:w="8710" w:type="dxa"/>
            <w:gridSpan w:val="2"/>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Topic question: How do we hear?</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Key Vocabulary: vibrations, particles, pitch, amplitude, volume, soundproof, soundwave, high, low</w:t>
            </w:r>
          </w:p>
        </w:tc>
      </w:tr>
      <w:tr w:rsidR="00AF0336" w:rsidRPr="00F175F8" w:rsidTr="00DA1903">
        <w:tc>
          <w:tcPr>
            <w:tcW w:w="2035" w:type="dxa"/>
            <w:vMerge/>
          </w:tcPr>
          <w:p w:rsidR="00AF0336" w:rsidRPr="00871FC6" w:rsidRDefault="00AF0336" w:rsidP="00DA1903">
            <w:pPr>
              <w:rPr>
                <w:rFonts w:ascii="Sassoon Penpals" w:hAnsi="Sassoon Penpals" w:cs="Times New Roman"/>
                <w:sz w:val="28"/>
                <w:szCs w:val="28"/>
              </w:rPr>
            </w:pPr>
          </w:p>
        </w:tc>
        <w:tc>
          <w:tcPr>
            <w:tcW w:w="3935"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how sounds are made and how sounds travel. </w:t>
            </w: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how distance affects how we hear sounds.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Understand the terms vibrations, particles, pitch, amplitude, volume, soundproof, soundwave, high and low.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lang w:val="en-GB"/>
              </w:rPr>
            </w:pPr>
            <w:r w:rsidRPr="00871FC6">
              <w:rPr>
                <w:rFonts w:ascii="Sassoon Penpals" w:hAnsi="Sassoon Penpals" w:cs="Times New Roman"/>
                <w:sz w:val="28"/>
                <w:szCs w:val="28"/>
              </w:rPr>
              <w:t>Know how different instruments make sounds and how vibrations change when a sound gets louder.</w:t>
            </w:r>
          </w:p>
        </w:tc>
        <w:tc>
          <w:tcPr>
            <w:tcW w:w="4775"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Ask relevant questions to </w:t>
            </w:r>
            <w:proofErr w:type="spellStart"/>
            <w:r w:rsidRPr="00871FC6">
              <w:rPr>
                <w:rFonts w:ascii="Sassoon Penpals" w:hAnsi="Sassoon Penpals" w:cs="Times New Roman"/>
                <w:sz w:val="28"/>
                <w:szCs w:val="28"/>
              </w:rPr>
              <w:t>recognise</w:t>
            </w:r>
            <w:proofErr w:type="spellEnd"/>
            <w:r w:rsidRPr="00871FC6">
              <w:rPr>
                <w:rFonts w:ascii="Sassoon Penpals" w:hAnsi="Sassoon Penpals" w:cs="Times New Roman"/>
                <w:sz w:val="28"/>
                <w:szCs w:val="28"/>
              </w:rPr>
              <w:t xml:space="preserve"> that sounds get fainter as the distance from the sound source increases. </w:t>
            </w: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Make careful and systematic observations patterns between the volume and pitch of a sound and the strength of the vibrations that produced it.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Identify how sounds are made, associating some of them with something vibrating and </w:t>
            </w:r>
            <w:proofErr w:type="spellStart"/>
            <w:r w:rsidRPr="00871FC6">
              <w:rPr>
                <w:rFonts w:ascii="Sassoon Penpals" w:hAnsi="Sassoon Penpals" w:cs="Times New Roman"/>
                <w:sz w:val="28"/>
                <w:szCs w:val="28"/>
              </w:rPr>
              <w:t>recognise</w:t>
            </w:r>
            <w:proofErr w:type="spellEnd"/>
            <w:r w:rsidRPr="00871FC6">
              <w:rPr>
                <w:rFonts w:ascii="Sassoon Penpals" w:hAnsi="Sassoon Penpals" w:cs="Times New Roman"/>
                <w:sz w:val="28"/>
                <w:szCs w:val="28"/>
              </w:rPr>
              <w:t xml:space="preserve"> that vibrations from sounds travel through a medium to the ear.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Set up simple practical enquiries, comparative and fair tests to investigate how well sound travels through different materials.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Gather &amp; Record patterns between the pitch of a sound and features of the object that produced it. </w:t>
            </w:r>
          </w:p>
        </w:tc>
      </w:tr>
      <w:tr w:rsidR="00AF0336" w:rsidRPr="00F175F8" w:rsidTr="00DA1903">
        <w:tc>
          <w:tcPr>
            <w:tcW w:w="2035" w:type="dxa"/>
            <w:vMerge w:val="restart"/>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Spring 2 2027</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Plants</w:t>
            </w:r>
          </w:p>
          <w:p w:rsidR="00AF033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 xml:space="preserve">(Biology) </w:t>
            </w:r>
          </w:p>
          <w:p w:rsidR="00AF0336" w:rsidRDefault="00AF0336" w:rsidP="00DA1903">
            <w:pPr>
              <w:rPr>
                <w:rFonts w:ascii="Sassoon Penpals" w:hAnsi="Sassoon Penpals" w:cs="Times New Roman"/>
                <w:sz w:val="28"/>
                <w:szCs w:val="28"/>
              </w:rPr>
            </w:pPr>
          </w:p>
          <w:p w:rsidR="00AF0336" w:rsidRDefault="00AF0336" w:rsidP="00DA1903">
            <w:pPr>
              <w:rPr>
                <w:rFonts w:ascii="Sassoon Penpals" w:hAnsi="Sassoon Penpals" w:cs="Times New Roman"/>
                <w:sz w:val="28"/>
                <w:szCs w:val="28"/>
              </w:rPr>
            </w:pPr>
          </w:p>
          <w:p w:rsidR="00AF0336" w:rsidRDefault="00AF0336" w:rsidP="00DA1903">
            <w:pPr>
              <w:rPr>
                <w:rFonts w:ascii="Sassoon Penpals" w:hAnsi="Sassoon Penpals" w:cs="Times New Roman"/>
                <w:sz w:val="28"/>
                <w:szCs w:val="28"/>
              </w:rPr>
            </w:pPr>
          </w:p>
          <w:p w:rsidR="00AF0336" w:rsidRPr="00381911" w:rsidRDefault="00AF0336" w:rsidP="00DA1903">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Power of Reading text:</w:t>
            </w:r>
          </w:p>
          <w:p w:rsidR="00AF0336" w:rsidRPr="00381911" w:rsidRDefault="00AF0336" w:rsidP="00DA1903">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The Tin Forest</w:t>
            </w:r>
          </w:p>
          <w:p w:rsidR="00AF0336" w:rsidRPr="00381911" w:rsidRDefault="00AF0336" w:rsidP="00DA1903">
            <w:pPr>
              <w:rPr>
                <w:rFonts w:ascii="Sassoon Penpals" w:hAnsi="Sassoon Penpals" w:cs="Times New Roman"/>
                <w:sz w:val="28"/>
                <w:szCs w:val="28"/>
              </w:rPr>
            </w:pPr>
          </w:p>
        </w:tc>
        <w:tc>
          <w:tcPr>
            <w:tcW w:w="8710" w:type="dxa"/>
            <w:gridSpan w:val="2"/>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lastRenderedPageBreak/>
              <w:t>Topic question: What are the functions of the different parts of the plant and how do they play a role in pollination?</w:t>
            </w: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b/>
                <w:sz w:val="28"/>
                <w:szCs w:val="28"/>
              </w:rPr>
              <w:t>Key Vocabulary: stem, leaves, roots, flowers, pollination, water, nutrients, light, growth, seed dispersal, seed formation, air, wind, insects</w:t>
            </w:r>
          </w:p>
        </w:tc>
      </w:tr>
      <w:tr w:rsidR="00AF0336" w:rsidRPr="00F175F8" w:rsidTr="00DA1903">
        <w:tc>
          <w:tcPr>
            <w:tcW w:w="2035" w:type="dxa"/>
            <w:vMerge/>
          </w:tcPr>
          <w:p w:rsidR="00AF0336" w:rsidRPr="00871FC6" w:rsidRDefault="00AF0336" w:rsidP="00DA1903">
            <w:pPr>
              <w:rPr>
                <w:rFonts w:ascii="Sassoon Penpals" w:hAnsi="Sassoon Penpals" w:cs="Times New Roman"/>
                <w:sz w:val="28"/>
                <w:szCs w:val="28"/>
              </w:rPr>
            </w:pPr>
          </w:p>
        </w:tc>
        <w:tc>
          <w:tcPr>
            <w:tcW w:w="3935"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what plants need to grow.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the function of the different parts of a plant.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lastRenderedPageBreak/>
              <w:t>Understand how seeds are dispersed.</w:t>
            </w:r>
          </w:p>
          <w:p w:rsidR="00AF0336" w:rsidRPr="00871FC6" w:rsidRDefault="00AF0336" w:rsidP="00DA1903">
            <w:pPr>
              <w:rPr>
                <w:rFonts w:ascii="Sassoon Penpals" w:hAnsi="Sassoon Penpals" w:cs="Times New Roman"/>
                <w:sz w:val="28"/>
                <w:szCs w:val="28"/>
                <w:lang w:val="en-GB"/>
              </w:rPr>
            </w:pPr>
          </w:p>
          <w:p w:rsidR="00AF0336" w:rsidRPr="00871FC6" w:rsidRDefault="00AF0336" w:rsidP="00DA1903">
            <w:pPr>
              <w:rPr>
                <w:rFonts w:ascii="Sassoon Penpals" w:hAnsi="Sassoon Penpals" w:cs="Times New Roman"/>
                <w:sz w:val="28"/>
                <w:szCs w:val="28"/>
                <w:lang w:val="en-GB"/>
              </w:rPr>
            </w:pPr>
            <w:r w:rsidRPr="00871FC6">
              <w:rPr>
                <w:rFonts w:ascii="Sassoon Penpals" w:hAnsi="Sassoon Penpals" w:cs="Times New Roman"/>
                <w:sz w:val="28"/>
                <w:szCs w:val="28"/>
              </w:rPr>
              <w:t>Understand pollination and how this occurs.</w:t>
            </w:r>
          </w:p>
        </w:tc>
        <w:tc>
          <w:tcPr>
            <w:tcW w:w="4775"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Ask relevant questions to know what plants need for life and growth and how they vary from plant to plant.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Make careful and systematic observations of changes in plants over time and gather and record the results.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Identify and describe the functions of different parts of flowering plants: roots, stem, leaves and flowers.</w:t>
            </w:r>
          </w:p>
          <w:p w:rsidR="00AF0336" w:rsidRPr="00871FC6" w:rsidRDefault="00AF0336" w:rsidP="00DA1903">
            <w:pPr>
              <w:rPr>
                <w:rFonts w:ascii="Sassoon Penpals" w:hAnsi="Sassoon Penpals" w:cs="Times New Roman"/>
                <w:sz w:val="28"/>
                <w:szCs w:val="28"/>
                <w:lang w:val="en-GB"/>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Set up simple practical enquiries, comparative and fair tests to investigate the way in which water is transported within plants.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lang w:val="en-GB"/>
              </w:rPr>
            </w:pPr>
            <w:r w:rsidRPr="00871FC6">
              <w:rPr>
                <w:rFonts w:ascii="Sassoon Penpals" w:hAnsi="Sassoon Penpals" w:cs="Times New Roman"/>
                <w:sz w:val="28"/>
                <w:szCs w:val="28"/>
              </w:rPr>
              <w:t>Investigate and explore the part that flowers play in the life cycle of flowering plants, including pollination, seed formation and seed dispersal.</w:t>
            </w:r>
          </w:p>
        </w:tc>
      </w:tr>
      <w:tr w:rsidR="00AF0336" w:rsidRPr="00F175F8" w:rsidTr="00DA1903">
        <w:tc>
          <w:tcPr>
            <w:tcW w:w="2035" w:type="dxa"/>
            <w:vMerge w:val="restart"/>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lastRenderedPageBreak/>
              <w:t>Summer 1 2027</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Electricity</w:t>
            </w:r>
          </w:p>
          <w:p w:rsidR="00AF033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(Physics)</w:t>
            </w:r>
          </w:p>
          <w:p w:rsidR="00AF0336" w:rsidRDefault="00AF0336" w:rsidP="00DA1903">
            <w:pPr>
              <w:rPr>
                <w:rFonts w:ascii="Sassoon Penpals" w:hAnsi="Sassoon Penpals" w:cs="Times New Roman"/>
                <w:sz w:val="28"/>
                <w:szCs w:val="28"/>
              </w:rPr>
            </w:pPr>
          </w:p>
          <w:p w:rsidR="00AF0336" w:rsidRDefault="00AF0336" w:rsidP="00DA1903">
            <w:pPr>
              <w:rPr>
                <w:rFonts w:ascii="Sassoon Penpals" w:hAnsi="Sassoon Penpals" w:cs="Times New Roman"/>
                <w:sz w:val="28"/>
                <w:szCs w:val="28"/>
              </w:rPr>
            </w:pPr>
          </w:p>
          <w:p w:rsidR="00AF0336" w:rsidRPr="00381911" w:rsidRDefault="00AF0336" w:rsidP="00DA1903">
            <w:pPr>
              <w:rPr>
                <w:rFonts w:ascii="Sassoon Penpals" w:hAnsi="Sassoon Penpals" w:cs="Times New Roman"/>
                <w:sz w:val="28"/>
                <w:szCs w:val="28"/>
              </w:rPr>
            </w:pPr>
            <w:r>
              <w:rPr>
                <w:rFonts w:ascii="Sassoon Penpals" w:hAnsi="Sassoon Penpals" w:cs="Times New Roman"/>
                <w:sz w:val="28"/>
                <w:szCs w:val="28"/>
              </w:rPr>
              <w:t>Enquiry Led</w:t>
            </w:r>
          </w:p>
        </w:tc>
        <w:tc>
          <w:tcPr>
            <w:tcW w:w="8710" w:type="dxa"/>
            <w:gridSpan w:val="2"/>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Topic question: How can I light up a bulb?</w:t>
            </w: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b/>
                <w:sz w:val="28"/>
                <w:szCs w:val="28"/>
              </w:rPr>
              <w:t>Key Vocabulary: bulb, wire, cell, battery, circuit, mains, components, buzzer, motor, switch, insulator</w:t>
            </w:r>
          </w:p>
        </w:tc>
      </w:tr>
      <w:tr w:rsidR="00AF0336" w:rsidRPr="00F175F8" w:rsidTr="00DA1903">
        <w:tc>
          <w:tcPr>
            <w:tcW w:w="2035" w:type="dxa"/>
            <w:vMerge/>
          </w:tcPr>
          <w:p w:rsidR="00AF0336" w:rsidRPr="00871FC6" w:rsidRDefault="00AF0336" w:rsidP="00DA1903">
            <w:pPr>
              <w:rPr>
                <w:rFonts w:ascii="Sassoon Penpals" w:hAnsi="Sassoon Penpals" w:cs="Times New Roman"/>
                <w:sz w:val="28"/>
                <w:szCs w:val="28"/>
              </w:rPr>
            </w:pPr>
          </w:p>
        </w:tc>
        <w:tc>
          <w:tcPr>
            <w:tcW w:w="3935"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Know what electricity is and which machines need electricity to work.</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simple electrical components and match them to their symbols.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Construct a simple series electrical circuit, identifying and naming its basic parts and being able to explain what is happening.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Draw and label a diagram of a simple electrical circuit.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Know what a thermal insulator is and what makes a good conductor.</w:t>
            </w:r>
          </w:p>
        </w:tc>
        <w:tc>
          <w:tcPr>
            <w:tcW w:w="4775"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Ask relevant questions to support understanding of the components required to generate electricity.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Make careful and systematic observations on the components required to light up a bulb.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Identify and name common appliances that run on electricity, and </w:t>
            </w:r>
            <w:proofErr w:type="spellStart"/>
            <w:r w:rsidRPr="00871FC6">
              <w:rPr>
                <w:rFonts w:ascii="Sassoon Penpals" w:hAnsi="Sassoon Penpals" w:cs="Times New Roman"/>
                <w:sz w:val="28"/>
                <w:szCs w:val="28"/>
              </w:rPr>
              <w:t>recognise</w:t>
            </w:r>
            <w:proofErr w:type="spellEnd"/>
            <w:r w:rsidRPr="00871FC6">
              <w:rPr>
                <w:rFonts w:ascii="Sassoon Penpals" w:hAnsi="Sassoon Penpals" w:cs="Times New Roman"/>
                <w:sz w:val="28"/>
                <w:szCs w:val="28"/>
              </w:rPr>
              <w:t xml:space="preserve"> some common conductors (metals) and insulators.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Identify and </w:t>
            </w:r>
            <w:proofErr w:type="spellStart"/>
            <w:r w:rsidRPr="00871FC6">
              <w:rPr>
                <w:rFonts w:ascii="Sassoon Penpals" w:hAnsi="Sassoon Penpals" w:cs="Times New Roman"/>
                <w:sz w:val="28"/>
                <w:szCs w:val="28"/>
              </w:rPr>
              <w:t>recognise</w:t>
            </w:r>
            <w:proofErr w:type="spellEnd"/>
            <w:r w:rsidRPr="00871FC6">
              <w:rPr>
                <w:rFonts w:ascii="Sassoon Penpals" w:hAnsi="Sassoon Penpals" w:cs="Times New Roman"/>
                <w:sz w:val="28"/>
                <w:szCs w:val="28"/>
              </w:rPr>
              <w:t xml:space="preserve"> that a switch opens and closes a circuit, associating this with whether or not lamp lights in a simple series circuit.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Set up simple practical enquiries, comparative and fair tests to investigate whether or not a lamp will light in a simple series circuit, based on whether or not the lamp is part of a complete loop with a battery.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Gather &amp; Record the essential components needed for a simple series circuit to generate electricity.</w:t>
            </w:r>
          </w:p>
        </w:tc>
      </w:tr>
      <w:tr w:rsidR="00AF0336" w:rsidRPr="00F175F8" w:rsidTr="00DA1903">
        <w:tc>
          <w:tcPr>
            <w:tcW w:w="2035" w:type="dxa"/>
            <w:vMerge w:val="restart"/>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lastRenderedPageBreak/>
              <w:t>Summer 2 2027</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Forces and magnets</w:t>
            </w:r>
          </w:p>
          <w:p w:rsidR="00AF033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(Physics)</w:t>
            </w:r>
          </w:p>
          <w:p w:rsidR="00AF0336" w:rsidRPr="00381911" w:rsidRDefault="00AF0336" w:rsidP="00DA1903">
            <w:pPr>
              <w:rPr>
                <w:rFonts w:ascii="Sassoon Penpals" w:hAnsi="Sassoon Penpals" w:cs="Times New Roman"/>
                <w:sz w:val="28"/>
                <w:szCs w:val="28"/>
              </w:rPr>
            </w:pPr>
          </w:p>
          <w:p w:rsidR="00AF0336" w:rsidRDefault="00AF0336" w:rsidP="00DA1903">
            <w:pPr>
              <w:rPr>
                <w:rFonts w:ascii="Sassoon Penpals" w:hAnsi="Sassoon Penpals" w:cs="Times New Roman"/>
                <w:sz w:val="28"/>
                <w:szCs w:val="28"/>
              </w:rPr>
            </w:pPr>
          </w:p>
          <w:p w:rsidR="00AF0336" w:rsidRDefault="00AF0336" w:rsidP="00DA1903">
            <w:pPr>
              <w:rPr>
                <w:rFonts w:ascii="Sassoon Penpals" w:hAnsi="Sassoon Penpals" w:cs="Times New Roman"/>
                <w:sz w:val="28"/>
                <w:szCs w:val="28"/>
              </w:rPr>
            </w:pPr>
          </w:p>
          <w:p w:rsidR="00AF0336" w:rsidRPr="00381911" w:rsidRDefault="00AF0336" w:rsidP="00DA1903">
            <w:pPr>
              <w:rPr>
                <w:rFonts w:ascii="Sassoon Penpals" w:hAnsi="Sassoon Penpals" w:cs="Times New Roman"/>
                <w:sz w:val="28"/>
                <w:szCs w:val="28"/>
              </w:rPr>
            </w:pPr>
            <w:r>
              <w:rPr>
                <w:rFonts w:ascii="Sassoon Penpals" w:hAnsi="Sassoon Penpals" w:cs="Times New Roman"/>
                <w:sz w:val="28"/>
                <w:szCs w:val="28"/>
              </w:rPr>
              <w:t>Enquiry Led</w:t>
            </w:r>
          </w:p>
        </w:tc>
        <w:tc>
          <w:tcPr>
            <w:tcW w:w="8710" w:type="dxa"/>
            <w:gridSpan w:val="2"/>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Topic question: How do forces work and what materials are magnetic or not?</w:t>
            </w: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b/>
                <w:sz w:val="28"/>
                <w:szCs w:val="28"/>
              </w:rPr>
              <w:t>Key Vocabulary: gravity, force, magnetism, friction, north, south, force meters, push, pull, poles, repel, attract</w:t>
            </w:r>
          </w:p>
        </w:tc>
      </w:tr>
      <w:tr w:rsidR="00AF0336" w:rsidRPr="00F175F8" w:rsidTr="00DA1903">
        <w:tc>
          <w:tcPr>
            <w:tcW w:w="2035" w:type="dxa"/>
            <w:vMerge/>
          </w:tcPr>
          <w:p w:rsidR="00AF0336" w:rsidRPr="00871FC6" w:rsidRDefault="00AF0336" w:rsidP="00DA1903">
            <w:pPr>
              <w:rPr>
                <w:rFonts w:ascii="Sassoon Penpals" w:hAnsi="Sassoon Penpals" w:cs="Times New Roman"/>
                <w:sz w:val="28"/>
                <w:szCs w:val="28"/>
              </w:rPr>
            </w:pPr>
          </w:p>
        </w:tc>
        <w:tc>
          <w:tcPr>
            <w:tcW w:w="3935"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that some objects are magnetic and that they have two poles (north and south).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that magnets attract and repel depending on which direction each pole is facing.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that some forces need contact between two objects but magnetic forces can act at a distance.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that forces push and pull and how they react differently on different surfaces.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Know that friction and gravity are forces that affect movement and need contact between 2 objects.</w:t>
            </w:r>
          </w:p>
        </w:tc>
        <w:tc>
          <w:tcPr>
            <w:tcW w:w="4775"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Ask relevant questions to know that forces need contact between two objects and that forces change movement.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Make careful and systematic observations how things move on different surfaces and how magnets attract or repel some materials and not others.</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Identify and classify a variety of everyday materials on the basis of whether they are attracted to a magnet.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Setting up simple practical enquiries, comparative and fair tests to understand which objects are magnetic.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Gather &amp; Record objects which are/are not magnetic.</w:t>
            </w:r>
          </w:p>
        </w:tc>
      </w:tr>
    </w:tbl>
    <w:tbl>
      <w:tblPr>
        <w:tblStyle w:val="TableGrid3"/>
        <w:tblW w:w="10745" w:type="dxa"/>
        <w:tblInd w:w="-998" w:type="dxa"/>
        <w:tblLook w:val="04A0" w:firstRow="1" w:lastRow="0" w:firstColumn="1" w:lastColumn="0" w:noHBand="0" w:noVBand="1"/>
      </w:tblPr>
      <w:tblGrid>
        <w:gridCol w:w="1957"/>
        <w:gridCol w:w="3969"/>
        <w:gridCol w:w="4819"/>
      </w:tblGrid>
      <w:tr w:rsidR="00AF0336" w:rsidRPr="00F175F8" w:rsidTr="00DA1903">
        <w:tc>
          <w:tcPr>
            <w:tcW w:w="10745" w:type="dxa"/>
            <w:gridSpan w:val="3"/>
            <w:shd w:val="clear" w:color="auto" w:fill="00B0F0"/>
          </w:tcPr>
          <w:p w:rsidR="00AF0336" w:rsidRPr="00F175F8" w:rsidRDefault="00AF0336" w:rsidP="00DA1903">
            <w:pPr>
              <w:jc w:val="center"/>
              <w:rPr>
                <w:rFonts w:ascii="Sassoon Penpals" w:hAnsi="Sassoon Penpals" w:cs="Times New Roman"/>
                <w:sz w:val="40"/>
                <w:szCs w:val="40"/>
              </w:rPr>
            </w:pPr>
            <w:r>
              <w:rPr>
                <w:rFonts w:ascii="Sassoon Penpals" w:hAnsi="Sassoon Penpals" w:cs="Times New Roman"/>
                <w:sz w:val="40"/>
                <w:szCs w:val="40"/>
              </w:rPr>
              <w:t>Year 5/6</w:t>
            </w:r>
          </w:p>
        </w:tc>
      </w:tr>
      <w:tr w:rsidR="00AF0336" w:rsidRPr="00871FC6" w:rsidTr="00DA1903">
        <w:tc>
          <w:tcPr>
            <w:tcW w:w="1957" w:type="dxa"/>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Term</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Subject</w:t>
            </w:r>
          </w:p>
        </w:tc>
        <w:tc>
          <w:tcPr>
            <w:tcW w:w="3969" w:type="dxa"/>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Knowledge</w:t>
            </w:r>
          </w:p>
        </w:tc>
        <w:tc>
          <w:tcPr>
            <w:tcW w:w="4819" w:type="dxa"/>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Skills</w:t>
            </w:r>
          </w:p>
        </w:tc>
      </w:tr>
      <w:tr w:rsidR="00AF0336" w:rsidRPr="00871FC6" w:rsidTr="00DA1903">
        <w:tc>
          <w:tcPr>
            <w:tcW w:w="1957" w:type="dxa"/>
            <w:vMerge w:val="restart"/>
            <w:shd w:val="clear" w:color="auto" w:fill="A6A6A6" w:themeFill="background1" w:themeFillShade="A6"/>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Autumn 1 2026</w:t>
            </w:r>
          </w:p>
          <w:p w:rsidR="00AF0336" w:rsidRPr="00871FC6" w:rsidRDefault="00AF0336" w:rsidP="00DA1903">
            <w:pPr>
              <w:rPr>
                <w:rFonts w:ascii="Sassoon Penpals" w:hAnsi="Sassoon Penpals" w:cs="Times New Roman"/>
                <w:sz w:val="28"/>
                <w:szCs w:val="28"/>
              </w:rPr>
            </w:pPr>
          </w:p>
        </w:tc>
        <w:tc>
          <w:tcPr>
            <w:tcW w:w="8788" w:type="dxa"/>
            <w:gridSpan w:val="2"/>
            <w:shd w:val="clear" w:color="auto" w:fill="A6A6A6" w:themeFill="background1" w:themeFillShade="A6"/>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 xml:space="preserve"> </w:t>
            </w:r>
          </w:p>
        </w:tc>
      </w:tr>
      <w:tr w:rsidR="00AF0336" w:rsidRPr="00871FC6" w:rsidTr="00DA1903">
        <w:tc>
          <w:tcPr>
            <w:tcW w:w="1957" w:type="dxa"/>
            <w:vMerge/>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c>
          <w:tcPr>
            <w:tcW w:w="3969" w:type="dxa"/>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c>
          <w:tcPr>
            <w:tcW w:w="4819" w:type="dxa"/>
            <w:shd w:val="clear" w:color="auto" w:fill="A6A6A6" w:themeFill="background1" w:themeFillShade="A6"/>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lang w:val="en-GB"/>
              </w:rPr>
              <w:t></w:t>
            </w:r>
            <w:r w:rsidRPr="00871FC6">
              <w:rPr>
                <w:rFonts w:ascii="Sassoon Penpals" w:hAnsi="Sassoon Penpals" w:cs="Times New Roman"/>
                <w:sz w:val="28"/>
                <w:szCs w:val="28"/>
              </w:rPr>
              <w:t xml:space="preserve"> </w:t>
            </w:r>
          </w:p>
        </w:tc>
      </w:tr>
      <w:tr w:rsidR="00AF0336" w:rsidRPr="00871FC6" w:rsidTr="00DA1903">
        <w:tc>
          <w:tcPr>
            <w:tcW w:w="1957" w:type="dxa"/>
            <w:vMerge w:val="restart"/>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Autumn 2 2026</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Light</w:t>
            </w:r>
          </w:p>
          <w:p w:rsidR="00AF033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(Physics)</w:t>
            </w:r>
          </w:p>
          <w:p w:rsidR="00AF0336" w:rsidRDefault="00AF0336" w:rsidP="00DA1903">
            <w:pPr>
              <w:rPr>
                <w:rFonts w:ascii="Sassoon Penpals" w:hAnsi="Sassoon Penpals" w:cs="Times New Roman"/>
                <w:sz w:val="28"/>
                <w:szCs w:val="28"/>
              </w:rPr>
            </w:pPr>
          </w:p>
          <w:p w:rsidR="00AF0336" w:rsidRDefault="00AF0336" w:rsidP="00DA1903">
            <w:pPr>
              <w:rPr>
                <w:rFonts w:ascii="Sassoon Penpals" w:hAnsi="Sassoon Penpals" w:cs="Times New Roman"/>
                <w:sz w:val="28"/>
                <w:szCs w:val="28"/>
              </w:rPr>
            </w:pPr>
          </w:p>
          <w:p w:rsidR="00AF0336" w:rsidRPr="00381911" w:rsidRDefault="00AF0336" w:rsidP="00DA1903">
            <w:pPr>
              <w:rPr>
                <w:rFonts w:ascii="Sassoon Penpals" w:hAnsi="Sassoon Penpals" w:cs="Times New Roman"/>
                <w:sz w:val="28"/>
                <w:szCs w:val="28"/>
              </w:rPr>
            </w:pPr>
            <w:r>
              <w:rPr>
                <w:rFonts w:ascii="Sassoon Penpals" w:hAnsi="Sassoon Penpals" w:cs="Times New Roman"/>
                <w:sz w:val="28"/>
                <w:szCs w:val="28"/>
              </w:rPr>
              <w:t>Enquiry Led</w:t>
            </w:r>
          </w:p>
        </w:tc>
        <w:tc>
          <w:tcPr>
            <w:tcW w:w="8788" w:type="dxa"/>
            <w:gridSpan w:val="2"/>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Topic question: Did light help or hinder us in WW2?</w:t>
            </w: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b/>
                <w:sz w:val="28"/>
                <w:szCs w:val="28"/>
              </w:rPr>
              <w:t>Key Vocabulary: shadow, periscope, reflect, Isaac Newton, spectrum, white light, transparent, translucent, opaque.</w:t>
            </w:r>
          </w:p>
        </w:tc>
      </w:tr>
      <w:tr w:rsidR="00AF0336" w:rsidRPr="00871FC6" w:rsidTr="00DA1903">
        <w:tc>
          <w:tcPr>
            <w:tcW w:w="1957" w:type="dxa"/>
            <w:vMerge/>
          </w:tcPr>
          <w:p w:rsidR="00AF0336" w:rsidRPr="00871FC6" w:rsidRDefault="00AF0336" w:rsidP="00DA1903">
            <w:pPr>
              <w:rPr>
                <w:rFonts w:ascii="Sassoon Penpals" w:hAnsi="Sassoon Penpals" w:cs="Times New Roman"/>
                <w:sz w:val="28"/>
                <w:szCs w:val="28"/>
              </w:rPr>
            </w:pPr>
          </w:p>
        </w:tc>
        <w:tc>
          <w:tcPr>
            <w:tcW w:w="3969"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how the shape and size of a shadow are determined and how to change this.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Change the shape and side of a shadow.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Make a periscope and explain how it works. </w:t>
            </w: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Know how we see objects and that light reflects off of objects.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that light travels in straight lines and understand how the human eye computes information.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Use my knowledge of reflection to place mirrors to make light follow a path.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how we see light sources and non-light sources and understand the differences.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how light travels to reach my eye.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how white light is made up of a spectrum of different </w:t>
            </w:r>
            <w:proofErr w:type="spellStart"/>
            <w:r w:rsidRPr="00871FC6">
              <w:rPr>
                <w:rFonts w:ascii="Sassoon Penpals" w:hAnsi="Sassoon Penpals" w:cs="Times New Roman"/>
                <w:sz w:val="28"/>
                <w:szCs w:val="28"/>
              </w:rPr>
              <w:t>colours</w:t>
            </w:r>
            <w:proofErr w:type="spellEnd"/>
            <w:r w:rsidRPr="00871FC6">
              <w:rPr>
                <w:rFonts w:ascii="Sassoon Penpals" w:hAnsi="Sassoon Penpals" w:cs="Times New Roman"/>
                <w:sz w:val="28"/>
                <w:szCs w:val="28"/>
              </w:rPr>
              <w:t xml:space="preserve">.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what Isaac Newton discovered and what he is famous for.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how moving an object changes the size of its shadow and why shadows have the same shape as the object that cast them.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the terms of translucent, transparent and opaque. </w:t>
            </w:r>
          </w:p>
        </w:tc>
        <w:tc>
          <w:tcPr>
            <w:tcW w:w="4819"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Plan a scientific enquiry using knowledge of reflection to make light follow a straight line path - controlling variables where necessary.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Take measurements of shadows across the day using measuring tools, with increasing accuracy and precision, taking repeat readings when appropriate.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Record data and results in a diagram to explain how we see light sources and non-light sources, and use results to make future predictions for further comparative and fair tests.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Report and present findings by making a spinner to explain how white light is made up of a spectrum of different </w:t>
            </w:r>
            <w:proofErr w:type="spellStart"/>
            <w:r w:rsidRPr="00871FC6">
              <w:rPr>
                <w:rFonts w:ascii="Sassoon Penpals" w:hAnsi="Sassoon Penpals" w:cs="Times New Roman"/>
                <w:sz w:val="28"/>
                <w:szCs w:val="28"/>
              </w:rPr>
              <w:t>colours</w:t>
            </w:r>
            <w:proofErr w:type="spellEnd"/>
            <w:r w:rsidRPr="00871FC6">
              <w:rPr>
                <w:rFonts w:ascii="Sassoon Penpals" w:hAnsi="Sassoon Penpals" w:cs="Times New Roman"/>
                <w:sz w:val="28"/>
                <w:szCs w:val="28"/>
              </w:rPr>
              <w:t xml:space="preserve">.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Identify scientific evidence from enquiries to explain that we see things because light travels from light sources to our eyes, or from light sources to objects and then to our eyes. </w:t>
            </w:r>
          </w:p>
        </w:tc>
      </w:tr>
      <w:tr w:rsidR="00AF0336" w:rsidRPr="00871FC6" w:rsidTr="00DA1903">
        <w:tc>
          <w:tcPr>
            <w:tcW w:w="1957" w:type="dxa"/>
            <w:vMerge w:val="restart"/>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lastRenderedPageBreak/>
              <w:t>Spring 1 2027</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Evolution and inheritance</w:t>
            </w:r>
          </w:p>
          <w:p w:rsidR="00AF033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(Biology)</w:t>
            </w:r>
          </w:p>
          <w:p w:rsidR="00AF0336" w:rsidRDefault="00AF0336" w:rsidP="00DA1903">
            <w:pPr>
              <w:rPr>
                <w:rFonts w:ascii="Sassoon Penpals" w:hAnsi="Sassoon Penpals" w:cs="Times New Roman"/>
                <w:sz w:val="28"/>
                <w:szCs w:val="28"/>
              </w:rPr>
            </w:pPr>
          </w:p>
          <w:p w:rsidR="00AF0336" w:rsidRDefault="00AF0336" w:rsidP="00DA1903">
            <w:pPr>
              <w:rPr>
                <w:rFonts w:ascii="Sassoon Penpals" w:hAnsi="Sassoon Penpals" w:cs="Times New Roman"/>
                <w:sz w:val="28"/>
                <w:szCs w:val="28"/>
              </w:rPr>
            </w:pPr>
          </w:p>
          <w:p w:rsidR="00AF0336" w:rsidRPr="00381911" w:rsidRDefault="00AF0336" w:rsidP="00DA1903">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Power of Reading text:</w:t>
            </w:r>
          </w:p>
          <w:p w:rsidR="00AF0336" w:rsidRPr="00381911" w:rsidRDefault="00AF0336" w:rsidP="00DA1903">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Dark Sky Park</w:t>
            </w:r>
          </w:p>
          <w:p w:rsidR="00AF0336" w:rsidRPr="00381911" w:rsidRDefault="00AF0336" w:rsidP="00DA1903">
            <w:pPr>
              <w:rPr>
                <w:rFonts w:ascii="Sassoon Penpals" w:hAnsi="Sassoon Penpals" w:cs="Times New Roman"/>
                <w:sz w:val="28"/>
                <w:szCs w:val="28"/>
              </w:rPr>
            </w:pPr>
          </w:p>
        </w:tc>
        <w:tc>
          <w:tcPr>
            <w:tcW w:w="8788" w:type="dxa"/>
            <w:gridSpan w:val="2"/>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Topic question: How have animals changed overtime?</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Key Vocabulary: Charlie Darwin, Mary Anning, evolution, generation, extinct, mutation, reproduction, inheritance, natural selection, organism, hybrid, adaptation</w:t>
            </w:r>
          </w:p>
        </w:tc>
      </w:tr>
      <w:tr w:rsidR="00AF0336" w:rsidRPr="00871FC6" w:rsidTr="00DA1903">
        <w:tc>
          <w:tcPr>
            <w:tcW w:w="1957" w:type="dxa"/>
            <w:vMerge/>
          </w:tcPr>
          <w:p w:rsidR="00AF0336" w:rsidRPr="00871FC6" w:rsidRDefault="00AF0336" w:rsidP="00DA1903">
            <w:pPr>
              <w:rPr>
                <w:rFonts w:ascii="Sassoon Penpals" w:hAnsi="Sassoon Penpals" w:cs="Times New Roman"/>
                <w:sz w:val="28"/>
                <w:szCs w:val="28"/>
              </w:rPr>
            </w:pPr>
          </w:p>
        </w:tc>
        <w:tc>
          <w:tcPr>
            <w:tcW w:w="3969"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the process of evolution by natural selection and why natural selection is important.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that Charles Darwin developed the theory of natural selection.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Know how Mary Anning contributed to our understanding of fossils.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Understand how a fossil is formed and what the fossil record tells us about the past.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what heredity and mutation are.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why I share features with my parents. Know how hybrids are created.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how some animals and plants have adapted to their environment.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what would happen if animals and plants did not adapt.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Know some of the difficulties of different environments.</w:t>
            </w:r>
          </w:p>
        </w:tc>
        <w:tc>
          <w:tcPr>
            <w:tcW w:w="4819"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Plan a scientific enquiry to understand how Charles Darwin developed the theory of natural selection.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Record data using scientific diagrams to explain what the fossil record tells us about the past.</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Present fact files reporting findings to explain the theory of natural selection.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Identify scientific evidence to identify how animals and plants are adapted to suit their environment in different ways, and that adaptation may lead to evolution.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proofErr w:type="spellStart"/>
            <w:r w:rsidRPr="00871FC6">
              <w:rPr>
                <w:rFonts w:ascii="Sassoon Penpals" w:hAnsi="Sassoon Penpals" w:cs="Times New Roman"/>
                <w:sz w:val="28"/>
                <w:szCs w:val="28"/>
              </w:rPr>
              <w:t>Recognise</w:t>
            </w:r>
            <w:proofErr w:type="spellEnd"/>
            <w:r w:rsidRPr="00871FC6">
              <w:rPr>
                <w:rFonts w:ascii="Sassoon Penpals" w:hAnsi="Sassoon Penpals" w:cs="Times New Roman"/>
                <w:sz w:val="28"/>
                <w:szCs w:val="28"/>
              </w:rPr>
              <w:t xml:space="preserve"> that living things have changed over time and that fossils provide information about living things that inhabited the Earth millions of years ago. Also that living things produce offspring of the same kind, but normally offspring vary and are not identical to their parents</w:t>
            </w:r>
          </w:p>
        </w:tc>
      </w:tr>
      <w:tr w:rsidR="00AF0336" w:rsidRPr="00871FC6" w:rsidTr="00DA1903">
        <w:tc>
          <w:tcPr>
            <w:tcW w:w="1957" w:type="dxa"/>
            <w:vMerge w:val="restart"/>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lastRenderedPageBreak/>
              <w:t>Spring 2 2027</w:t>
            </w:r>
          </w:p>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Living things and their habitats</w:t>
            </w:r>
          </w:p>
          <w:p w:rsidR="00AF033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(Biology)</w:t>
            </w:r>
          </w:p>
          <w:p w:rsidR="00AF0336" w:rsidRDefault="00AF0336" w:rsidP="00DA1903">
            <w:pPr>
              <w:rPr>
                <w:rFonts w:ascii="Sassoon Penpals" w:hAnsi="Sassoon Penpals" w:cs="Times New Roman"/>
                <w:sz w:val="28"/>
                <w:szCs w:val="28"/>
              </w:rPr>
            </w:pPr>
          </w:p>
          <w:p w:rsidR="00AF0336" w:rsidRDefault="00AF0336" w:rsidP="00DA1903">
            <w:pPr>
              <w:rPr>
                <w:rFonts w:ascii="Sassoon Penpals" w:hAnsi="Sassoon Penpals" w:cs="Times New Roman"/>
                <w:sz w:val="28"/>
                <w:szCs w:val="28"/>
              </w:rPr>
            </w:pPr>
          </w:p>
          <w:p w:rsidR="00AF0336" w:rsidRPr="00381911" w:rsidRDefault="00AF0336" w:rsidP="00DA1903">
            <w:pPr>
              <w:rPr>
                <w:rFonts w:ascii="Sassoon Penpals" w:hAnsi="Sassoon Penpals" w:cs="Times New Roman"/>
                <w:sz w:val="28"/>
                <w:szCs w:val="28"/>
              </w:rPr>
            </w:pPr>
            <w:r>
              <w:rPr>
                <w:rFonts w:ascii="Sassoon Penpals" w:hAnsi="Sassoon Penpals" w:cs="Times New Roman"/>
                <w:sz w:val="28"/>
                <w:szCs w:val="28"/>
              </w:rPr>
              <w:t>Enquiry Led</w:t>
            </w:r>
          </w:p>
        </w:tc>
        <w:tc>
          <w:tcPr>
            <w:tcW w:w="8788" w:type="dxa"/>
            <w:gridSpan w:val="2"/>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Topic question: What are the life-cycles of different plants and animals like?</w:t>
            </w: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b/>
                <w:sz w:val="28"/>
                <w:szCs w:val="28"/>
              </w:rPr>
              <w:t xml:space="preserve">Key Vocabulary: life cycle, marsupials, </w:t>
            </w:r>
            <w:proofErr w:type="spellStart"/>
            <w:r w:rsidRPr="00871FC6">
              <w:rPr>
                <w:rFonts w:ascii="Sassoon Penpals" w:hAnsi="Sassoon Penpals" w:cs="Times New Roman"/>
                <w:b/>
                <w:sz w:val="28"/>
                <w:szCs w:val="28"/>
              </w:rPr>
              <w:t>montrememe</w:t>
            </w:r>
            <w:proofErr w:type="spellEnd"/>
            <w:r w:rsidRPr="00871FC6">
              <w:rPr>
                <w:rFonts w:ascii="Sassoon Penpals" w:hAnsi="Sassoon Penpals" w:cs="Times New Roman"/>
                <w:b/>
                <w:sz w:val="28"/>
                <w:szCs w:val="28"/>
              </w:rPr>
              <w:t xml:space="preserve">, placental, gestation, pollination, </w:t>
            </w:r>
            <w:proofErr w:type="spellStart"/>
            <w:r w:rsidRPr="00871FC6">
              <w:rPr>
                <w:rFonts w:ascii="Sassoon Penpals" w:hAnsi="Sassoon Penpals" w:cs="Times New Roman"/>
                <w:b/>
                <w:sz w:val="28"/>
                <w:szCs w:val="28"/>
              </w:rPr>
              <w:t>fertilisation</w:t>
            </w:r>
            <w:proofErr w:type="spellEnd"/>
            <w:r w:rsidRPr="00871FC6">
              <w:rPr>
                <w:rFonts w:ascii="Sassoon Penpals" w:hAnsi="Sassoon Penpals" w:cs="Times New Roman"/>
                <w:b/>
                <w:sz w:val="28"/>
                <w:szCs w:val="28"/>
              </w:rPr>
              <w:t>, germination, sexual reproduction, asexual reproduction, dissect</w:t>
            </w:r>
          </w:p>
        </w:tc>
      </w:tr>
      <w:tr w:rsidR="00AF0336" w:rsidRPr="00871FC6" w:rsidTr="00DA1903">
        <w:tc>
          <w:tcPr>
            <w:tcW w:w="1957" w:type="dxa"/>
            <w:vMerge/>
          </w:tcPr>
          <w:p w:rsidR="00AF0336" w:rsidRPr="00871FC6" w:rsidRDefault="00AF0336" w:rsidP="00DA1903">
            <w:pPr>
              <w:rPr>
                <w:rFonts w:ascii="Sassoon Penpals" w:hAnsi="Sassoon Penpals" w:cs="Times New Roman"/>
                <w:sz w:val="28"/>
                <w:szCs w:val="28"/>
              </w:rPr>
            </w:pPr>
          </w:p>
        </w:tc>
        <w:tc>
          <w:tcPr>
            <w:tcW w:w="3969"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Research and explore the life-cycle of a given creature.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Discuss and present findings from research with others. </w:t>
            </w: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Describe and explain similarities and differences between different creatures’ life-cycles.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Describe the life process of reproduction in some mammals, amphibians and birds.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the life-cycle of a flowering plant and how many stages there are in its life-cycle.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Describe the life process of reproduction in some plants and the different ways seeds can be dispersed.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Know and understand the differences between sexual and asexual reproduction.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Name some reproductive parts of a plant.</w:t>
            </w:r>
          </w:p>
        </w:tc>
        <w:tc>
          <w:tcPr>
            <w:tcW w:w="4819" w:type="dxa"/>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Plan how to take a cutting of a plant to support understanding of plant reproduction.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Take measurements of the growth of plant cuttings with increasing accuracy and precision, taking repeat readings when appropriate.</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Research and record data on the life cycles of different animal groups and share this information with David Attenborough by writing a short letter.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Report and present findings from research enquiries on the gestation of a variety of mammals.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Make predictions on the length of gestation and record findings on a table/bar chart.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 xml:space="preserve">Identify scientific evidence to debate the advantages and disadvantages of sexual and asexual reproduction. </w:t>
            </w:r>
          </w:p>
          <w:p w:rsidR="00AF0336" w:rsidRPr="00871FC6" w:rsidRDefault="00AF0336" w:rsidP="00DA1903">
            <w:pPr>
              <w:rPr>
                <w:rFonts w:ascii="Sassoon Penpals" w:hAnsi="Sassoon Penpals" w:cs="Times New Roman"/>
                <w:sz w:val="28"/>
                <w:szCs w:val="28"/>
              </w:rPr>
            </w:pPr>
          </w:p>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sz w:val="28"/>
                <w:szCs w:val="28"/>
              </w:rPr>
              <w:t>Identify the four stages of a flowering plant’s life-cycle and its reproductive parts.</w:t>
            </w:r>
          </w:p>
        </w:tc>
      </w:tr>
      <w:tr w:rsidR="00AF0336" w:rsidRPr="00871FC6" w:rsidTr="00DA1903">
        <w:tc>
          <w:tcPr>
            <w:tcW w:w="1957" w:type="dxa"/>
            <w:vMerge w:val="restart"/>
            <w:shd w:val="clear" w:color="auto" w:fill="A6A6A6" w:themeFill="background1" w:themeFillShade="A6"/>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lastRenderedPageBreak/>
              <w:t>Summer 1 2027</w:t>
            </w:r>
          </w:p>
          <w:p w:rsidR="00AF0336" w:rsidRPr="00871FC6" w:rsidRDefault="00AF0336" w:rsidP="00DA1903">
            <w:pPr>
              <w:rPr>
                <w:rFonts w:ascii="Sassoon Penpals" w:hAnsi="Sassoon Penpals" w:cs="Times New Roman"/>
                <w:b/>
                <w:sz w:val="28"/>
                <w:szCs w:val="28"/>
              </w:rPr>
            </w:pPr>
          </w:p>
        </w:tc>
        <w:tc>
          <w:tcPr>
            <w:tcW w:w="8788" w:type="dxa"/>
            <w:gridSpan w:val="2"/>
            <w:shd w:val="clear" w:color="auto" w:fill="A6A6A6" w:themeFill="background1" w:themeFillShade="A6"/>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b/>
                <w:sz w:val="28"/>
                <w:szCs w:val="28"/>
              </w:rPr>
              <w:t xml:space="preserve"> </w:t>
            </w:r>
          </w:p>
        </w:tc>
      </w:tr>
      <w:tr w:rsidR="00AF0336" w:rsidRPr="00871FC6" w:rsidTr="00DA1903">
        <w:tc>
          <w:tcPr>
            <w:tcW w:w="1957" w:type="dxa"/>
            <w:vMerge/>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c>
          <w:tcPr>
            <w:tcW w:w="3969" w:type="dxa"/>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c>
          <w:tcPr>
            <w:tcW w:w="4819" w:type="dxa"/>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r>
      <w:tr w:rsidR="00AF0336" w:rsidRPr="00871FC6" w:rsidTr="00DA1903">
        <w:tc>
          <w:tcPr>
            <w:tcW w:w="1957" w:type="dxa"/>
            <w:vMerge w:val="restart"/>
            <w:shd w:val="clear" w:color="auto" w:fill="A6A6A6" w:themeFill="background1" w:themeFillShade="A6"/>
          </w:tcPr>
          <w:p w:rsidR="00AF0336" w:rsidRPr="00871FC6" w:rsidRDefault="00AF0336" w:rsidP="00DA1903">
            <w:pPr>
              <w:rPr>
                <w:rFonts w:ascii="Sassoon Penpals" w:hAnsi="Sassoon Penpals" w:cs="Times New Roman"/>
                <w:b/>
                <w:sz w:val="28"/>
                <w:szCs w:val="28"/>
              </w:rPr>
            </w:pPr>
            <w:r w:rsidRPr="00871FC6">
              <w:rPr>
                <w:rFonts w:ascii="Sassoon Penpals" w:hAnsi="Sassoon Penpals" w:cs="Times New Roman"/>
                <w:b/>
                <w:sz w:val="28"/>
                <w:szCs w:val="28"/>
              </w:rPr>
              <w:t>Summer 2 2027</w:t>
            </w:r>
          </w:p>
          <w:p w:rsidR="00AF0336" w:rsidRPr="00871FC6" w:rsidRDefault="00AF0336" w:rsidP="00DA1903">
            <w:pPr>
              <w:rPr>
                <w:rFonts w:ascii="Sassoon Penpals" w:hAnsi="Sassoon Penpals" w:cs="Times New Roman"/>
                <w:b/>
                <w:sz w:val="28"/>
                <w:szCs w:val="28"/>
              </w:rPr>
            </w:pPr>
          </w:p>
        </w:tc>
        <w:tc>
          <w:tcPr>
            <w:tcW w:w="8788" w:type="dxa"/>
            <w:gridSpan w:val="2"/>
            <w:shd w:val="clear" w:color="auto" w:fill="A6A6A6" w:themeFill="background1" w:themeFillShade="A6"/>
          </w:tcPr>
          <w:p w:rsidR="00AF0336" w:rsidRPr="00871FC6" w:rsidRDefault="00AF0336" w:rsidP="00DA1903">
            <w:pPr>
              <w:rPr>
                <w:rFonts w:ascii="Sassoon Penpals" w:hAnsi="Sassoon Penpals" w:cs="Times New Roman"/>
                <w:sz w:val="28"/>
                <w:szCs w:val="28"/>
              </w:rPr>
            </w:pPr>
            <w:r w:rsidRPr="00871FC6">
              <w:rPr>
                <w:rFonts w:ascii="Sassoon Penpals" w:hAnsi="Sassoon Penpals" w:cs="Times New Roman"/>
                <w:b/>
                <w:sz w:val="28"/>
                <w:szCs w:val="28"/>
              </w:rPr>
              <w:t xml:space="preserve"> </w:t>
            </w:r>
          </w:p>
        </w:tc>
      </w:tr>
      <w:tr w:rsidR="00AF0336" w:rsidRPr="00871FC6" w:rsidTr="00DA1903">
        <w:tc>
          <w:tcPr>
            <w:tcW w:w="1957" w:type="dxa"/>
            <w:vMerge/>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c>
          <w:tcPr>
            <w:tcW w:w="3969" w:type="dxa"/>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c>
          <w:tcPr>
            <w:tcW w:w="4819" w:type="dxa"/>
            <w:shd w:val="clear" w:color="auto" w:fill="A6A6A6" w:themeFill="background1" w:themeFillShade="A6"/>
          </w:tcPr>
          <w:p w:rsidR="00AF0336" w:rsidRPr="00871FC6" w:rsidRDefault="00AF0336" w:rsidP="00DA1903">
            <w:pPr>
              <w:rPr>
                <w:rFonts w:ascii="Sassoon Penpals" w:hAnsi="Sassoon Penpals" w:cs="Times New Roman"/>
                <w:sz w:val="28"/>
                <w:szCs w:val="28"/>
              </w:rPr>
            </w:pPr>
          </w:p>
        </w:tc>
      </w:tr>
    </w:tbl>
    <w:p w:rsidR="00AF0336" w:rsidRPr="00871FC6" w:rsidRDefault="00AF0336" w:rsidP="00AF0336">
      <w:pPr>
        <w:tabs>
          <w:tab w:val="left" w:pos="6212"/>
        </w:tabs>
        <w:rPr>
          <w:sz w:val="28"/>
          <w:szCs w:val="28"/>
        </w:rPr>
      </w:pPr>
    </w:p>
    <w:p w:rsidR="00AF0336" w:rsidRDefault="00AF0336"/>
    <w:tbl>
      <w:tblPr>
        <w:tblStyle w:val="TableGrid6"/>
        <w:tblW w:w="10745" w:type="dxa"/>
        <w:tblInd w:w="-998" w:type="dxa"/>
        <w:tblLook w:val="04A0" w:firstRow="1" w:lastRow="0" w:firstColumn="1" w:lastColumn="0" w:noHBand="0" w:noVBand="1"/>
      </w:tblPr>
      <w:tblGrid>
        <w:gridCol w:w="2035"/>
        <w:gridCol w:w="3934"/>
        <w:gridCol w:w="4776"/>
      </w:tblGrid>
      <w:tr w:rsidR="00DD7C59" w:rsidRPr="00F175F8" w:rsidTr="00C831C1">
        <w:tc>
          <w:tcPr>
            <w:tcW w:w="10745" w:type="dxa"/>
            <w:gridSpan w:val="3"/>
            <w:shd w:val="clear" w:color="auto" w:fill="00B0F0"/>
          </w:tcPr>
          <w:p w:rsidR="00DD7C59" w:rsidRPr="00F175F8" w:rsidRDefault="00DD7C59" w:rsidP="00DD7C59">
            <w:pPr>
              <w:jc w:val="center"/>
              <w:rPr>
                <w:rFonts w:ascii="Sassoon Penpals" w:hAnsi="Sassoon Penpals" w:cs="Times New Roman"/>
                <w:sz w:val="40"/>
                <w:szCs w:val="40"/>
              </w:rPr>
            </w:pPr>
            <w:r>
              <w:rPr>
                <w:rFonts w:ascii="Sassoon Penpals" w:hAnsi="Sassoon Penpals" w:cs="Times New Roman"/>
                <w:sz w:val="40"/>
                <w:szCs w:val="40"/>
              </w:rPr>
              <w:t>Reception</w:t>
            </w:r>
          </w:p>
        </w:tc>
      </w:tr>
      <w:tr w:rsidR="00261274" w:rsidRPr="00F175F8" w:rsidTr="00C831C1">
        <w:tc>
          <w:tcPr>
            <w:tcW w:w="2035" w:type="dxa"/>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Term</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Subject</w:t>
            </w:r>
          </w:p>
        </w:tc>
        <w:tc>
          <w:tcPr>
            <w:tcW w:w="3934" w:type="dxa"/>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Knowledge</w:t>
            </w:r>
          </w:p>
        </w:tc>
        <w:tc>
          <w:tcPr>
            <w:tcW w:w="4776" w:type="dxa"/>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Skills</w:t>
            </w:r>
          </w:p>
        </w:tc>
      </w:tr>
      <w:tr w:rsidR="00261274" w:rsidRPr="00F175F8" w:rsidTr="00C831C1">
        <w:tc>
          <w:tcPr>
            <w:tcW w:w="2035" w:type="dxa"/>
            <w:vMerge w:val="restart"/>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 xml:space="preserve">Autumn 1 </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202</w:t>
            </w:r>
            <w:r w:rsidR="00AF0336">
              <w:rPr>
                <w:rFonts w:ascii="Sassoon Penpals" w:hAnsi="Sassoon Penpals"/>
                <w:b/>
                <w:sz w:val="28"/>
                <w:szCs w:val="28"/>
              </w:rPr>
              <w:t>7</w:t>
            </w:r>
          </w:p>
          <w:p w:rsidR="001B021A" w:rsidRPr="00871FC6" w:rsidRDefault="001B021A" w:rsidP="00261274">
            <w:pPr>
              <w:rPr>
                <w:rFonts w:ascii="Sassoon Penpals" w:hAnsi="Sassoon Penpals"/>
                <w:b/>
                <w:sz w:val="28"/>
                <w:szCs w:val="28"/>
              </w:rPr>
            </w:pPr>
            <w:r w:rsidRPr="00871FC6">
              <w:rPr>
                <w:rFonts w:ascii="Sassoon Penpals" w:hAnsi="Sassoon Penpals"/>
                <w:b/>
                <w:sz w:val="28"/>
                <w:szCs w:val="28"/>
              </w:rPr>
              <w:t>Seasonal Changes</w:t>
            </w:r>
          </w:p>
          <w:p w:rsidR="00261274" w:rsidRDefault="001B021A" w:rsidP="00261274">
            <w:pPr>
              <w:rPr>
                <w:rFonts w:ascii="Sassoon Penpals" w:hAnsi="Sassoon Penpals"/>
                <w:b/>
                <w:sz w:val="28"/>
                <w:szCs w:val="28"/>
              </w:rPr>
            </w:pPr>
            <w:r w:rsidRPr="00871FC6">
              <w:rPr>
                <w:rFonts w:ascii="Sassoon Penpals" w:hAnsi="Sassoon Penpals"/>
                <w:b/>
                <w:sz w:val="28"/>
                <w:szCs w:val="28"/>
              </w:rPr>
              <w:t>(</w:t>
            </w:r>
            <w:r w:rsidR="00CB3711" w:rsidRPr="00871FC6">
              <w:rPr>
                <w:rFonts w:ascii="Sassoon Penpals" w:hAnsi="Sassoon Penpals"/>
                <w:b/>
                <w:sz w:val="28"/>
                <w:szCs w:val="28"/>
              </w:rPr>
              <w:t>Physics</w:t>
            </w:r>
            <w:r w:rsidRPr="00871FC6">
              <w:rPr>
                <w:rFonts w:ascii="Sassoon Penpals" w:hAnsi="Sassoon Penpals"/>
                <w:b/>
                <w:sz w:val="28"/>
                <w:szCs w:val="28"/>
              </w:rPr>
              <w:t>)</w:t>
            </w:r>
          </w:p>
          <w:p w:rsidR="004C3F64" w:rsidRDefault="004C3F64" w:rsidP="00261274">
            <w:pPr>
              <w:rPr>
                <w:rFonts w:ascii="Sassoon Penpals" w:hAnsi="Sassoon Penpals"/>
                <w:sz w:val="28"/>
                <w:szCs w:val="28"/>
              </w:rPr>
            </w:pPr>
          </w:p>
          <w:p w:rsidR="004C3F64" w:rsidRPr="004C3F64" w:rsidRDefault="004C3F64" w:rsidP="004C3F64">
            <w:pPr>
              <w:spacing w:line="259" w:lineRule="auto"/>
              <w:rPr>
                <w:rFonts w:ascii="Sassoon Penpals" w:eastAsia="Calibri" w:hAnsi="Sassoon Penpals" w:cs="Calibri"/>
                <w:b/>
                <w:sz w:val="28"/>
                <w:szCs w:val="28"/>
                <w:lang w:val="en-GB"/>
              </w:rPr>
            </w:pPr>
            <w:r w:rsidRPr="004C3F64">
              <w:rPr>
                <w:rFonts w:ascii="Sassoon Penpals" w:eastAsia="Calibri" w:hAnsi="Sassoon Penpals" w:cs="Calibri"/>
                <w:b/>
                <w:sz w:val="28"/>
                <w:szCs w:val="28"/>
                <w:lang w:val="en-GB"/>
              </w:rPr>
              <w:t>Core Texts:</w:t>
            </w:r>
          </w:p>
          <w:p w:rsidR="004C3F64" w:rsidRPr="004C3F64" w:rsidRDefault="004C3F64" w:rsidP="004C3F64">
            <w:pPr>
              <w:spacing w:line="259" w:lineRule="auto"/>
              <w:rPr>
                <w:rFonts w:ascii="Sassoon Penpals" w:eastAsia="Calibri" w:hAnsi="Sassoon Penpals" w:cs="Calibri"/>
                <w:sz w:val="28"/>
                <w:szCs w:val="28"/>
                <w:lang w:val="en-GB"/>
              </w:rPr>
            </w:pPr>
            <w:r w:rsidRPr="004C3F64">
              <w:rPr>
                <w:rFonts w:ascii="Sassoon Penpals" w:eastAsia="Calibri" w:hAnsi="Sassoon Penpals" w:cs="Calibri"/>
                <w:sz w:val="28"/>
                <w:szCs w:val="28"/>
                <w:lang w:val="en-GB"/>
              </w:rPr>
              <w:t>The Colour Monster</w:t>
            </w:r>
          </w:p>
          <w:p w:rsidR="004C3F64" w:rsidRPr="004C3F64" w:rsidRDefault="004C3F64" w:rsidP="004C3F64">
            <w:pPr>
              <w:spacing w:line="259" w:lineRule="auto"/>
              <w:rPr>
                <w:rFonts w:ascii="Sassoon Penpals" w:eastAsia="Calibri" w:hAnsi="Sassoon Penpals" w:cs="Calibri"/>
                <w:sz w:val="28"/>
                <w:szCs w:val="28"/>
                <w:lang w:val="en-GB"/>
              </w:rPr>
            </w:pPr>
            <w:r w:rsidRPr="004C3F64">
              <w:rPr>
                <w:rFonts w:ascii="Sassoon Penpals" w:eastAsia="Calibri" w:hAnsi="Sassoon Penpals" w:cs="Calibri"/>
                <w:sz w:val="28"/>
                <w:szCs w:val="28"/>
                <w:lang w:val="en-GB"/>
              </w:rPr>
              <w:t>Elmer</w:t>
            </w:r>
          </w:p>
          <w:p w:rsidR="004C3F64" w:rsidRPr="004C3F64" w:rsidRDefault="004C3F64" w:rsidP="004C3F64">
            <w:pPr>
              <w:spacing w:line="259" w:lineRule="auto"/>
              <w:rPr>
                <w:rFonts w:ascii="Sassoon Penpals" w:eastAsia="Calibri" w:hAnsi="Sassoon Penpals" w:cs="Calibri"/>
                <w:sz w:val="28"/>
                <w:szCs w:val="28"/>
                <w:lang w:val="en-GB"/>
              </w:rPr>
            </w:pPr>
            <w:r w:rsidRPr="004C3F64">
              <w:rPr>
                <w:rFonts w:ascii="Sassoon Penpals" w:eastAsia="Calibri" w:hAnsi="Sassoon Penpals" w:cs="Calibri"/>
                <w:sz w:val="28"/>
                <w:szCs w:val="28"/>
                <w:lang w:val="en-GB"/>
              </w:rPr>
              <w:t>The Rainbow Fish</w:t>
            </w:r>
          </w:p>
          <w:p w:rsidR="004C3F64" w:rsidRPr="004C3F64" w:rsidRDefault="004C3F64" w:rsidP="004C3F64">
            <w:pPr>
              <w:spacing w:line="259" w:lineRule="auto"/>
              <w:rPr>
                <w:rFonts w:ascii="Sassoon Penpals" w:eastAsia="Calibri" w:hAnsi="Sassoon Penpals" w:cs="Calibri"/>
                <w:sz w:val="28"/>
                <w:szCs w:val="28"/>
                <w:lang w:val="en-GB"/>
              </w:rPr>
            </w:pPr>
            <w:r w:rsidRPr="004C3F64">
              <w:rPr>
                <w:rFonts w:ascii="Sassoon Penpals" w:eastAsia="Calibri" w:hAnsi="Sassoon Penpals" w:cs="Calibri"/>
                <w:sz w:val="28"/>
                <w:szCs w:val="28"/>
                <w:lang w:val="en-GB"/>
              </w:rPr>
              <w:t>Sassoon</w:t>
            </w:r>
          </w:p>
          <w:p w:rsidR="004C3F64" w:rsidRPr="00871FC6" w:rsidRDefault="004C3F64" w:rsidP="00261274">
            <w:pPr>
              <w:rPr>
                <w:rFonts w:ascii="Sassoon Penpals" w:hAnsi="Sassoon Penpals"/>
                <w:sz w:val="28"/>
                <w:szCs w:val="28"/>
              </w:rPr>
            </w:pPr>
          </w:p>
        </w:tc>
        <w:tc>
          <w:tcPr>
            <w:tcW w:w="8710" w:type="dxa"/>
            <w:gridSpan w:val="2"/>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Topic Question: How do seasons affect the natural world around us?</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Key Vocabulary: season, Autumn, Winter, Spring, Summer, weather, changes</w:t>
            </w:r>
          </w:p>
        </w:tc>
      </w:tr>
      <w:tr w:rsidR="00261274" w:rsidRPr="00F175F8" w:rsidTr="00C831C1">
        <w:tc>
          <w:tcPr>
            <w:tcW w:w="2035" w:type="dxa"/>
            <w:vMerge/>
          </w:tcPr>
          <w:p w:rsidR="00261274" w:rsidRPr="00871FC6" w:rsidRDefault="00261274" w:rsidP="00261274">
            <w:pPr>
              <w:rPr>
                <w:rFonts w:ascii="Sassoon Penpals" w:hAnsi="Sassoon Penpals" w:cs="Times New Roman"/>
                <w:sz w:val="28"/>
                <w:szCs w:val="28"/>
              </w:rPr>
            </w:pPr>
          </w:p>
        </w:tc>
        <w:tc>
          <w:tcPr>
            <w:tcW w:w="3934"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Name the 4 seasons.</w:t>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br/>
              <w:t>Understand the effects of changing seasons on the natural world.</w:t>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br/>
              <w:t>Begin to describe what the seasons are like.</w:t>
            </w:r>
          </w:p>
        </w:tc>
        <w:tc>
          <w:tcPr>
            <w:tcW w:w="4776"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Ask simple questions about the seasons.</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Observe and talk about seasonal changes in the environment.</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Create a seasons wheel to record observations.</w:t>
            </w:r>
          </w:p>
        </w:tc>
      </w:tr>
      <w:tr w:rsidR="00261274" w:rsidRPr="00F175F8" w:rsidTr="00C831C1">
        <w:tc>
          <w:tcPr>
            <w:tcW w:w="2035" w:type="dxa"/>
            <w:vMerge w:val="restart"/>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 xml:space="preserve">Autumn 2 </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202</w:t>
            </w:r>
            <w:r w:rsidR="00AF0336">
              <w:rPr>
                <w:rFonts w:ascii="Sassoon Penpals" w:hAnsi="Sassoon Penpals"/>
                <w:b/>
                <w:sz w:val="28"/>
                <w:szCs w:val="28"/>
              </w:rPr>
              <w:t>7</w:t>
            </w:r>
          </w:p>
          <w:p w:rsidR="00797D70" w:rsidRPr="00871FC6" w:rsidRDefault="00797D70" w:rsidP="00261274">
            <w:pPr>
              <w:rPr>
                <w:rFonts w:ascii="Sassoon Penpals" w:hAnsi="Sassoon Penpals"/>
                <w:b/>
                <w:sz w:val="28"/>
                <w:szCs w:val="28"/>
              </w:rPr>
            </w:pPr>
            <w:r w:rsidRPr="00871FC6">
              <w:rPr>
                <w:rFonts w:ascii="Sassoon Penpals" w:hAnsi="Sassoon Penpals"/>
                <w:b/>
                <w:sz w:val="28"/>
                <w:szCs w:val="28"/>
              </w:rPr>
              <w:t>Night/Day Seasonal Changes</w:t>
            </w:r>
          </w:p>
          <w:p w:rsidR="00261274" w:rsidRDefault="00797D70" w:rsidP="00261274">
            <w:pPr>
              <w:rPr>
                <w:rFonts w:ascii="Sassoon Penpals" w:hAnsi="Sassoon Penpals"/>
                <w:b/>
                <w:sz w:val="28"/>
                <w:szCs w:val="28"/>
              </w:rPr>
            </w:pPr>
            <w:r w:rsidRPr="00871FC6">
              <w:rPr>
                <w:rFonts w:ascii="Sassoon Penpals" w:hAnsi="Sassoon Penpals"/>
                <w:b/>
                <w:sz w:val="28"/>
                <w:szCs w:val="28"/>
              </w:rPr>
              <w:t>(</w:t>
            </w:r>
            <w:r w:rsidR="00261274" w:rsidRPr="00871FC6">
              <w:rPr>
                <w:rFonts w:ascii="Sassoon Penpals" w:hAnsi="Sassoon Penpals"/>
                <w:b/>
                <w:sz w:val="28"/>
                <w:szCs w:val="28"/>
              </w:rPr>
              <w:t>Physics</w:t>
            </w:r>
            <w:r w:rsidRPr="00871FC6">
              <w:rPr>
                <w:rFonts w:ascii="Sassoon Penpals" w:hAnsi="Sassoon Penpals"/>
                <w:b/>
                <w:sz w:val="28"/>
                <w:szCs w:val="28"/>
              </w:rPr>
              <w:t>)</w:t>
            </w:r>
          </w:p>
          <w:p w:rsidR="00F04C9C" w:rsidRDefault="00F04C9C" w:rsidP="00261274">
            <w:pPr>
              <w:rPr>
                <w:rFonts w:ascii="Sassoon Penpals" w:hAnsi="Sassoon Penpals"/>
                <w:b/>
                <w:sz w:val="28"/>
                <w:szCs w:val="28"/>
              </w:rPr>
            </w:pPr>
          </w:p>
          <w:p w:rsidR="00F04C9C" w:rsidRPr="00FD1590" w:rsidRDefault="00F04C9C" w:rsidP="00F04C9C">
            <w:pPr>
              <w:rPr>
                <w:rFonts w:ascii="Sassoon Penpals" w:hAnsi="Sassoon Penpals" w:cstheme="minorHAnsi"/>
                <w:b/>
                <w:sz w:val="28"/>
                <w:szCs w:val="28"/>
              </w:rPr>
            </w:pPr>
            <w:r w:rsidRPr="00FD1590">
              <w:rPr>
                <w:rFonts w:ascii="Sassoon Penpals" w:hAnsi="Sassoon Penpals" w:cstheme="minorHAnsi"/>
                <w:b/>
                <w:sz w:val="28"/>
                <w:szCs w:val="28"/>
              </w:rPr>
              <w:t>Core Texts:</w:t>
            </w:r>
          </w:p>
          <w:p w:rsidR="00F04C9C" w:rsidRPr="00FD1590" w:rsidRDefault="00F04C9C" w:rsidP="00F04C9C">
            <w:pPr>
              <w:rPr>
                <w:rFonts w:ascii="Sassoon Penpals" w:hAnsi="Sassoon Penpals" w:cstheme="minorHAnsi"/>
                <w:sz w:val="28"/>
                <w:szCs w:val="28"/>
              </w:rPr>
            </w:pPr>
            <w:r w:rsidRPr="00FD1590">
              <w:rPr>
                <w:rFonts w:ascii="Sassoon Penpals" w:hAnsi="Sassoon Penpals" w:cstheme="minorHAnsi"/>
                <w:sz w:val="28"/>
                <w:szCs w:val="28"/>
              </w:rPr>
              <w:lastRenderedPageBreak/>
              <w:t>Little Home Bird and The Very Last Leaf</w:t>
            </w:r>
          </w:p>
          <w:p w:rsidR="00F04C9C" w:rsidRPr="00FD1590" w:rsidRDefault="00F04C9C" w:rsidP="00F04C9C">
            <w:pPr>
              <w:rPr>
                <w:rFonts w:ascii="Sassoon Penpals" w:hAnsi="Sassoon Penpals" w:cstheme="minorHAnsi"/>
                <w:sz w:val="28"/>
                <w:szCs w:val="28"/>
              </w:rPr>
            </w:pPr>
            <w:r w:rsidRPr="00FD1590">
              <w:rPr>
                <w:rFonts w:ascii="Sassoon Penpals" w:hAnsi="Sassoon Penpals" w:cstheme="minorHAnsi"/>
                <w:sz w:val="28"/>
                <w:szCs w:val="28"/>
              </w:rPr>
              <w:t>Owl Babies</w:t>
            </w:r>
          </w:p>
          <w:p w:rsidR="00F04C9C" w:rsidRPr="00FD1590" w:rsidRDefault="00F04C9C" w:rsidP="00F04C9C">
            <w:pPr>
              <w:rPr>
                <w:rFonts w:ascii="Sassoon Penpals" w:hAnsi="Sassoon Penpals" w:cstheme="minorHAnsi"/>
                <w:sz w:val="28"/>
                <w:szCs w:val="28"/>
              </w:rPr>
            </w:pPr>
            <w:r w:rsidRPr="00FD1590">
              <w:rPr>
                <w:rFonts w:ascii="Sassoon Penpals" w:hAnsi="Sassoon Penpals" w:cstheme="minorHAnsi"/>
                <w:sz w:val="28"/>
                <w:szCs w:val="28"/>
              </w:rPr>
              <w:t>Night Monkey Day Monkey</w:t>
            </w:r>
          </w:p>
          <w:p w:rsidR="00F04C9C" w:rsidRPr="00FD1590" w:rsidRDefault="00F04C9C" w:rsidP="00F04C9C">
            <w:pPr>
              <w:rPr>
                <w:rFonts w:ascii="Sassoon Penpals" w:hAnsi="Sassoon Penpals" w:cstheme="minorHAnsi"/>
                <w:sz w:val="28"/>
                <w:szCs w:val="28"/>
              </w:rPr>
            </w:pPr>
            <w:r w:rsidRPr="00FD1590">
              <w:rPr>
                <w:rFonts w:ascii="Sassoon Penpals" w:hAnsi="Sassoon Penpals" w:cstheme="minorHAnsi"/>
                <w:sz w:val="28"/>
                <w:szCs w:val="28"/>
              </w:rPr>
              <w:t>The Fox and the Star</w:t>
            </w:r>
          </w:p>
          <w:p w:rsidR="00F04C9C" w:rsidRPr="00FD1590" w:rsidRDefault="00F04C9C" w:rsidP="00F04C9C">
            <w:pPr>
              <w:rPr>
                <w:rFonts w:ascii="Sassoon Penpals" w:hAnsi="Sassoon Penpals" w:cstheme="minorHAnsi"/>
                <w:sz w:val="28"/>
                <w:szCs w:val="28"/>
              </w:rPr>
            </w:pPr>
            <w:r w:rsidRPr="00FD1590">
              <w:rPr>
                <w:rFonts w:ascii="Sassoon Penpals" w:hAnsi="Sassoon Penpals" w:cstheme="minorHAnsi"/>
                <w:sz w:val="28"/>
                <w:szCs w:val="28"/>
              </w:rPr>
              <w:t>How to Catch a Star</w:t>
            </w:r>
          </w:p>
          <w:p w:rsidR="00F04C9C" w:rsidRPr="00871FC6" w:rsidRDefault="00F04C9C" w:rsidP="00261274">
            <w:pPr>
              <w:rPr>
                <w:rFonts w:ascii="Sassoon Penpals" w:hAnsi="Sassoon Penpals"/>
                <w:b/>
                <w:sz w:val="28"/>
                <w:szCs w:val="28"/>
              </w:rPr>
            </w:pPr>
          </w:p>
        </w:tc>
        <w:tc>
          <w:tcPr>
            <w:tcW w:w="8710" w:type="dxa"/>
            <w:gridSpan w:val="2"/>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lastRenderedPageBreak/>
              <w:t>Topic question: What happens in the sky at night and day?</w:t>
            </w:r>
          </w:p>
          <w:p w:rsidR="00261274" w:rsidRPr="00871FC6" w:rsidRDefault="00261274" w:rsidP="00261274">
            <w:pPr>
              <w:rPr>
                <w:rFonts w:ascii="Sassoon Penpals" w:hAnsi="Sassoon Penpals"/>
                <w:sz w:val="28"/>
                <w:szCs w:val="28"/>
              </w:rPr>
            </w:pPr>
            <w:r w:rsidRPr="00871FC6">
              <w:rPr>
                <w:rFonts w:ascii="Sassoon Penpals" w:hAnsi="Sassoon Penpals"/>
                <w:b/>
                <w:sz w:val="28"/>
                <w:szCs w:val="28"/>
              </w:rPr>
              <w:t>Key Vocabulary: night, day, star, moon, sun, dark, light, orbit</w:t>
            </w:r>
          </w:p>
        </w:tc>
      </w:tr>
      <w:tr w:rsidR="00261274" w:rsidRPr="00F175F8" w:rsidTr="00C831C1">
        <w:tc>
          <w:tcPr>
            <w:tcW w:w="2035" w:type="dxa"/>
            <w:vMerge/>
          </w:tcPr>
          <w:p w:rsidR="00261274" w:rsidRPr="00871FC6" w:rsidRDefault="00261274" w:rsidP="00261274">
            <w:pPr>
              <w:rPr>
                <w:rFonts w:ascii="Sassoon Penpals" w:hAnsi="Sassoon Penpals" w:cs="Times New Roman"/>
                <w:sz w:val="28"/>
                <w:szCs w:val="28"/>
              </w:rPr>
            </w:pPr>
          </w:p>
        </w:tc>
        <w:tc>
          <w:tcPr>
            <w:tcW w:w="3934"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Understand why we have night and day.</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Know that stars are balls of burning gas.</w:t>
            </w:r>
          </w:p>
        </w:tc>
        <w:tc>
          <w:tcPr>
            <w:tcW w:w="4776"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Ask questions about day and night.</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Observe the sky at different times.</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Begin to represent movement using simple drawings or discussions.</w:t>
            </w:r>
          </w:p>
        </w:tc>
      </w:tr>
      <w:tr w:rsidR="00261274" w:rsidRPr="00F175F8" w:rsidTr="00C831C1">
        <w:tc>
          <w:tcPr>
            <w:tcW w:w="2035" w:type="dxa"/>
            <w:vMerge w:val="restart"/>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 xml:space="preserve">Spring 1 </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202</w:t>
            </w:r>
            <w:r w:rsidR="00AF0336">
              <w:rPr>
                <w:rFonts w:ascii="Sassoon Penpals" w:hAnsi="Sassoon Penpals"/>
                <w:b/>
                <w:sz w:val="28"/>
                <w:szCs w:val="28"/>
              </w:rPr>
              <w:t>8</w:t>
            </w:r>
          </w:p>
          <w:p w:rsidR="00797D70" w:rsidRPr="00871FC6" w:rsidRDefault="00797D70" w:rsidP="00261274">
            <w:pPr>
              <w:rPr>
                <w:rFonts w:ascii="Sassoon Penpals" w:hAnsi="Sassoon Penpals"/>
                <w:b/>
                <w:sz w:val="28"/>
                <w:szCs w:val="28"/>
              </w:rPr>
            </w:pPr>
            <w:r w:rsidRPr="00871FC6">
              <w:rPr>
                <w:rFonts w:ascii="Sassoon Penpals" w:hAnsi="Sassoon Penpals"/>
                <w:b/>
                <w:sz w:val="28"/>
                <w:szCs w:val="28"/>
              </w:rPr>
              <w:t>Space</w:t>
            </w:r>
          </w:p>
          <w:p w:rsidR="00261274" w:rsidRDefault="00797D70" w:rsidP="00261274">
            <w:pPr>
              <w:rPr>
                <w:rFonts w:ascii="Sassoon Penpals" w:hAnsi="Sassoon Penpals"/>
                <w:b/>
                <w:sz w:val="28"/>
                <w:szCs w:val="28"/>
              </w:rPr>
            </w:pPr>
            <w:r w:rsidRPr="00871FC6">
              <w:rPr>
                <w:rFonts w:ascii="Sassoon Penpals" w:hAnsi="Sassoon Penpals"/>
                <w:b/>
                <w:sz w:val="28"/>
                <w:szCs w:val="28"/>
              </w:rPr>
              <w:t>(</w:t>
            </w:r>
            <w:r w:rsidR="00261274" w:rsidRPr="00871FC6">
              <w:rPr>
                <w:rFonts w:ascii="Sassoon Penpals" w:hAnsi="Sassoon Penpals"/>
                <w:b/>
                <w:sz w:val="28"/>
                <w:szCs w:val="28"/>
              </w:rPr>
              <w:t>Physics</w:t>
            </w:r>
            <w:r w:rsidRPr="00871FC6">
              <w:rPr>
                <w:rFonts w:ascii="Sassoon Penpals" w:hAnsi="Sassoon Penpals"/>
                <w:b/>
                <w:sz w:val="28"/>
                <w:szCs w:val="28"/>
              </w:rPr>
              <w:t>)</w:t>
            </w:r>
          </w:p>
          <w:p w:rsidR="00F04C9C" w:rsidRDefault="00F04C9C" w:rsidP="00261274">
            <w:pPr>
              <w:rPr>
                <w:rFonts w:ascii="Sassoon Penpals" w:hAnsi="Sassoon Penpals"/>
                <w:b/>
                <w:sz w:val="28"/>
                <w:szCs w:val="28"/>
              </w:rPr>
            </w:pPr>
          </w:p>
          <w:p w:rsidR="00F04C9C" w:rsidRPr="00F04C9C" w:rsidRDefault="00F04C9C" w:rsidP="00F04C9C">
            <w:pPr>
              <w:spacing w:line="259" w:lineRule="auto"/>
              <w:rPr>
                <w:rFonts w:ascii="Sassoon Penpals" w:eastAsia="Calibri" w:hAnsi="Sassoon Penpals" w:cs="Calibri"/>
                <w:b/>
                <w:sz w:val="28"/>
                <w:szCs w:val="28"/>
                <w:lang w:val="en-GB"/>
              </w:rPr>
            </w:pPr>
            <w:r w:rsidRPr="00F04C9C">
              <w:rPr>
                <w:rFonts w:ascii="Sassoon Penpals" w:eastAsia="Calibri" w:hAnsi="Sassoon Penpals" w:cs="Calibri"/>
                <w:b/>
                <w:sz w:val="28"/>
                <w:szCs w:val="28"/>
                <w:lang w:val="en-GB"/>
              </w:rPr>
              <w:t>Core Texts: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Whatever Next</w:t>
            </w:r>
          </w:p>
          <w:p w:rsidR="00F04C9C" w:rsidRPr="00F04C9C" w:rsidRDefault="00F04C9C" w:rsidP="00F04C9C">
            <w:pPr>
              <w:spacing w:line="259" w:lineRule="auto"/>
              <w:rPr>
                <w:rFonts w:ascii="Sassoon Penpals" w:eastAsia="Calibri" w:hAnsi="Sassoon Penpals" w:cs="Calibri"/>
                <w:sz w:val="28"/>
                <w:szCs w:val="28"/>
                <w:lang w:val="en-GB"/>
              </w:rPr>
            </w:pPr>
            <w:proofErr w:type="spellStart"/>
            <w:r w:rsidRPr="00F04C9C">
              <w:rPr>
                <w:rFonts w:ascii="Sassoon Penpals" w:eastAsia="Calibri" w:hAnsi="Sassoon Penpals" w:cs="Calibri"/>
                <w:sz w:val="28"/>
                <w:szCs w:val="28"/>
                <w:lang w:val="en-GB"/>
              </w:rPr>
              <w:t>Beegu</w:t>
            </w:r>
            <w:proofErr w:type="spellEnd"/>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The Way Back Home</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Aliens Love Underpants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A Planet Full of Plastic</w:t>
            </w:r>
          </w:p>
          <w:p w:rsidR="00F04C9C" w:rsidRPr="00871FC6" w:rsidRDefault="00F04C9C" w:rsidP="00261274">
            <w:pPr>
              <w:rPr>
                <w:rFonts w:ascii="Sassoon Penpals" w:hAnsi="Sassoon Penpals"/>
                <w:b/>
                <w:sz w:val="28"/>
                <w:szCs w:val="28"/>
              </w:rPr>
            </w:pPr>
          </w:p>
        </w:tc>
        <w:tc>
          <w:tcPr>
            <w:tcW w:w="8710" w:type="dxa"/>
            <w:gridSpan w:val="2"/>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Topic question: What is in space?</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Key Vocabulary: planet, Earth, moon, sun, orbit, gravity</w:t>
            </w:r>
          </w:p>
        </w:tc>
      </w:tr>
      <w:tr w:rsidR="00261274" w:rsidRPr="00F175F8" w:rsidTr="00C831C1">
        <w:tc>
          <w:tcPr>
            <w:tcW w:w="2035" w:type="dxa"/>
            <w:vMerge/>
          </w:tcPr>
          <w:p w:rsidR="00261274" w:rsidRPr="00871FC6" w:rsidRDefault="00261274" w:rsidP="00261274">
            <w:pPr>
              <w:rPr>
                <w:rFonts w:ascii="Sassoon Penpals" w:hAnsi="Sassoon Penpals" w:cs="Times New Roman"/>
                <w:sz w:val="28"/>
                <w:szCs w:val="28"/>
              </w:rPr>
            </w:pPr>
          </w:p>
        </w:tc>
        <w:tc>
          <w:tcPr>
            <w:tcW w:w="3934"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Begin to name the planets and understand their order.</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Know that planets orbit the sun.</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Understand the moon orbits Earth.</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Explore gravity.</w:t>
            </w:r>
          </w:p>
        </w:tc>
        <w:tc>
          <w:tcPr>
            <w:tcW w:w="4776"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Ask and answer questions about space.</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Investigate simple cause and effect (e.g. dropping objects).</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Create simple diagrams to show orbits.</w:t>
            </w:r>
          </w:p>
        </w:tc>
      </w:tr>
      <w:tr w:rsidR="00261274" w:rsidRPr="00F175F8" w:rsidTr="00C831C1">
        <w:tc>
          <w:tcPr>
            <w:tcW w:w="2035" w:type="dxa"/>
            <w:vMerge w:val="restart"/>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 xml:space="preserve">Spring 2 </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202</w:t>
            </w:r>
            <w:r w:rsidR="00AF0336">
              <w:rPr>
                <w:rFonts w:ascii="Sassoon Penpals" w:hAnsi="Sassoon Penpals"/>
                <w:b/>
                <w:sz w:val="28"/>
                <w:szCs w:val="28"/>
              </w:rPr>
              <w:t>8</w:t>
            </w:r>
          </w:p>
          <w:p w:rsidR="00797D70" w:rsidRPr="00871FC6" w:rsidRDefault="00797D70" w:rsidP="00261274">
            <w:pPr>
              <w:rPr>
                <w:rFonts w:ascii="Sassoon Penpals" w:hAnsi="Sassoon Penpals"/>
                <w:b/>
                <w:sz w:val="28"/>
                <w:szCs w:val="28"/>
              </w:rPr>
            </w:pPr>
            <w:r w:rsidRPr="00871FC6">
              <w:rPr>
                <w:rFonts w:ascii="Sassoon Penpals" w:hAnsi="Sassoon Penpals"/>
                <w:b/>
                <w:sz w:val="28"/>
                <w:szCs w:val="28"/>
              </w:rPr>
              <w:t>Dinosaurs</w:t>
            </w:r>
          </w:p>
          <w:p w:rsidR="00261274" w:rsidRDefault="00797D70" w:rsidP="00261274">
            <w:pPr>
              <w:rPr>
                <w:rFonts w:ascii="Sassoon Penpals" w:hAnsi="Sassoon Penpals"/>
                <w:b/>
                <w:sz w:val="28"/>
                <w:szCs w:val="28"/>
              </w:rPr>
            </w:pPr>
            <w:r w:rsidRPr="00871FC6">
              <w:rPr>
                <w:rFonts w:ascii="Sassoon Penpals" w:hAnsi="Sassoon Penpals"/>
                <w:b/>
                <w:sz w:val="28"/>
                <w:szCs w:val="28"/>
              </w:rPr>
              <w:t>(</w:t>
            </w:r>
            <w:r w:rsidR="00261274" w:rsidRPr="00871FC6">
              <w:rPr>
                <w:rFonts w:ascii="Sassoon Penpals" w:hAnsi="Sassoon Penpals"/>
                <w:b/>
                <w:sz w:val="28"/>
                <w:szCs w:val="28"/>
              </w:rPr>
              <w:t>Biology</w:t>
            </w:r>
            <w:r w:rsidRPr="00871FC6">
              <w:rPr>
                <w:rFonts w:ascii="Sassoon Penpals" w:hAnsi="Sassoon Penpals"/>
                <w:b/>
                <w:sz w:val="28"/>
                <w:szCs w:val="28"/>
              </w:rPr>
              <w:t>)</w:t>
            </w:r>
          </w:p>
          <w:p w:rsidR="00F04C9C" w:rsidRDefault="00F04C9C" w:rsidP="00261274">
            <w:pPr>
              <w:rPr>
                <w:rFonts w:ascii="Sassoon Penpals" w:hAnsi="Sassoon Penpals"/>
                <w:b/>
                <w:sz w:val="28"/>
                <w:szCs w:val="28"/>
              </w:rPr>
            </w:pPr>
          </w:p>
          <w:p w:rsidR="00F04C9C" w:rsidRPr="00F04C9C" w:rsidRDefault="00F04C9C" w:rsidP="00F04C9C">
            <w:pPr>
              <w:spacing w:line="259" w:lineRule="auto"/>
              <w:rPr>
                <w:rFonts w:ascii="Sassoon Penpals" w:eastAsia="Calibri" w:hAnsi="Sassoon Penpals" w:cs="Calibri"/>
                <w:b/>
                <w:sz w:val="28"/>
                <w:szCs w:val="28"/>
                <w:lang w:val="en-GB"/>
              </w:rPr>
            </w:pPr>
            <w:r w:rsidRPr="00F04C9C">
              <w:rPr>
                <w:rFonts w:ascii="Sassoon Penpals" w:eastAsia="Calibri" w:hAnsi="Sassoon Penpals" w:cs="Calibri"/>
                <w:b/>
                <w:sz w:val="28"/>
                <w:szCs w:val="28"/>
                <w:lang w:val="en-GB"/>
              </w:rPr>
              <w:t>Core Texts: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Dinosaur Roar</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Tyrannosaurus Drip</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If I Had a Dinosaur</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Saturday Night at the Dinosaur Stomp</w:t>
            </w:r>
          </w:p>
          <w:p w:rsidR="00F04C9C" w:rsidRPr="00871FC6" w:rsidRDefault="00F04C9C" w:rsidP="00261274">
            <w:pPr>
              <w:rPr>
                <w:rFonts w:ascii="Sassoon Penpals" w:hAnsi="Sassoon Penpals"/>
                <w:b/>
                <w:sz w:val="28"/>
                <w:szCs w:val="28"/>
              </w:rPr>
            </w:pPr>
          </w:p>
        </w:tc>
        <w:tc>
          <w:tcPr>
            <w:tcW w:w="8710" w:type="dxa"/>
            <w:gridSpan w:val="2"/>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Topic question: What can we learn from dinosaurs?</w:t>
            </w:r>
          </w:p>
          <w:p w:rsidR="00261274" w:rsidRPr="00871FC6" w:rsidRDefault="00261274" w:rsidP="00261274">
            <w:pPr>
              <w:rPr>
                <w:rFonts w:ascii="Sassoon Penpals" w:hAnsi="Sassoon Penpals"/>
                <w:sz w:val="28"/>
                <w:szCs w:val="28"/>
              </w:rPr>
            </w:pPr>
            <w:r w:rsidRPr="00871FC6">
              <w:rPr>
                <w:rFonts w:ascii="Sassoon Penpals" w:hAnsi="Sassoon Penpals"/>
                <w:b/>
                <w:sz w:val="28"/>
                <w:szCs w:val="28"/>
              </w:rPr>
              <w:t>Key Vocabulary: dinosaur, herbivore, carnivore, omnivore, adapt, extinct</w:t>
            </w:r>
          </w:p>
        </w:tc>
      </w:tr>
      <w:tr w:rsidR="00261274" w:rsidRPr="00F175F8" w:rsidTr="00C831C1">
        <w:tc>
          <w:tcPr>
            <w:tcW w:w="2035" w:type="dxa"/>
            <w:vMerge/>
          </w:tcPr>
          <w:p w:rsidR="00261274" w:rsidRPr="00871FC6" w:rsidRDefault="00261274" w:rsidP="00261274">
            <w:pPr>
              <w:rPr>
                <w:rFonts w:ascii="Sassoon Penpals" w:hAnsi="Sassoon Penpals" w:cs="Times New Roman"/>
                <w:sz w:val="28"/>
                <w:szCs w:val="28"/>
              </w:rPr>
            </w:pPr>
          </w:p>
        </w:tc>
        <w:tc>
          <w:tcPr>
            <w:tcW w:w="3934"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Name different dinosaurs and their diets.</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Understand animal adaptation and basic survival.</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Know there are different theories about dinosaur extinction.</w:t>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br/>
              <w:t>Begin to explore Charles Darwin and his ideas.</w:t>
            </w:r>
          </w:p>
        </w:tc>
        <w:tc>
          <w:tcPr>
            <w:tcW w:w="4776"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Ask questions about the past.</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Sort dinosaurs by features.</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Observe animal traits and link to environments.</w:t>
            </w:r>
          </w:p>
        </w:tc>
      </w:tr>
      <w:tr w:rsidR="00261274" w:rsidRPr="00F175F8" w:rsidTr="00C831C1">
        <w:tc>
          <w:tcPr>
            <w:tcW w:w="2035" w:type="dxa"/>
            <w:vMerge w:val="restart"/>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 xml:space="preserve">Summer 1 </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lastRenderedPageBreak/>
              <w:t>202</w:t>
            </w:r>
            <w:r w:rsidR="00AF0336">
              <w:rPr>
                <w:rFonts w:ascii="Sassoon Penpals" w:hAnsi="Sassoon Penpals"/>
                <w:b/>
                <w:sz w:val="28"/>
                <w:szCs w:val="28"/>
              </w:rPr>
              <w:t>8</w:t>
            </w:r>
          </w:p>
          <w:p w:rsidR="00797D70" w:rsidRPr="00871FC6" w:rsidRDefault="00797D70" w:rsidP="00261274">
            <w:pPr>
              <w:rPr>
                <w:rFonts w:ascii="Sassoon Penpals" w:hAnsi="Sassoon Penpals"/>
                <w:b/>
                <w:sz w:val="28"/>
                <w:szCs w:val="28"/>
              </w:rPr>
            </w:pPr>
            <w:r w:rsidRPr="00871FC6">
              <w:rPr>
                <w:rFonts w:ascii="Sassoon Penpals" w:hAnsi="Sassoon Penpals"/>
                <w:b/>
                <w:sz w:val="28"/>
                <w:szCs w:val="28"/>
              </w:rPr>
              <w:t>Minibeasts</w:t>
            </w:r>
          </w:p>
          <w:p w:rsidR="00261274" w:rsidRDefault="00797D70" w:rsidP="00261274">
            <w:pPr>
              <w:rPr>
                <w:rFonts w:ascii="Sassoon Penpals" w:hAnsi="Sassoon Penpals"/>
                <w:b/>
                <w:sz w:val="28"/>
                <w:szCs w:val="28"/>
              </w:rPr>
            </w:pPr>
            <w:r w:rsidRPr="00871FC6">
              <w:rPr>
                <w:rFonts w:ascii="Sassoon Penpals" w:hAnsi="Sassoon Penpals"/>
                <w:b/>
                <w:sz w:val="28"/>
                <w:szCs w:val="28"/>
              </w:rPr>
              <w:t>(</w:t>
            </w:r>
            <w:r w:rsidR="00261274" w:rsidRPr="00871FC6">
              <w:rPr>
                <w:rFonts w:ascii="Sassoon Penpals" w:hAnsi="Sassoon Penpals"/>
                <w:b/>
                <w:sz w:val="28"/>
                <w:szCs w:val="28"/>
              </w:rPr>
              <w:t>Biology</w:t>
            </w:r>
            <w:r w:rsidRPr="00871FC6">
              <w:rPr>
                <w:rFonts w:ascii="Sassoon Penpals" w:hAnsi="Sassoon Penpals"/>
                <w:b/>
                <w:sz w:val="28"/>
                <w:szCs w:val="28"/>
              </w:rPr>
              <w:t>)</w:t>
            </w:r>
          </w:p>
          <w:p w:rsidR="00F04C9C" w:rsidRDefault="00F04C9C" w:rsidP="00261274">
            <w:pPr>
              <w:rPr>
                <w:rFonts w:ascii="Sassoon Penpals" w:hAnsi="Sassoon Penpals"/>
                <w:b/>
                <w:sz w:val="28"/>
                <w:szCs w:val="28"/>
              </w:rPr>
            </w:pPr>
          </w:p>
          <w:p w:rsidR="00F04C9C" w:rsidRPr="00F04C9C" w:rsidRDefault="00F04C9C" w:rsidP="00F04C9C">
            <w:pPr>
              <w:spacing w:line="259" w:lineRule="auto"/>
              <w:rPr>
                <w:rFonts w:ascii="Sassoon Penpals" w:eastAsia="Calibri" w:hAnsi="Sassoon Penpals" w:cs="Calibri"/>
                <w:b/>
                <w:sz w:val="28"/>
                <w:szCs w:val="28"/>
                <w:lang w:val="en-GB"/>
              </w:rPr>
            </w:pPr>
            <w:r w:rsidRPr="00F04C9C">
              <w:rPr>
                <w:rFonts w:ascii="Sassoon Penpals" w:eastAsia="Calibri" w:hAnsi="Sassoon Penpals" w:cs="Calibri"/>
                <w:b/>
                <w:sz w:val="28"/>
                <w:szCs w:val="28"/>
                <w:lang w:val="en-GB"/>
              </w:rPr>
              <w:t>Core Texts: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Mad About Minibeasts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The Very Hungry Caterpillar</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The Very Busy Spider</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The Bad-Tempered Ladybird</w:t>
            </w:r>
          </w:p>
          <w:p w:rsidR="00F04C9C" w:rsidRPr="00871FC6" w:rsidRDefault="00F04C9C" w:rsidP="00261274">
            <w:pPr>
              <w:rPr>
                <w:rFonts w:ascii="Sassoon Penpals" w:hAnsi="Sassoon Penpals"/>
                <w:b/>
                <w:sz w:val="28"/>
                <w:szCs w:val="28"/>
              </w:rPr>
            </w:pPr>
          </w:p>
        </w:tc>
        <w:tc>
          <w:tcPr>
            <w:tcW w:w="8710" w:type="dxa"/>
            <w:gridSpan w:val="2"/>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lastRenderedPageBreak/>
              <w:t>Topic question: What do minibeasts and plants need to grow?</w:t>
            </w:r>
          </w:p>
          <w:p w:rsidR="00261274" w:rsidRPr="00871FC6" w:rsidRDefault="00261274" w:rsidP="00261274">
            <w:pPr>
              <w:rPr>
                <w:rFonts w:ascii="Sassoon Penpals" w:hAnsi="Sassoon Penpals"/>
                <w:sz w:val="28"/>
                <w:szCs w:val="28"/>
              </w:rPr>
            </w:pPr>
            <w:r w:rsidRPr="00871FC6">
              <w:rPr>
                <w:rFonts w:ascii="Sassoon Penpals" w:hAnsi="Sassoon Penpals"/>
                <w:b/>
                <w:sz w:val="28"/>
                <w:szCs w:val="28"/>
              </w:rPr>
              <w:lastRenderedPageBreak/>
              <w:t>Key Vocabulary: life cycle, butterfly, frog, flower, seed, grow, insect</w:t>
            </w:r>
          </w:p>
        </w:tc>
      </w:tr>
      <w:tr w:rsidR="00261274" w:rsidRPr="00F175F8" w:rsidTr="00C831C1">
        <w:tc>
          <w:tcPr>
            <w:tcW w:w="2035" w:type="dxa"/>
            <w:vMerge/>
          </w:tcPr>
          <w:p w:rsidR="00261274" w:rsidRPr="00871FC6" w:rsidRDefault="00261274" w:rsidP="00261274">
            <w:pPr>
              <w:rPr>
                <w:rFonts w:ascii="Sassoon Penpals" w:hAnsi="Sassoon Penpals" w:cs="Times New Roman"/>
                <w:sz w:val="28"/>
                <w:szCs w:val="28"/>
              </w:rPr>
            </w:pPr>
          </w:p>
        </w:tc>
        <w:tc>
          <w:tcPr>
            <w:tcW w:w="3934"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Explore and describe life cycles (butterfly, frog).</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Identify and sort a range of minibeasts.</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Begin to label parts of a flower.</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Know what plants need to grow.</w:t>
            </w:r>
          </w:p>
        </w:tc>
        <w:tc>
          <w:tcPr>
            <w:tcW w:w="4776"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Order life cycles using diagrams.</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Sort and classify minibeasts.</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Ask questions and draw plants with key parts labelled.</w:t>
            </w:r>
          </w:p>
        </w:tc>
      </w:tr>
      <w:tr w:rsidR="00261274" w:rsidRPr="00F175F8" w:rsidTr="00C831C1">
        <w:tc>
          <w:tcPr>
            <w:tcW w:w="2035" w:type="dxa"/>
            <w:vMerge w:val="restart"/>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 xml:space="preserve">Summer 2 </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202</w:t>
            </w:r>
            <w:r w:rsidR="00AF0336">
              <w:rPr>
                <w:rFonts w:ascii="Sassoon Penpals" w:hAnsi="Sassoon Penpals"/>
                <w:b/>
                <w:sz w:val="28"/>
                <w:szCs w:val="28"/>
              </w:rPr>
              <w:t>8</w:t>
            </w:r>
          </w:p>
          <w:p w:rsidR="00797D70" w:rsidRPr="00871FC6" w:rsidRDefault="00797D70" w:rsidP="00261274">
            <w:pPr>
              <w:rPr>
                <w:rFonts w:ascii="Sassoon Penpals" w:hAnsi="Sassoon Penpals"/>
                <w:b/>
                <w:sz w:val="28"/>
                <w:szCs w:val="28"/>
              </w:rPr>
            </w:pPr>
            <w:r w:rsidRPr="00871FC6">
              <w:rPr>
                <w:rFonts w:ascii="Sassoon Penpals" w:hAnsi="Sassoon Penpals"/>
                <w:b/>
                <w:sz w:val="28"/>
                <w:szCs w:val="28"/>
              </w:rPr>
              <w:t>Materials</w:t>
            </w:r>
          </w:p>
          <w:p w:rsidR="00F04C9C" w:rsidRDefault="00797D70" w:rsidP="00261274">
            <w:pPr>
              <w:rPr>
                <w:rFonts w:ascii="Sassoon Penpals" w:hAnsi="Sassoon Penpals"/>
                <w:b/>
                <w:sz w:val="28"/>
                <w:szCs w:val="28"/>
              </w:rPr>
            </w:pPr>
            <w:r w:rsidRPr="00871FC6">
              <w:rPr>
                <w:rFonts w:ascii="Sassoon Penpals" w:hAnsi="Sassoon Penpals"/>
                <w:b/>
                <w:sz w:val="28"/>
                <w:szCs w:val="28"/>
              </w:rPr>
              <w:t>(</w:t>
            </w:r>
            <w:r w:rsidR="00261274" w:rsidRPr="00871FC6">
              <w:rPr>
                <w:rFonts w:ascii="Sassoon Penpals" w:hAnsi="Sassoon Penpals"/>
                <w:b/>
                <w:sz w:val="28"/>
                <w:szCs w:val="28"/>
              </w:rPr>
              <w:t>Chemistry</w:t>
            </w:r>
            <w:r w:rsidRPr="00871FC6">
              <w:rPr>
                <w:rFonts w:ascii="Sassoon Penpals" w:hAnsi="Sassoon Penpals"/>
                <w:b/>
                <w:sz w:val="28"/>
                <w:szCs w:val="28"/>
              </w:rPr>
              <w:t>)</w:t>
            </w:r>
          </w:p>
          <w:p w:rsidR="00261274" w:rsidRDefault="00261274" w:rsidP="00F04C9C">
            <w:pPr>
              <w:rPr>
                <w:rFonts w:ascii="Sassoon Penpals" w:hAnsi="Sassoon Penpals"/>
                <w:sz w:val="28"/>
                <w:szCs w:val="28"/>
              </w:rPr>
            </w:pPr>
          </w:p>
          <w:p w:rsidR="00F04C9C" w:rsidRPr="00F04C9C" w:rsidRDefault="00F04C9C" w:rsidP="00F04C9C">
            <w:pPr>
              <w:spacing w:line="259" w:lineRule="auto"/>
              <w:rPr>
                <w:rFonts w:ascii="Sassoon Penpals" w:eastAsia="Calibri" w:hAnsi="Sassoon Penpals" w:cs="Calibri"/>
                <w:b/>
                <w:sz w:val="28"/>
                <w:szCs w:val="28"/>
                <w:lang w:val="en-GB"/>
              </w:rPr>
            </w:pPr>
            <w:r w:rsidRPr="00F04C9C">
              <w:rPr>
                <w:rFonts w:ascii="Sassoon Penpals" w:eastAsia="Calibri" w:hAnsi="Sassoon Penpals" w:cs="Calibri"/>
                <w:b/>
                <w:sz w:val="28"/>
                <w:szCs w:val="28"/>
                <w:lang w:val="en-GB"/>
              </w:rPr>
              <w:t>Core Texts: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The Three Little Pigs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Jack and the Beanstalk</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Goldilocks and the Three Bears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The Gingerbread Man</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The Enormous Turnip</w:t>
            </w:r>
          </w:p>
          <w:p w:rsidR="00F04C9C" w:rsidRPr="00F04C9C" w:rsidRDefault="00F04C9C" w:rsidP="00F04C9C">
            <w:pPr>
              <w:rPr>
                <w:rFonts w:ascii="Sassoon Penpals" w:hAnsi="Sassoon Penpals"/>
                <w:sz w:val="28"/>
                <w:szCs w:val="28"/>
              </w:rPr>
            </w:pPr>
          </w:p>
        </w:tc>
        <w:tc>
          <w:tcPr>
            <w:tcW w:w="8710" w:type="dxa"/>
            <w:gridSpan w:val="2"/>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Topic question: What are things made of and why?</w:t>
            </w:r>
          </w:p>
          <w:p w:rsidR="00261274" w:rsidRPr="00871FC6" w:rsidRDefault="00261274" w:rsidP="00261274">
            <w:pPr>
              <w:rPr>
                <w:rFonts w:ascii="Sassoon Penpals" w:hAnsi="Sassoon Penpals"/>
                <w:sz w:val="28"/>
                <w:szCs w:val="28"/>
              </w:rPr>
            </w:pPr>
            <w:r w:rsidRPr="00871FC6">
              <w:rPr>
                <w:rFonts w:ascii="Sassoon Penpals" w:hAnsi="Sassoon Penpals"/>
                <w:b/>
                <w:sz w:val="28"/>
                <w:szCs w:val="28"/>
              </w:rPr>
              <w:t>Key Vocabulary: solid, liquid, gas, material, wood, plastic, glass</w:t>
            </w:r>
          </w:p>
        </w:tc>
      </w:tr>
      <w:tr w:rsidR="00261274" w:rsidRPr="00F175F8" w:rsidTr="00C831C1">
        <w:tc>
          <w:tcPr>
            <w:tcW w:w="2035" w:type="dxa"/>
            <w:vMerge/>
          </w:tcPr>
          <w:p w:rsidR="00261274" w:rsidRPr="00871FC6" w:rsidRDefault="00261274" w:rsidP="00261274">
            <w:pPr>
              <w:rPr>
                <w:rFonts w:ascii="Sassoon Penpals" w:hAnsi="Sassoon Penpals" w:cs="Times New Roman"/>
                <w:sz w:val="28"/>
                <w:szCs w:val="28"/>
              </w:rPr>
            </w:pPr>
          </w:p>
        </w:tc>
        <w:tc>
          <w:tcPr>
            <w:tcW w:w="3934"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Talk about solids, liquids and gases.</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Sort materials into categories.</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Understand why materials are chosen for different purposes.</w:t>
            </w:r>
          </w:p>
        </w:tc>
        <w:tc>
          <w:tcPr>
            <w:tcW w:w="4776"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Group materials by properties.</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Explore properties through hands-on tasks.</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Ask questions about material choices (e.g. why a cup isn’t made of paper).</w:t>
            </w:r>
          </w:p>
        </w:tc>
      </w:tr>
    </w:tbl>
    <w:tbl>
      <w:tblPr>
        <w:tblStyle w:val="TableGrid5"/>
        <w:tblW w:w="10745" w:type="dxa"/>
        <w:tblInd w:w="-998" w:type="dxa"/>
        <w:tblLook w:val="04A0" w:firstRow="1" w:lastRow="0" w:firstColumn="1" w:lastColumn="0" w:noHBand="0" w:noVBand="1"/>
      </w:tblPr>
      <w:tblGrid>
        <w:gridCol w:w="2035"/>
        <w:gridCol w:w="3939"/>
        <w:gridCol w:w="4771"/>
      </w:tblGrid>
      <w:tr w:rsidR="00DD7C59" w:rsidRPr="00F175F8" w:rsidTr="00C831C1">
        <w:tc>
          <w:tcPr>
            <w:tcW w:w="10745" w:type="dxa"/>
            <w:gridSpan w:val="3"/>
            <w:shd w:val="clear" w:color="auto" w:fill="00B0F0"/>
          </w:tcPr>
          <w:p w:rsidR="00DD7C59" w:rsidRPr="00F175F8" w:rsidRDefault="00DD7C59" w:rsidP="00DD7C59">
            <w:pPr>
              <w:jc w:val="center"/>
              <w:rPr>
                <w:rFonts w:ascii="Sassoon Penpals" w:hAnsi="Sassoon Penpals" w:cs="Times New Roman"/>
                <w:sz w:val="40"/>
                <w:szCs w:val="40"/>
              </w:rPr>
            </w:pPr>
            <w:r>
              <w:rPr>
                <w:rFonts w:ascii="Sassoon Penpals" w:hAnsi="Sassoon Penpals" w:cs="Times New Roman"/>
                <w:sz w:val="40"/>
                <w:szCs w:val="40"/>
              </w:rPr>
              <w:t>Year 1/2</w:t>
            </w:r>
          </w:p>
        </w:tc>
      </w:tr>
      <w:tr w:rsidR="00DD7C59" w:rsidRPr="00F175F8" w:rsidTr="00C831C1">
        <w:tc>
          <w:tcPr>
            <w:tcW w:w="2035" w:type="dxa"/>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Term</w:t>
            </w:r>
          </w:p>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Subject</w:t>
            </w:r>
          </w:p>
        </w:tc>
        <w:tc>
          <w:tcPr>
            <w:tcW w:w="3939" w:type="dxa"/>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Knowledge</w:t>
            </w:r>
          </w:p>
        </w:tc>
        <w:tc>
          <w:tcPr>
            <w:tcW w:w="4771" w:type="dxa"/>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Skills</w:t>
            </w: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Autumn 1 202</w:t>
            </w:r>
            <w:r w:rsidR="00AF0336">
              <w:rPr>
                <w:rFonts w:ascii="Sassoon Penpals" w:hAnsi="Sassoon Penpals" w:cs="Times New Roman"/>
                <w:b/>
                <w:sz w:val="28"/>
                <w:szCs w:val="28"/>
              </w:rPr>
              <w:t>7</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Materials</w:t>
            </w:r>
          </w:p>
          <w:p w:rsidR="00DD7C59"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DD7C59" w:rsidRPr="00871FC6">
              <w:rPr>
                <w:rFonts w:ascii="Sassoon Penpals" w:hAnsi="Sassoon Penpals" w:cs="Times New Roman"/>
                <w:b/>
                <w:sz w:val="28"/>
                <w:szCs w:val="28"/>
              </w:rPr>
              <w:t>Chemistry</w:t>
            </w:r>
            <w:r w:rsidRPr="00871FC6">
              <w:rPr>
                <w:rFonts w:ascii="Sassoon Penpals" w:hAnsi="Sassoon Penpals" w:cs="Times New Roman"/>
                <w:b/>
                <w:sz w:val="28"/>
                <w:szCs w:val="28"/>
              </w:rPr>
              <w:t>)</w:t>
            </w:r>
          </w:p>
          <w:p w:rsidR="00F04C9C" w:rsidRDefault="00F04C9C" w:rsidP="00DD7C59">
            <w:pPr>
              <w:rPr>
                <w:rFonts w:ascii="Sassoon Penpals" w:hAnsi="Sassoon Penpals" w:cs="Times New Roman"/>
                <w:sz w:val="28"/>
                <w:szCs w:val="28"/>
              </w:rPr>
            </w:pP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Power of Reading text:</w:t>
            </w: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The adventures of Eggbox Dragon</w:t>
            </w:r>
          </w:p>
          <w:p w:rsidR="00F04C9C" w:rsidRPr="00871FC6" w:rsidRDefault="00F04C9C" w:rsidP="00DD7C59">
            <w:pPr>
              <w:rPr>
                <w:rFonts w:ascii="Sassoon Penpals" w:hAnsi="Sassoon Penpals" w:cs="Times New Roman"/>
                <w:sz w:val="28"/>
                <w:szCs w:val="28"/>
              </w:rPr>
            </w:pPr>
          </w:p>
        </w:tc>
        <w:tc>
          <w:tcPr>
            <w:tcW w:w="8710" w:type="dxa"/>
            <w:gridSpan w:val="2"/>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Topic Question: What different materials can we find around us?</w:t>
            </w:r>
          </w:p>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Key Vocabulary: </w:t>
            </w:r>
            <w:r w:rsidR="00346EE0" w:rsidRPr="00871FC6">
              <w:rPr>
                <w:rFonts w:ascii="Sassoon Penpals" w:hAnsi="Sassoon Penpals" w:cs="Times New Roman"/>
                <w:b/>
                <w:sz w:val="28"/>
                <w:szCs w:val="28"/>
              </w:rPr>
              <w:t>material, object, dull shiny, rough, hard, smooth, stretchy, stiff, bendy, absorbent, waterproof, transparent</w:t>
            </w:r>
          </w:p>
        </w:tc>
      </w:tr>
      <w:tr w:rsidR="00DD7C59" w:rsidRPr="00F175F8" w:rsidTr="00C831C1">
        <w:tc>
          <w:tcPr>
            <w:tcW w:w="2035" w:type="dxa"/>
            <w:vMerge/>
          </w:tcPr>
          <w:p w:rsidR="00DD7C59" w:rsidRPr="00871FC6" w:rsidRDefault="00DD7C59" w:rsidP="00DD7C59">
            <w:pPr>
              <w:rPr>
                <w:rFonts w:ascii="Sassoon Penpals" w:hAnsi="Sassoon Penpals" w:cs="Times New Roman"/>
                <w:sz w:val="28"/>
                <w:szCs w:val="28"/>
              </w:rPr>
            </w:pPr>
          </w:p>
        </w:tc>
        <w:tc>
          <w:tcPr>
            <w:tcW w:w="3939" w:type="dxa"/>
          </w:tcPr>
          <w:p w:rsidR="00346EE0" w:rsidRPr="00871FC6" w:rsidRDefault="00346EE0"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and discuss the uses of different </w:t>
            </w:r>
            <w:proofErr w:type="spellStart"/>
            <w:r w:rsidRPr="00871FC6">
              <w:rPr>
                <w:rFonts w:ascii="Sassoon Penpals" w:hAnsi="Sassoon Penpals" w:cs="Times New Roman"/>
                <w:sz w:val="28"/>
                <w:szCs w:val="28"/>
              </w:rPr>
              <w:t>everyday</w:t>
            </w:r>
            <w:proofErr w:type="spellEnd"/>
            <w:r w:rsidRPr="00871FC6">
              <w:rPr>
                <w:rFonts w:ascii="Sassoon Penpals" w:hAnsi="Sassoon Penpals" w:cs="Times New Roman"/>
                <w:sz w:val="28"/>
                <w:szCs w:val="28"/>
              </w:rPr>
              <w:t xml:space="preserve"> to become familiar with how materials are used. </w:t>
            </w:r>
          </w:p>
          <w:p w:rsidR="00346EE0" w:rsidRPr="00871FC6" w:rsidRDefault="00346EE0" w:rsidP="00DD7C59">
            <w:pPr>
              <w:rPr>
                <w:rFonts w:ascii="Sassoon Penpals" w:hAnsi="Sassoon Penpals" w:cs="Times New Roman"/>
                <w:sz w:val="28"/>
                <w:szCs w:val="28"/>
              </w:rPr>
            </w:pPr>
          </w:p>
          <w:p w:rsidR="00DD7C59" w:rsidRPr="00871FC6" w:rsidRDefault="00346EE0" w:rsidP="00DD7C59">
            <w:pPr>
              <w:rPr>
                <w:rFonts w:ascii="Sassoon Penpals" w:hAnsi="Sassoon Penpals" w:cs="Times New Roman"/>
                <w:sz w:val="28"/>
                <w:szCs w:val="28"/>
              </w:rPr>
            </w:pPr>
            <w:r w:rsidRPr="00871FC6">
              <w:rPr>
                <w:rFonts w:ascii="Sassoon Penpals" w:hAnsi="Sassoon Penpals" w:cs="Times New Roman"/>
                <w:sz w:val="28"/>
                <w:szCs w:val="28"/>
              </w:rPr>
              <w:t xml:space="preserve">Discuss the simple properties of everyday materials that make them suitable or unsuitable for particular purposes. </w:t>
            </w:r>
          </w:p>
        </w:tc>
        <w:tc>
          <w:tcPr>
            <w:tcW w:w="4771" w:type="dxa"/>
          </w:tcPr>
          <w:p w:rsidR="00346EE0" w:rsidRPr="00871FC6" w:rsidRDefault="00346EE0" w:rsidP="00DD7C59">
            <w:pPr>
              <w:rPr>
                <w:rFonts w:ascii="Sassoon Penpals" w:hAnsi="Sassoon Penpals" w:cs="Times New Roman"/>
                <w:sz w:val="28"/>
                <w:szCs w:val="28"/>
              </w:rPr>
            </w:pPr>
            <w:r w:rsidRPr="00871FC6">
              <w:rPr>
                <w:rFonts w:ascii="Sassoon Penpals" w:hAnsi="Sassoon Penpals" w:cs="Times New Roman"/>
                <w:sz w:val="28"/>
                <w:szCs w:val="28"/>
              </w:rPr>
              <w:t xml:space="preserve">Asking simple questions to distinguish between an object and the material from which it is made. </w:t>
            </w:r>
          </w:p>
          <w:p w:rsidR="00346EE0" w:rsidRPr="00871FC6" w:rsidRDefault="00346EE0" w:rsidP="00DD7C59">
            <w:pPr>
              <w:rPr>
                <w:rFonts w:ascii="Sassoon Penpals" w:hAnsi="Sassoon Penpals" w:cs="Times New Roman"/>
                <w:sz w:val="28"/>
                <w:szCs w:val="28"/>
              </w:rPr>
            </w:pPr>
          </w:p>
          <w:p w:rsidR="00346EE0" w:rsidRPr="00871FC6" w:rsidRDefault="00346EE0" w:rsidP="00DD7C59">
            <w:pPr>
              <w:rPr>
                <w:rFonts w:ascii="Sassoon Penpals" w:hAnsi="Sassoon Penpals" w:cs="Times New Roman"/>
                <w:sz w:val="28"/>
                <w:szCs w:val="28"/>
              </w:rPr>
            </w:pPr>
            <w:r w:rsidRPr="00871FC6">
              <w:rPr>
                <w:rFonts w:ascii="Sassoon Penpals" w:hAnsi="Sassoon Penpals" w:cs="Times New Roman"/>
                <w:sz w:val="28"/>
                <w:szCs w:val="28"/>
              </w:rPr>
              <w:t xml:space="preserve">Observing closely to describe the simple physical properties of a variety of everyday materials. </w:t>
            </w:r>
          </w:p>
          <w:p w:rsidR="00346EE0" w:rsidRPr="00871FC6" w:rsidRDefault="00346EE0" w:rsidP="00DD7C59">
            <w:pPr>
              <w:rPr>
                <w:rFonts w:ascii="Sassoon Penpals" w:hAnsi="Sassoon Penpals" w:cs="Times New Roman"/>
                <w:sz w:val="28"/>
                <w:szCs w:val="28"/>
              </w:rPr>
            </w:pPr>
          </w:p>
          <w:p w:rsidR="00346EE0" w:rsidRPr="00871FC6" w:rsidRDefault="00346EE0" w:rsidP="00DD7C59">
            <w:pPr>
              <w:rPr>
                <w:rFonts w:ascii="Sassoon Penpals" w:hAnsi="Sassoon Penpals" w:cs="Times New Roman"/>
                <w:sz w:val="28"/>
                <w:szCs w:val="28"/>
              </w:rPr>
            </w:pPr>
            <w:r w:rsidRPr="00871FC6">
              <w:rPr>
                <w:rFonts w:ascii="Sassoon Penpals" w:hAnsi="Sassoon Penpals" w:cs="Times New Roman"/>
                <w:sz w:val="28"/>
                <w:szCs w:val="28"/>
              </w:rPr>
              <w:t xml:space="preserve">Performing simple tests to understand different materials and their purpose. Identify, classify and distinguish a variety of everyday materials, including wood, plastic, glass, metal, water and rock. </w:t>
            </w:r>
          </w:p>
          <w:p w:rsidR="00346EE0" w:rsidRPr="00871FC6" w:rsidRDefault="00346EE0" w:rsidP="00DD7C59">
            <w:pPr>
              <w:rPr>
                <w:rFonts w:ascii="Sassoon Penpals" w:hAnsi="Sassoon Penpals" w:cs="Times New Roman"/>
                <w:sz w:val="28"/>
                <w:szCs w:val="28"/>
              </w:rPr>
            </w:pPr>
          </w:p>
          <w:p w:rsidR="00DD7C59" w:rsidRPr="00871FC6" w:rsidRDefault="00346EE0" w:rsidP="00DD7C59">
            <w:pPr>
              <w:rPr>
                <w:rFonts w:ascii="Sassoon Penpals" w:hAnsi="Sassoon Penpals" w:cs="Times New Roman"/>
                <w:sz w:val="28"/>
                <w:szCs w:val="28"/>
              </w:rPr>
            </w:pPr>
            <w:r w:rsidRPr="00871FC6">
              <w:rPr>
                <w:rFonts w:ascii="Sassoon Penpals" w:hAnsi="Sassoon Penpals" w:cs="Times New Roman"/>
                <w:sz w:val="28"/>
                <w:szCs w:val="28"/>
              </w:rPr>
              <w:t>Gathering and recording data to compare and group together a variety of everyday materials on the basis of their simple physical properties.</w:t>
            </w:r>
          </w:p>
          <w:p w:rsidR="00797D70" w:rsidRPr="00871FC6" w:rsidRDefault="00797D70" w:rsidP="00DD7C59">
            <w:pPr>
              <w:rPr>
                <w:rFonts w:ascii="Sassoon Penpals" w:hAnsi="Sassoon Penpals" w:cs="Times New Roman"/>
                <w:sz w:val="28"/>
                <w:szCs w:val="28"/>
              </w:rPr>
            </w:pPr>
          </w:p>
          <w:p w:rsidR="00797D70" w:rsidRPr="00871FC6" w:rsidRDefault="00797D70" w:rsidP="00DD7C59">
            <w:pPr>
              <w:rPr>
                <w:rFonts w:ascii="Sassoon Penpals" w:hAnsi="Sassoon Penpals" w:cs="Times New Roman"/>
                <w:sz w:val="28"/>
                <w:szCs w:val="28"/>
              </w:rPr>
            </w:pP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Autumn 2 202</w:t>
            </w:r>
            <w:r w:rsidR="00AF0336">
              <w:rPr>
                <w:rFonts w:ascii="Sassoon Penpals" w:hAnsi="Sassoon Penpals" w:cs="Times New Roman"/>
                <w:b/>
                <w:sz w:val="28"/>
                <w:szCs w:val="28"/>
              </w:rPr>
              <w:t>7</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Materials</w:t>
            </w:r>
          </w:p>
          <w:p w:rsidR="00DD7C59"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BB15DB" w:rsidRPr="00871FC6">
              <w:rPr>
                <w:rFonts w:ascii="Sassoon Penpals" w:hAnsi="Sassoon Penpals" w:cs="Times New Roman"/>
                <w:b/>
                <w:sz w:val="28"/>
                <w:szCs w:val="28"/>
              </w:rPr>
              <w:t>Chemistry</w:t>
            </w:r>
            <w:r w:rsidRPr="00871FC6">
              <w:rPr>
                <w:rFonts w:ascii="Sassoon Penpals" w:hAnsi="Sassoon Penpals" w:cs="Times New Roman"/>
                <w:b/>
                <w:sz w:val="28"/>
                <w:szCs w:val="28"/>
              </w:rPr>
              <w:t>)</w:t>
            </w:r>
          </w:p>
          <w:p w:rsidR="003107B4" w:rsidRDefault="003107B4" w:rsidP="00DD7C59">
            <w:pPr>
              <w:rPr>
                <w:rFonts w:ascii="Sassoon Penpals" w:hAnsi="Sassoon Penpals" w:cs="Times New Roman"/>
                <w:b/>
                <w:sz w:val="28"/>
                <w:szCs w:val="28"/>
              </w:rPr>
            </w:pPr>
          </w:p>
          <w:p w:rsidR="003107B4" w:rsidRPr="00FD1590" w:rsidRDefault="003107B4" w:rsidP="003107B4">
            <w:pPr>
              <w:jc w:val="both"/>
              <w:rPr>
                <w:rFonts w:ascii="Sassoon Penpals" w:hAnsi="Sassoon Penpals"/>
                <w:b/>
                <w:sz w:val="28"/>
                <w:szCs w:val="28"/>
              </w:rPr>
            </w:pPr>
            <w:r w:rsidRPr="00FD1590">
              <w:rPr>
                <w:rFonts w:ascii="Sassoon Penpals" w:hAnsi="Sassoon Penpals"/>
                <w:b/>
                <w:sz w:val="28"/>
                <w:szCs w:val="28"/>
              </w:rPr>
              <w:t>Power of Reading text:</w:t>
            </w:r>
          </w:p>
          <w:p w:rsidR="003107B4" w:rsidRPr="00FD1590" w:rsidRDefault="003107B4" w:rsidP="003107B4">
            <w:pPr>
              <w:jc w:val="both"/>
              <w:rPr>
                <w:rFonts w:ascii="Sassoon Penpals" w:hAnsi="Sassoon Penpals"/>
                <w:b/>
                <w:sz w:val="28"/>
                <w:szCs w:val="28"/>
              </w:rPr>
            </w:pPr>
            <w:r w:rsidRPr="00FD1590">
              <w:rPr>
                <w:rFonts w:ascii="Sassoon Penpals" w:hAnsi="Sassoon Penpals"/>
                <w:b/>
                <w:sz w:val="28"/>
                <w:szCs w:val="28"/>
              </w:rPr>
              <w:t>Traction man</w:t>
            </w:r>
          </w:p>
          <w:p w:rsidR="003107B4" w:rsidRPr="00871FC6" w:rsidRDefault="003107B4" w:rsidP="00DD7C59">
            <w:pPr>
              <w:rPr>
                <w:rFonts w:ascii="Sassoon Penpals" w:hAnsi="Sassoon Penpals" w:cs="Times New Roman"/>
                <w:b/>
                <w:sz w:val="28"/>
                <w:szCs w:val="28"/>
              </w:rPr>
            </w:pPr>
          </w:p>
        </w:tc>
        <w:tc>
          <w:tcPr>
            <w:tcW w:w="8710" w:type="dxa"/>
            <w:gridSpan w:val="2"/>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BB15DB" w:rsidRPr="00871FC6">
              <w:rPr>
                <w:rFonts w:ascii="Sassoon Penpals" w:hAnsi="Sassoon Penpals" w:cs="Times New Roman"/>
                <w:b/>
                <w:sz w:val="28"/>
                <w:szCs w:val="28"/>
              </w:rPr>
              <w:t>Which material is most suitable?</w:t>
            </w:r>
          </w:p>
          <w:p w:rsidR="00DD7C59" w:rsidRPr="00871FC6" w:rsidRDefault="00DD7C59"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9D5FB7" w:rsidRPr="00871FC6">
              <w:rPr>
                <w:rFonts w:ascii="Sassoon Penpals" w:hAnsi="Sassoon Penpals" w:cs="Times New Roman"/>
                <w:b/>
                <w:sz w:val="28"/>
                <w:szCs w:val="28"/>
              </w:rPr>
              <w:t>squashing, bending, twisting and stretching, waterproof, floating/sinking, transparent/opaque, hard/soft, rigid/flexible</w:t>
            </w:r>
          </w:p>
        </w:tc>
      </w:tr>
      <w:tr w:rsidR="00DD7C59" w:rsidRPr="00F175F8" w:rsidTr="00C831C1">
        <w:tc>
          <w:tcPr>
            <w:tcW w:w="2035" w:type="dxa"/>
            <w:vMerge/>
          </w:tcPr>
          <w:p w:rsidR="00DD7C59" w:rsidRPr="00871FC6" w:rsidRDefault="00DD7C59" w:rsidP="00DD7C59">
            <w:pPr>
              <w:rPr>
                <w:rFonts w:ascii="Sassoon Penpals" w:hAnsi="Sassoon Penpals" w:cs="Times New Roman"/>
                <w:sz w:val="28"/>
                <w:szCs w:val="28"/>
              </w:rPr>
            </w:pPr>
          </w:p>
        </w:tc>
        <w:tc>
          <w:tcPr>
            <w:tcW w:w="3939" w:type="dxa"/>
          </w:tcPr>
          <w:p w:rsidR="00DD7C59" w:rsidRPr="00871FC6" w:rsidRDefault="009D5FB7" w:rsidP="00DD7C59">
            <w:pPr>
              <w:rPr>
                <w:rFonts w:ascii="Sassoon Penpals" w:hAnsi="Sassoon Penpals" w:cs="Times New Roman"/>
                <w:sz w:val="28"/>
                <w:szCs w:val="28"/>
              </w:rPr>
            </w:pPr>
            <w:r w:rsidRPr="00871FC6">
              <w:rPr>
                <w:rFonts w:ascii="Sassoon Penpals" w:hAnsi="Sassoon Penpals" w:cs="Times New Roman"/>
                <w:sz w:val="28"/>
                <w:szCs w:val="28"/>
              </w:rPr>
              <w:t>Understand what material an object is made from (wood, metal, plastic, glass, brick, rock, paper and cardboard) and to know</w:t>
            </w:r>
            <w:r w:rsidR="00E25932" w:rsidRPr="00871FC6">
              <w:rPr>
                <w:rFonts w:ascii="Sassoon Penpals" w:hAnsi="Sassoon Penpals" w:cs="Times New Roman"/>
                <w:sz w:val="28"/>
                <w:szCs w:val="28"/>
              </w:rPr>
              <w:t xml:space="preserve"> some materials are used for more than one thing.</w:t>
            </w:r>
          </w:p>
          <w:p w:rsidR="00E25932" w:rsidRPr="00871FC6" w:rsidRDefault="00E25932" w:rsidP="00DD7C59">
            <w:pPr>
              <w:rPr>
                <w:rFonts w:ascii="Sassoon Penpals" w:hAnsi="Sassoon Penpals" w:cs="Times New Roman"/>
                <w:sz w:val="28"/>
                <w:szCs w:val="28"/>
              </w:rPr>
            </w:pPr>
          </w:p>
          <w:p w:rsidR="00E25932"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Know the properties and the uses of different materials – waterproof, floating/sinking, transparent/opaque, hard/soft and rigid/flexible.</w:t>
            </w:r>
          </w:p>
          <w:p w:rsidR="00E25932" w:rsidRPr="00871FC6" w:rsidRDefault="00E25932" w:rsidP="00DD7C59">
            <w:pPr>
              <w:rPr>
                <w:rFonts w:ascii="Sassoon Penpals" w:hAnsi="Sassoon Penpals" w:cs="Times New Roman"/>
                <w:sz w:val="28"/>
                <w:szCs w:val="28"/>
              </w:rPr>
            </w:pPr>
          </w:p>
          <w:p w:rsidR="00E25932"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Know some materials are suitable/unsuitable for particular purposes.</w:t>
            </w:r>
          </w:p>
          <w:p w:rsidR="00E25932" w:rsidRPr="00871FC6" w:rsidRDefault="00E25932" w:rsidP="00DD7C59">
            <w:pPr>
              <w:rPr>
                <w:rFonts w:ascii="Sassoon Penpals" w:hAnsi="Sassoon Penpals" w:cs="Times New Roman"/>
                <w:sz w:val="28"/>
                <w:szCs w:val="28"/>
              </w:rPr>
            </w:pPr>
          </w:p>
          <w:p w:rsidR="00E25932"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Know that different materials can be used for the same thing.</w:t>
            </w:r>
          </w:p>
          <w:p w:rsidR="00E25932" w:rsidRPr="00871FC6" w:rsidRDefault="00E25932" w:rsidP="00DD7C59">
            <w:pPr>
              <w:rPr>
                <w:rFonts w:ascii="Sassoon Penpals" w:hAnsi="Sassoon Penpals" w:cs="Times New Roman"/>
                <w:sz w:val="28"/>
                <w:szCs w:val="28"/>
              </w:rPr>
            </w:pPr>
          </w:p>
          <w:p w:rsidR="00E25932"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 xml:space="preserve">Explore how the shapes of solid objects made from some materials can be </w:t>
            </w:r>
            <w:r w:rsidRPr="00871FC6">
              <w:rPr>
                <w:rFonts w:ascii="Sassoon Penpals" w:hAnsi="Sassoon Penpals" w:cs="Times New Roman"/>
                <w:sz w:val="28"/>
                <w:szCs w:val="28"/>
              </w:rPr>
              <w:lastRenderedPageBreak/>
              <w:t>changed by squashing, bending, twisting and stretching.</w:t>
            </w:r>
          </w:p>
        </w:tc>
        <w:tc>
          <w:tcPr>
            <w:tcW w:w="4771" w:type="dxa"/>
          </w:tcPr>
          <w:p w:rsidR="00DD7C59"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Ask questions about the uses of different everyday materials to know how some materials are used for more than one thing.</w:t>
            </w:r>
          </w:p>
          <w:p w:rsidR="00E25932" w:rsidRPr="00871FC6" w:rsidRDefault="00E25932" w:rsidP="00DD7C59">
            <w:pPr>
              <w:rPr>
                <w:rFonts w:ascii="Sassoon Penpals" w:hAnsi="Sassoon Penpals" w:cs="Times New Roman"/>
                <w:sz w:val="28"/>
                <w:szCs w:val="28"/>
              </w:rPr>
            </w:pPr>
          </w:p>
          <w:p w:rsidR="00E25932"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Identify and classify properties of materials that make them suitable or unsuitable for particular purposes.</w:t>
            </w:r>
          </w:p>
          <w:p w:rsidR="00E25932" w:rsidRPr="00871FC6" w:rsidRDefault="00E25932" w:rsidP="00DD7C59">
            <w:pPr>
              <w:rPr>
                <w:rFonts w:ascii="Sassoon Penpals" w:hAnsi="Sassoon Penpals" w:cs="Times New Roman"/>
                <w:sz w:val="28"/>
                <w:szCs w:val="28"/>
              </w:rPr>
            </w:pPr>
          </w:p>
          <w:p w:rsidR="00E25932"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Perform a simple test and record findings to source the best material for a particular purpose.</w:t>
            </w:r>
          </w:p>
          <w:p w:rsidR="00E25932" w:rsidRPr="00871FC6" w:rsidRDefault="00E25932" w:rsidP="00DD7C59">
            <w:pPr>
              <w:rPr>
                <w:rFonts w:ascii="Sassoon Penpals" w:hAnsi="Sassoon Penpals" w:cs="Times New Roman"/>
                <w:sz w:val="28"/>
                <w:szCs w:val="28"/>
              </w:rPr>
            </w:pPr>
          </w:p>
          <w:p w:rsidR="00E25932"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 xml:space="preserve">Observe how materials react through manipulation. </w:t>
            </w:r>
          </w:p>
        </w:tc>
      </w:tr>
      <w:tr w:rsidR="00DD7C59" w:rsidRPr="00F175F8" w:rsidTr="003107B4">
        <w:tc>
          <w:tcPr>
            <w:tcW w:w="2035" w:type="dxa"/>
            <w:vMerge w:val="restart"/>
            <w:shd w:val="clear" w:color="auto" w:fill="A6A6A6" w:themeFill="background1" w:themeFillShade="A6"/>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Spring 1 202</w:t>
            </w:r>
            <w:r w:rsidR="00AF0336">
              <w:rPr>
                <w:rFonts w:ascii="Sassoon Penpals" w:hAnsi="Sassoon Penpals" w:cs="Times New Roman"/>
                <w:b/>
                <w:sz w:val="28"/>
                <w:szCs w:val="28"/>
              </w:rPr>
              <w:t>8</w:t>
            </w:r>
          </w:p>
        </w:tc>
        <w:tc>
          <w:tcPr>
            <w:tcW w:w="8710" w:type="dxa"/>
            <w:gridSpan w:val="2"/>
            <w:shd w:val="clear" w:color="auto" w:fill="A6A6A6" w:themeFill="background1" w:themeFillShade="A6"/>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 </w:t>
            </w:r>
          </w:p>
        </w:tc>
      </w:tr>
      <w:tr w:rsidR="00DD7C59" w:rsidRPr="00F175F8" w:rsidTr="003107B4">
        <w:tc>
          <w:tcPr>
            <w:tcW w:w="2035" w:type="dxa"/>
            <w:vMerge/>
            <w:shd w:val="clear" w:color="auto" w:fill="A6A6A6" w:themeFill="background1" w:themeFillShade="A6"/>
          </w:tcPr>
          <w:p w:rsidR="00DD7C59" w:rsidRPr="00871FC6" w:rsidRDefault="00DD7C59" w:rsidP="00DD7C59">
            <w:pPr>
              <w:rPr>
                <w:rFonts w:ascii="Sassoon Penpals" w:hAnsi="Sassoon Penpals" w:cs="Times New Roman"/>
                <w:sz w:val="28"/>
                <w:szCs w:val="28"/>
              </w:rPr>
            </w:pPr>
          </w:p>
        </w:tc>
        <w:tc>
          <w:tcPr>
            <w:tcW w:w="3939" w:type="dxa"/>
            <w:shd w:val="clear" w:color="auto" w:fill="A6A6A6" w:themeFill="background1" w:themeFillShade="A6"/>
          </w:tcPr>
          <w:p w:rsidR="00DD7C59" w:rsidRPr="00871FC6" w:rsidRDefault="00DD7C59" w:rsidP="00DD7C59">
            <w:pPr>
              <w:rPr>
                <w:rFonts w:ascii="Sassoon Penpals" w:hAnsi="Sassoon Penpals" w:cs="Times New Roman"/>
                <w:sz w:val="28"/>
                <w:szCs w:val="28"/>
              </w:rPr>
            </w:pPr>
          </w:p>
        </w:tc>
        <w:tc>
          <w:tcPr>
            <w:tcW w:w="4771" w:type="dxa"/>
            <w:shd w:val="clear" w:color="auto" w:fill="A6A6A6" w:themeFill="background1" w:themeFillShade="A6"/>
          </w:tcPr>
          <w:p w:rsidR="00DD7C59" w:rsidRPr="00871FC6" w:rsidRDefault="00DD7C59" w:rsidP="00DD7C59">
            <w:pPr>
              <w:rPr>
                <w:rFonts w:ascii="Sassoon Penpals" w:hAnsi="Sassoon Penpals" w:cs="Times New Roman"/>
                <w:sz w:val="28"/>
                <w:szCs w:val="28"/>
              </w:rPr>
            </w:pP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Spring 2 202</w:t>
            </w:r>
            <w:r w:rsidR="00AF0336">
              <w:rPr>
                <w:rFonts w:ascii="Sassoon Penpals" w:hAnsi="Sassoon Penpals" w:cs="Times New Roman"/>
                <w:b/>
                <w:sz w:val="28"/>
                <w:szCs w:val="28"/>
              </w:rPr>
              <w:t>8</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Animals including humans</w:t>
            </w:r>
          </w:p>
          <w:p w:rsidR="003107B4"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DD7C59"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DD7C59" w:rsidRPr="003107B4" w:rsidRDefault="003107B4" w:rsidP="003107B4">
            <w:pPr>
              <w:rPr>
                <w:rFonts w:ascii="Sassoon Penpals" w:hAnsi="Sassoon Penpals" w:cs="Times New Roman"/>
                <w:sz w:val="28"/>
                <w:szCs w:val="28"/>
              </w:rPr>
            </w:pPr>
            <w:r>
              <w:rPr>
                <w:rFonts w:ascii="Sassoon Penpals" w:hAnsi="Sassoon Penpals" w:cs="Times New Roman"/>
                <w:sz w:val="28"/>
                <w:szCs w:val="28"/>
              </w:rPr>
              <w:t>Enquiry Led</w:t>
            </w:r>
          </w:p>
        </w:tc>
        <w:tc>
          <w:tcPr>
            <w:tcW w:w="8710" w:type="dxa"/>
            <w:gridSpan w:val="2"/>
          </w:tcPr>
          <w:p w:rsidR="00CC32E6" w:rsidRPr="00871FC6" w:rsidRDefault="00CC32E6" w:rsidP="00CC32E6">
            <w:pPr>
              <w:rPr>
                <w:rFonts w:ascii="Sassoon Penpals" w:hAnsi="Sassoon Penpals" w:cs="Times New Roman"/>
                <w:b/>
                <w:sz w:val="28"/>
                <w:szCs w:val="28"/>
              </w:rPr>
            </w:pPr>
            <w:r w:rsidRPr="00871FC6">
              <w:rPr>
                <w:rFonts w:ascii="Sassoon Penpals" w:hAnsi="Sassoon Penpals" w:cs="Times New Roman"/>
                <w:b/>
                <w:sz w:val="28"/>
                <w:szCs w:val="28"/>
              </w:rPr>
              <w:t>Topic question: Can you identify an animal from each animal group?</w:t>
            </w:r>
          </w:p>
          <w:p w:rsidR="00DD7C59" w:rsidRPr="00871FC6" w:rsidRDefault="00CC32E6" w:rsidP="00CC32E6">
            <w:pPr>
              <w:rPr>
                <w:rFonts w:ascii="Sassoon Penpals" w:hAnsi="Sassoon Penpals" w:cs="Times New Roman"/>
                <w:sz w:val="28"/>
                <w:szCs w:val="28"/>
              </w:rPr>
            </w:pPr>
            <w:r w:rsidRPr="00871FC6">
              <w:rPr>
                <w:rFonts w:ascii="Sassoon Penpals" w:hAnsi="Sassoon Penpals" w:cs="Times New Roman"/>
                <w:b/>
                <w:sz w:val="28"/>
                <w:szCs w:val="28"/>
              </w:rPr>
              <w:t>Key Vocabulary: fish, amphibians, reptiles, birds and mammals.</w:t>
            </w:r>
          </w:p>
        </w:tc>
      </w:tr>
      <w:tr w:rsidR="00BB15DB" w:rsidRPr="00F175F8" w:rsidTr="00C831C1">
        <w:tc>
          <w:tcPr>
            <w:tcW w:w="2035" w:type="dxa"/>
            <w:vMerge/>
          </w:tcPr>
          <w:p w:rsidR="00BB15DB" w:rsidRPr="00871FC6" w:rsidRDefault="00BB15DB" w:rsidP="00BB15DB">
            <w:pPr>
              <w:rPr>
                <w:rFonts w:ascii="Sassoon Penpals" w:hAnsi="Sassoon Penpals" w:cs="Times New Roman"/>
                <w:sz w:val="28"/>
                <w:szCs w:val="28"/>
              </w:rPr>
            </w:pPr>
          </w:p>
        </w:tc>
        <w:tc>
          <w:tcPr>
            <w:tcW w:w="3939" w:type="dxa"/>
          </w:tcPr>
          <w:p w:rsidR="00CC32E6" w:rsidRPr="00871FC6" w:rsidRDefault="00CC32E6" w:rsidP="00BB15DB">
            <w:pPr>
              <w:rPr>
                <w:rFonts w:ascii="Sassoon Penpals" w:hAnsi="Sassoon Penpals" w:cs="Times New Roman"/>
                <w:sz w:val="28"/>
                <w:szCs w:val="28"/>
              </w:rPr>
            </w:pPr>
            <w:r w:rsidRPr="00871FC6">
              <w:rPr>
                <w:rFonts w:ascii="Sassoon Penpals" w:hAnsi="Sassoon Penpals" w:cs="Times New Roman"/>
                <w:sz w:val="28"/>
                <w:szCs w:val="28"/>
              </w:rPr>
              <w:t xml:space="preserve">Become familiar with the common names of some fish, amphibians, reptiles, birds and mammals, including those that are kept as pets. </w:t>
            </w:r>
          </w:p>
          <w:p w:rsidR="00CC32E6" w:rsidRPr="00871FC6" w:rsidRDefault="00CC32E6" w:rsidP="00BB15DB">
            <w:pPr>
              <w:rPr>
                <w:rFonts w:ascii="Sassoon Penpals" w:hAnsi="Sassoon Penpals" w:cs="Times New Roman"/>
                <w:sz w:val="28"/>
                <w:szCs w:val="28"/>
              </w:rPr>
            </w:pPr>
          </w:p>
          <w:p w:rsidR="00BB15DB" w:rsidRPr="00871FC6" w:rsidRDefault="00CC32E6" w:rsidP="00BB15DB">
            <w:pPr>
              <w:rPr>
                <w:rFonts w:ascii="Sassoon Penpals" w:hAnsi="Sassoon Penpals" w:cs="Times New Roman"/>
                <w:sz w:val="28"/>
                <w:szCs w:val="28"/>
              </w:rPr>
            </w:pPr>
            <w:r w:rsidRPr="00871FC6">
              <w:rPr>
                <w:rFonts w:ascii="Sassoon Penpals" w:hAnsi="Sassoon Penpals" w:cs="Times New Roman"/>
                <w:sz w:val="28"/>
                <w:szCs w:val="28"/>
              </w:rPr>
              <w:t>Identify vertebrates and invertebrates.</w:t>
            </w:r>
          </w:p>
        </w:tc>
        <w:tc>
          <w:tcPr>
            <w:tcW w:w="4771" w:type="dxa"/>
          </w:tcPr>
          <w:p w:rsidR="00CC32E6" w:rsidRPr="00871FC6" w:rsidRDefault="00CC32E6" w:rsidP="00BB15DB">
            <w:pPr>
              <w:rPr>
                <w:rFonts w:ascii="Sassoon Penpals" w:hAnsi="Sassoon Penpals" w:cs="Times New Roman"/>
                <w:sz w:val="28"/>
                <w:szCs w:val="28"/>
              </w:rPr>
            </w:pPr>
            <w:r w:rsidRPr="00871FC6">
              <w:rPr>
                <w:rFonts w:ascii="Sassoon Penpals" w:hAnsi="Sassoon Penpals" w:cs="Times New Roman"/>
                <w:sz w:val="28"/>
                <w:szCs w:val="28"/>
              </w:rPr>
              <w:t xml:space="preserve">Asking simple questions to know the characteristics of the different animal groups. </w:t>
            </w:r>
          </w:p>
          <w:p w:rsidR="00CC32E6" w:rsidRPr="00871FC6" w:rsidRDefault="00CC32E6" w:rsidP="00BB15DB">
            <w:pPr>
              <w:rPr>
                <w:rFonts w:ascii="Sassoon Penpals" w:hAnsi="Sassoon Penpals" w:cs="Times New Roman"/>
                <w:sz w:val="28"/>
                <w:szCs w:val="28"/>
              </w:rPr>
            </w:pPr>
          </w:p>
          <w:p w:rsidR="00CC32E6" w:rsidRPr="00871FC6" w:rsidRDefault="00CC32E6" w:rsidP="00BB15DB">
            <w:pPr>
              <w:rPr>
                <w:rFonts w:ascii="Sassoon Penpals" w:hAnsi="Sassoon Penpals" w:cs="Times New Roman"/>
                <w:sz w:val="28"/>
                <w:szCs w:val="28"/>
              </w:rPr>
            </w:pPr>
            <w:r w:rsidRPr="00871FC6">
              <w:rPr>
                <w:rFonts w:ascii="Sassoon Penpals" w:hAnsi="Sassoon Penpals" w:cs="Times New Roman"/>
                <w:sz w:val="28"/>
                <w:szCs w:val="28"/>
              </w:rPr>
              <w:t xml:space="preserve">Observe closely the different animals in the local environment and record findings. </w:t>
            </w:r>
          </w:p>
          <w:p w:rsidR="00CC32E6" w:rsidRPr="00871FC6" w:rsidRDefault="00CC32E6" w:rsidP="00BB15DB">
            <w:pPr>
              <w:rPr>
                <w:rFonts w:ascii="Sassoon Penpals" w:hAnsi="Sassoon Penpals" w:cs="Times New Roman"/>
                <w:sz w:val="28"/>
                <w:szCs w:val="28"/>
              </w:rPr>
            </w:pPr>
          </w:p>
          <w:p w:rsidR="00CC32E6" w:rsidRPr="00871FC6" w:rsidRDefault="00CC32E6" w:rsidP="00BB15DB">
            <w:pPr>
              <w:rPr>
                <w:rFonts w:ascii="Sassoon Penpals" w:hAnsi="Sassoon Penpals" w:cs="Times New Roman"/>
                <w:sz w:val="28"/>
                <w:szCs w:val="28"/>
              </w:rPr>
            </w:pPr>
            <w:r w:rsidRPr="00871FC6">
              <w:rPr>
                <w:rFonts w:ascii="Sassoon Penpals" w:hAnsi="Sassoon Penpals" w:cs="Times New Roman"/>
                <w:sz w:val="28"/>
                <w:szCs w:val="28"/>
              </w:rPr>
              <w:t xml:space="preserve">Identifying, naming and describing a variety of common animals including fish, amphibians, reptiles, birds and mammals (from the six animal groups). </w:t>
            </w:r>
          </w:p>
          <w:p w:rsidR="00CC32E6" w:rsidRPr="00871FC6" w:rsidRDefault="00CC32E6" w:rsidP="00BB15DB">
            <w:pPr>
              <w:rPr>
                <w:rFonts w:ascii="Sassoon Penpals" w:hAnsi="Sassoon Penpals" w:cs="Times New Roman"/>
                <w:sz w:val="28"/>
                <w:szCs w:val="28"/>
              </w:rPr>
            </w:pPr>
          </w:p>
          <w:p w:rsidR="00BB15DB" w:rsidRPr="00871FC6" w:rsidRDefault="00CC32E6" w:rsidP="00BB15DB">
            <w:pPr>
              <w:rPr>
                <w:rFonts w:ascii="Sassoon Penpals" w:hAnsi="Sassoon Penpals" w:cs="Times New Roman"/>
                <w:sz w:val="28"/>
                <w:szCs w:val="28"/>
              </w:rPr>
            </w:pPr>
            <w:r w:rsidRPr="00871FC6">
              <w:rPr>
                <w:rFonts w:ascii="Sassoon Penpals" w:hAnsi="Sassoon Penpals" w:cs="Times New Roman"/>
                <w:sz w:val="28"/>
                <w:szCs w:val="28"/>
              </w:rPr>
              <w:t>Using observations and ideas to identify the six animal groups.</w:t>
            </w:r>
          </w:p>
        </w:tc>
      </w:tr>
      <w:tr w:rsidR="00CC32E6" w:rsidRPr="00F175F8" w:rsidTr="00C831C1">
        <w:tc>
          <w:tcPr>
            <w:tcW w:w="2035" w:type="dxa"/>
            <w:vMerge w:val="restart"/>
          </w:tcPr>
          <w:p w:rsidR="00CC32E6" w:rsidRPr="00871FC6" w:rsidRDefault="00CC32E6" w:rsidP="00CC32E6">
            <w:pPr>
              <w:rPr>
                <w:rFonts w:ascii="Sassoon Penpals" w:hAnsi="Sassoon Penpals" w:cs="Times New Roman"/>
                <w:b/>
                <w:sz w:val="28"/>
                <w:szCs w:val="28"/>
              </w:rPr>
            </w:pPr>
            <w:r w:rsidRPr="00871FC6">
              <w:rPr>
                <w:rFonts w:ascii="Sassoon Penpals" w:hAnsi="Sassoon Penpals" w:cs="Times New Roman"/>
                <w:b/>
                <w:sz w:val="28"/>
                <w:szCs w:val="28"/>
              </w:rPr>
              <w:t>Summer 1 202</w:t>
            </w:r>
            <w:r w:rsidR="00AF0336">
              <w:rPr>
                <w:rFonts w:ascii="Sassoon Penpals" w:hAnsi="Sassoon Penpals" w:cs="Times New Roman"/>
                <w:b/>
                <w:sz w:val="28"/>
                <w:szCs w:val="28"/>
              </w:rPr>
              <w:t>8</w:t>
            </w:r>
          </w:p>
          <w:p w:rsidR="00797D70" w:rsidRPr="00871FC6" w:rsidRDefault="00797D70" w:rsidP="00CC32E6">
            <w:pPr>
              <w:rPr>
                <w:rFonts w:ascii="Sassoon Penpals" w:hAnsi="Sassoon Penpals" w:cs="Times New Roman"/>
                <w:b/>
                <w:sz w:val="28"/>
                <w:szCs w:val="28"/>
              </w:rPr>
            </w:pPr>
            <w:r w:rsidRPr="00871FC6">
              <w:rPr>
                <w:rFonts w:ascii="Sassoon Penpals" w:hAnsi="Sassoon Penpals" w:cs="Times New Roman"/>
                <w:b/>
                <w:sz w:val="28"/>
                <w:szCs w:val="28"/>
              </w:rPr>
              <w:t>Animals including humans</w:t>
            </w:r>
          </w:p>
          <w:p w:rsidR="003107B4" w:rsidRDefault="00797D70" w:rsidP="00CC32E6">
            <w:pPr>
              <w:rPr>
                <w:rFonts w:ascii="Sassoon Penpals" w:hAnsi="Sassoon Penpals" w:cs="Times New Roman"/>
                <w:b/>
                <w:sz w:val="28"/>
                <w:szCs w:val="28"/>
              </w:rPr>
            </w:pPr>
            <w:r w:rsidRPr="00871FC6">
              <w:rPr>
                <w:rFonts w:ascii="Sassoon Penpals" w:hAnsi="Sassoon Penpals" w:cs="Times New Roman"/>
                <w:b/>
                <w:sz w:val="28"/>
                <w:szCs w:val="28"/>
              </w:rPr>
              <w:t>(</w:t>
            </w:r>
            <w:r w:rsidR="00CC32E6"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CC32E6" w:rsidRPr="003107B4" w:rsidRDefault="003107B4" w:rsidP="003107B4">
            <w:pPr>
              <w:rPr>
                <w:rFonts w:ascii="Sassoon Penpals" w:hAnsi="Sassoon Penpals" w:cs="Times New Roman"/>
                <w:sz w:val="28"/>
                <w:szCs w:val="28"/>
              </w:rPr>
            </w:pPr>
            <w:r>
              <w:rPr>
                <w:rFonts w:ascii="Sassoon Penpals" w:hAnsi="Sassoon Penpals" w:cs="Times New Roman"/>
                <w:sz w:val="28"/>
                <w:szCs w:val="28"/>
              </w:rPr>
              <w:t>Enquiry Led</w:t>
            </w:r>
          </w:p>
        </w:tc>
        <w:tc>
          <w:tcPr>
            <w:tcW w:w="8710" w:type="dxa"/>
            <w:gridSpan w:val="2"/>
          </w:tcPr>
          <w:p w:rsidR="00CC32E6" w:rsidRPr="00871FC6" w:rsidRDefault="00CC32E6" w:rsidP="00CC32E6">
            <w:pPr>
              <w:rPr>
                <w:rFonts w:ascii="Sassoon Penpals" w:hAnsi="Sassoon Penpals" w:cs="Times New Roman"/>
                <w:b/>
                <w:sz w:val="28"/>
                <w:szCs w:val="28"/>
              </w:rPr>
            </w:pPr>
            <w:r w:rsidRPr="00871FC6">
              <w:rPr>
                <w:rFonts w:ascii="Sassoon Penpals" w:hAnsi="Sassoon Penpals" w:cs="Times New Roman"/>
                <w:b/>
                <w:sz w:val="28"/>
                <w:szCs w:val="28"/>
              </w:rPr>
              <w:t>Topic question: How do animals survive and what do they eat?</w:t>
            </w:r>
          </w:p>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b/>
                <w:sz w:val="28"/>
                <w:szCs w:val="28"/>
              </w:rPr>
              <w:t>Key Vocabulary: mammals, fish, reptiles, herbivore, carnivore</w:t>
            </w:r>
          </w:p>
        </w:tc>
      </w:tr>
      <w:tr w:rsidR="00CC32E6" w:rsidRPr="00F175F8" w:rsidTr="00C831C1">
        <w:tc>
          <w:tcPr>
            <w:tcW w:w="2035" w:type="dxa"/>
            <w:vMerge/>
          </w:tcPr>
          <w:p w:rsidR="00CC32E6" w:rsidRPr="00871FC6" w:rsidRDefault="00CC32E6" w:rsidP="00CC32E6">
            <w:pPr>
              <w:rPr>
                <w:rFonts w:ascii="Sassoon Penpals" w:hAnsi="Sassoon Penpals" w:cs="Times New Roman"/>
                <w:sz w:val="28"/>
                <w:szCs w:val="28"/>
              </w:rPr>
            </w:pPr>
          </w:p>
        </w:tc>
        <w:tc>
          <w:tcPr>
            <w:tcW w:w="3939" w:type="dxa"/>
          </w:tcPr>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sz w:val="28"/>
                <w:szCs w:val="28"/>
              </w:rPr>
              <w:t xml:space="preserve">Know the basic needs of animals for survival. Understand a simple food chain that includes humans (e.g. grass, cow, human). </w:t>
            </w:r>
          </w:p>
          <w:p w:rsidR="00CC32E6" w:rsidRPr="00871FC6" w:rsidRDefault="00CC32E6" w:rsidP="00CC32E6">
            <w:pPr>
              <w:rPr>
                <w:rFonts w:ascii="Sassoon Penpals" w:hAnsi="Sassoon Penpals" w:cs="Times New Roman"/>
                <w:sz w:val="28"/>
                <w:szCs w:val="28"/>
              </w:rPr>
            </w:pPr>
          </w:p>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sz w:val="28"/>
                <w:szCs w:val="28"/>
              </w:rPr>
              <w:t xml:space="preserve">Know how animals obtain their food from plants and other animals, using a simple food chain, and identify and name different sources of food. </w:t>
            </w:r>
          </w:p>
          <w:p w:rsidR="00CC32E6" w:rsidRPr="00871FC6" w:rsidRDefault="00CC32E6" w:rsidP="00CC32E6">
            <w:pPr>
              <w:rPr>
                <w:rFonts w:ascii="Sassoon Penpals" w:hAnsi="Sassoon Penpals" w:cs="Times New Roman"/>
                <w:sz w:val="28"/>
                <w:szCs w:val="28"/>
              </w:rPr>
            </w:pPr>
          </w:p>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sz w:val="28"/>
                <w:szCs w:val="28"/>
              </w:rPr>
              <w:t xml:space="preserve">Explore and compare the things that are living, dead and have never been alive. </w:t>
            </w:r>
          </w:p>
          <w:p w:rsidR="00CC32E6" w:rsidRPr="00871FC6" w:rsidRDefault="00CC32E6" w:rsidP="00CC32E6">
            <w:pPr>
              <w:rPr>
                <w:rFonts w:ascii="Sassoon Penpals" w:hAnsi="Sassoon Penpals" w:cs="Times New Roman"/>
                <w:sz w:val="28"/>
                <w:szCs w:val="28"/>
              </w:rPr>
            </w:pPr>
          </w:p>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sz w:val="28"/>
                <w:szCs w:val="28"/>
              </w:rPr>
              <w:t>Know that animals have offspring, grow into adults and make connections to life cycles.</w:t>
            </w:r>
          </w:p>
        </w:tc>
        <w:tc>
          <w:tcPr>
            <w:tcW w:w="4771" w:type="dxa"/>
          </w:tcPr>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sz w:val="28"/>
                <w:szCs w:val="28"/>
              </w:rPr>
              <w:t xml:space="preserve">Ask and answer questions to become familiar with the life processes that are common to all living things. </w:t>
            </w:r>
          </w:p>
          <w:p w:rsidR="00CC32E6" w:rsidRPr="00871FC6" w:rsidRDefault="00CC32E6" w:rsidP="00CC32E6">
            <w:pPr>
              <w:rPr>
                <w:rFonts w:ascii="Sassoon Penpals" w:hAnsi="Sassoon Penpals" w:cs="Times New Roman"/>
                <w:sz w:val="28"/>
                <w:szCs w:val="28"/>
              </w:rPr>
            </w:pPr>
          </w:p>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sz w:val="28"/>
                <w:szCs w:val="28"/>
              </w:rPr>
              <w:t xml:space="preserve">Sort and classify things according to whether they are living, dead or were never alive, and record findings using charts. </w:t>
            </w:r>
          </w:p>
          <w:p w:rsidR="00CC32E6" w:rsidRPr="00871FC6" w:rsidRDefault="00CC32E6" w:rsidP="00CC32E6">
            <w:pPr>
              <w:rPr>
                <w:rFonts w:ascii="Sassoon Penpals" w:hAnsi="Sassoon Penpals" w:cs="Times New Roman"/>
                <w:sz w:val="28"/>
                <w:szCs w:val="28"/>
              </w:rPr>
            </w:pPr>
          </w:p>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sz w:val="28"/>
                <w:szCs w:val="28"/>
              </w:rPr>
              <w:t>Identify carnivores, herbivores and omnivores through the use of a simple food chain.</w:t>
            </w: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Summer 2 202</w:t>
            </w:r>
            <w:r w:rsidR="00AF0336">
              <w:rPr>
                <w:rFonts w:ascii="Sassoon Penpals" w:hAnsi="Sassoon Penpals" w:cs="Times New Roman"/>
                <w:b/>
                <w:sz w:val="28"/>
                <w:szCs w:val="28"/>
              </w:rPr>
              <w:t>8</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Living things and their habitat</w:t>
            </w:r>
          </w:p>
          <w:p w:rsidR="003107B4"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CC32E6"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107B4" w:rsidRDefault="003107B4" w:rsidP="003107B4">
            <w:pPr>
              <w:rPr>
                <w:rFonts w:ascii="Sassoon Penpals" w:hAnsi="Sassoon Penpals" w:cs="Times New Roman"/>
                <w:sz w:val="28"/>
                <w:szCs w:val="28"/>
              </w:rPr>
            </w:pP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Power of Reading text:</w:t>
            </w: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Leaf</w:t>
            </w:r>
          </w:p>
          <w:p w:rsidR="00DD7C59" w:rsidRPr="003107B4" w:rsidRDefault="00DD7C59" w:rsidP="003107B4">
            <w:pPr>
              <w:rPr>
                <w:rFonts w:ascii="Sassoon Penpals" w:hAnsi="Sassoon Penpals" w:cs="Times New Roman"/>
                <w:sz w:val="28"/>
                <w:szCs w:val="28"/>
              </w:rPr>
            </w:pPr>
          </w:p>
        </w:tc>
        <w:tc>
          <w:tcPr>
            <w:tcW w:w="8710" w:type="dxa"/>
            <w:gridSpan w:val="2"/>
          </w:tcPr>
          <w:p w:rsidR="00CC32E6"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 xml:space="preserve">Topic question: </w:t>
            </w:r>
            <w:r w:rsidR="00CC32E6" w:rsidRPr="00871FC6">
              <w:rPr>
                <w:rFonts w:ascii="Sassoon Penpals" w:hAnsi="Sassoon Penpals" w:cs="Times New Roman"/>
                <w:b/>
                <w:sz w:val="28"/>
                <w:szCs w:val="28"/>
              </w:rPr>
              <w:t>What different habitats are there at Longlands?</w:t>
            </w:r>
          </w:p>
          <w:p w:rsidR="00DD7C59" w:rsidRPr="00871FC6" w:rsidRDefault="00DD7C59"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CC32E6" w:rsidRPr="00871FC6">
              <w:rPr>
                <w:rFonts w:ascii="Sassoon Penpals" w:hAnsi="Sassoon Penpals" w:cs="Times New Roman"/>
                <w:b/>
                <w:sz w:val="28"/>
                <w:szCs w:val="28"/>
              </w:rPr>
              <w:t>habitat, microhabitat, woodland, ocean, environment, adaption</w:t>
            </w:r>
          </w:p>
        </w:tc>
      </w:tr>
      <w:tr w:rsidR="00DD7C59" w:rsidRPr="00F175F8" w:rsidTr="00C831C1">
        <w:tc>
          <w:tcPr>
            <w:tcW w:w="2035" w:type="dxa"/>
            <w:vMerge/>
          </w:tcPr>
          <w:p w:rsidR="00DD7C59" w:rsidRPr="00871FC6" w:rsidRDefault="00DD7C59" w:rsidP="00DD7C59">
            <w:pPr>
              <w:rPr>
                <w:rFonts w:ascii="Sassoon Penpals" w:hAnsi="Sassoon Penpals" w:cs="Times New Roman"/>
                <w:sz w:val="28"/>
                <w:szCs w:val="28"/>
              </w:rPr>
            </w:pPr>
          </w:p>
        </w:tc>
        <w:tc>
          <w:tcPr>
            <w:tcW w:w="3939" w:type="dxa"/>
          </w:tcPr>
          <w:p w:rsidR="00CC32E6"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what a habitat and microhabitat is. </w:t>
            </w:r>
          </w:p>
          <w:p w:rsidR="00CC32E6" w:rsidRPr="00871FC6" w:rsidRDefault="00CC32E6" w:rsidP="00DD7C59">
            <w:pPr>
              <w:rPr>
                <w:rFonts w:ascii="Sassoon Penpals" w:hAnsi="Sassoon Penpals" w:cs="Times New Roman"/>
                <w:sz w:val="28"/>
                <w:szCs w:val="28"/>
              </w:rPr>
            </w:pPr>
          </w:p>
          <w:p w:rsidR="00CC32E6"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Be able to compare animals in familiar habitats with animals found in less familiar environments. </w:t>
            </w:r>
          </w:p>
          <w:p w:rsidR="00CC32E6" w:rsidRPr="00871FC6" w:rsidRDefault="00CC32E6" w:rsidP="00DD7C59">
            <w:pPr>
              <w:rPr>
                <w:rFonts w:ascii="Sassoon Penpals" w:hAnsi="Sassoon Penpals" w:cs="Times New Roman"/>
                <w:sz w:val="28"/>
                <w:szCs w:val="28"/>
              </w:rPr>
            </w:pPr>
          </w:p>
          <w:p w:rsidR="00CC32E6"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Compare animals in familiar habitats with animals found in less familiar. </w:t>
            </w:r>
          </w:p>
          <w:p w:rsidR="00CC32E6" w:rsidRPr="00871FC6" w:rsidRDefault="00CC32E6" w:rsidP="00DD7C59">
            <w:pPr>
              <w:rPr>
                <w:rFonts w:ascii="Sassoon Penpals" w:hAnsi="Sassoon Penpals" w:cs="Times New Roman"/>
                <w:sz w:val="28"/>
                <w:szCs w:val="28"/>
              </w:rPr>
            </w:pPr>
          </w:p>
          <w:p w:rsidR="00DD7C59"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Know and name a variety of plants and animals in their habitats, including microhabitats.</w:t>
            </w:r>
          </w:p>
        </w:tc>
        <w:tc>
          <w:tcPr>
            <w:tcW w:w="4771" w:type="dxa"/>
          </w:tcPr>
          <w:p w:rsidR="00CC32E6"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Ask questions to understand the different habitats and why animals prefer each habitat. </w:t>
            </w:r>
          </w:p>
          <w:p w:rsidR="00CC32E6" w:rsidRPr="00871FC6" w:rsidRDefault="00CC32E6" w:rsidP="00DD7C59">
            <w:pPr>
              <w:rPr>
                <w:rFonts w:ascii="Sassoon Penpals" w:hAnsi="Sassoon Penpals" w:cs="Times New Roman"/>
                <w:sz w:val="28"/>
                <w:szCs w:val="28"/>
              </w:rPr>
            </w:pPr>
          </w:p>
          <w:p w:rsidR="00346EE0"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Explore and compare the differences between things that are living, dead and things that have never been alive. </w:t>
            </w:r>
          </w:p>
          <w:p w:rsidR="00346EE0" w:rsidRPr="00871FC6" w:rsidRDefault="00346EE0" w:rsidP="00DD7C59">
            <w:pPr>
              <w:rPr>
                <w:rFonts w:ascii="Sassoon Penpals" w:hAnsi="Sassoon Penpals" w:cs="Times New Roman"/>
                <w:sz w:val="28"/>
                <w:szCs w:val="28"/>
              </w:rPr>
            </w:pPr>
          </w:p>
          <w:p w:rsidR="00346EE0"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Observe and describe how different habitats are suited to the basic needs of different kinds of animals and the interdependence of animals and plants. </w:t>
            </w:r>
          </w:p>
          <w:p w:rsidR="00346EE0" w:rsidRPr="00871FC6" w:rsidRDefault="00346EE0" w:rsidP="00DD7C59">
            <w:pPr>
              <w:rPr>
                <w:rFonts w:ascii="Sassoon Penpals" w:hAnsi="Sassoon Penpals" w:cs="Times New Roman"/>
                <w:sz w:val="28"/>
                <w:szCs w:val="28"/>
              </w:rPr>
            </w:pPr>
          </w:p>
          <w:p w:rsidR="00346EE0"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and classify the different habitats within our school. </w:t>
            </w:r>
          </w:p>
          <w:p w:rsidR="00346EE0" w:rsidRPr="00871FC6" w:rsidRDefault="00346EE0" w:rsidP="00DD7C59">
            <w:pPr>
              <w:rPr>
                <w:rFonts w:ascii="Sassoon Penpals" w:hAnsi="Sassoon Penpals" w:cs="Times New Roman"/>
                <w:sz w:val="28"/>
                <w:szCs w:val="28"/>
              </w:rPr>
            </w:pPr>
          </w:p>
          <w:p w:rsidR="00346EE0"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Gather &amp; Record how animals obtain their food from plants and animals using the idea of a simple food chain. </w:t>
            </w:r>
          </w:p>
          <w:p w:rsidR="00346EE0" w:rsidRPr="00871FC6" w:rsidRDefault="00346EE0" w:rsidP="00DD7C59">
            <w:pPr>
              <w:rPr>
                <w:rFonts w:ascii="Sassoon Penpals" w:hAnsi="Sassoon Penpals" w:cs="Times New Roman"/>
                <w:sz w:val="28"/>
                <w:szCs w:val="28"/>
              </w:rPr>
            </w:pPr>
          </w:p>
          <w:p w:rsidR="00DD7C59"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Identify and name different sources of food.</w:t>
            </w:r>
          </w:p>
        </w:tc>
      </w:tr>
    </w:tbl>
    <w:tbl>
      <w:tblPr>
        <w:tblStyle w:val="TableGrid"/>
        <w:tblW w:w="10745" w:type="dxa"/>
        <w:tblInd w:w="-998" w:type="dxa"/>
        <w:tblLook w:val="04A0" w:firstRow="1" w:lastRow="0" w:firstColumn="1" w:lastColumn="0" w:noHBand="0" w:noVBand="1"/>
      </w:tblPr>
      <w:tblGrid>
        <w:gridCol w:w="2035"/>
        <w:gridCol w:w="3936"/>
        <w:gridCol w:w="4774"/>
      </w:tblGrid>
      <w:tr w:rsidR="00DD7C59" w:rsidRPr="00F175F8" w:rsidTr="00C831C1">
        <w:tc>
          <w:tcPr>
            <w:tcW w:w="10745" w:type="dxa"/>
            <w:gridSpan w:val="3"/>
            <w:shd w:val="clear" w:color="auto" w:fill="00B0F0"/>
          </w:tcPr>
          <w:p w:rsidR="00DD7C59" w:rsidRPr="00F175F8" w:rsidRDefault="00DD7C59" w:rsidP="00DD7C59">
            <w:pPr>
              <w:jc w:val="center"/>
              <w:rPr>
                <w:rFonts w:ascii="Sassoon Penpals" w:eastAsia="MS Mincho" w:hAnsi="Sassoon Penpals" w:cs="Times New Roman"/>
                <w:sz w:val="40"/>
                <w:szCs w:val="40"/>
              </w:rPr>
            </w:pPr>
            <w:r>
              <w:rPr>
                <w:rFonts w:ascii="Sassoon Penpals" w:hAnsi="Sassoon Penpals" w:cs="Times New Roman"/>
                <w:sz w:val="40"/>
                <w:szCs w:val="40"/>
              </w:rPr>
              <w:t>Year 3/4</w:t>
            </w:r>
          </w:p>
        </w:tc>
      </w:tr>
      <w:tr w:rsidR="00DD7C59" w:rsidRPr="00F175F8" w:rsidTr="00C831C1">
        <w:tc>
          <w:tcPr>
            <w:tcW w:w="2035" w:type="dxa"/>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Term</w:t>
            </w:r>
          </w:p>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Subject</w:t>
            </w:r>
          </w:p>
        </w:tc>
        <w:tc>
          <w:tcPr>
            <w:tcW w:w="3936" w:type="dxa"/>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Knowledge</w:t>
            </w:r>
          </w:p>
        </w:tc>
        <w:tc>
          <w:tcPr>
            <w:tcW w:w="4774" w:type="dxa"/>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Skills</w:t>
            </w: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eastAsia="MS Mincho" w:hAnsi="Sassoon Penpals" w:cs="Times New Roman"/>
                <w:b/>
                <w:sz w:val="28"/>
                <w:szCs w:val="28"/>
              </w:rPr>
              <w:t>Autumn 1 202</w:t>
            </w:r>
            <w:r w:rsidR="00AF0336">
              <w:rPr>
                <w:rFonts w:ascii="Sassoon Penpals" w:hAnsi="Sassoon Penpals" w:cs="Times New Roman"/>
                <w:b/>
                <w:sz w:val="28"/>
                <w:szCs w:val="28"/>
              </w:rPr>
              <w:t>7</w:t>
            </w:r>
          </w:p>
          <w:p w:rsidR="00797D70" w:rsidRPr="00871FC6" w:rsidRDefault="00797D70"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States of matter</w:t>
            </w:r>
          </w:p>
          <w:p w:rsidR="003107B4" w:rsidRDefault="00797D70" w:rsidP="00DD7C59">
            <w:pPr>
              <w:rPr>
                <w:rFonts w:ascii="Sassoon Penpals" w:eastAsia="MS Mincho" w:hAnsi="Sassoon Penpals" w:cs="Times New Roman"/>
                <w:sz w:val="28"/>
                <w:szCs w:val="28"/>
              </w:rPr>
            </w:pPr>
            <w:r w:rsidRPr="00871FC6">
              <w:rPr>
                <w:rFonts w:ascii="Sassoon Penpals" w:eastAsia="MS Mincho" w:hAnsi="Sassoon Penpals" w:cs="Times New Roman"/>
                <w:b/>
                <w:sz w:val="28"/>
                <w:szCs w:val="28"/>
              </w:rPr>
              <w:t>(</w:t>
            </w:r>
            <w:r w:rsidR="00261274" w:rsidRPr="00871FC6">
              <w:rPr>
                <w:rFonts w:ascii="Sassoon Penpals" w:eastAsia="MS Mincho" w:hAnsi="Sassoon Penpals" w:cs="Times New Roman"/>
                <w:b/>
                <w:sz w:val="28"/>
                <w:szCs w:val="28"/>
              </w:rPr>
              <w:t>Chemistry</w:t>
            </w:r>
            <w:r w:rsidRPr="00871FC6">
              <w:rPr>
                <w:rFonts w:ascii="Sassoon Penpals" w:eastAsia="MS Mincho" w:hAnsi="Sassoon Penpals" w:cs="Times New Roman"/>
                <w:b/>
                <w:sz w:val="28"/>
                <w:szCs w:val="28"/>
              </w:rPr>
              <w:t>)</w:t>
            </w:r>
          </w:p>
          <w:p w:rsidR="003107B4" w:rsidRDefault="003107B4" w:rsidP="003107B4">
            <w:pPr>
              <w:rPr>
                <w:rFonts w:ascii="Sassoon Penpals" w:eastAsia="MS Mincho" w:hAnsi="Sassoon Penpals" w:cs="Times New Roman"/>
                <w:sz w:val="28"/>
                <w:szCs w:val="28"/>
              </w:rPr>
            </w:pP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Power of Reading text:</w:t>
            </w: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Pugs of the Frozen North</w:t>
            </w:r>
          </w:p>
          <w:p w:rsidR="00DD7C59" w:rsidRPr="003107B4" w:rsidRDefault="00DD7C59" w:rsidP="003107B4">
            <w:pPr>
              <w:rPr>
                <w:rFonts w:ascii="Sassoon Penpals" w:eastAsia="MS Mincho" w:hAnsi="Sassoon Penpals" w:cs="Times New Roman"/>
                <w:sz w:val="28"/>
                <w:szCs w:val="28"/>
              </w:rPr>
            </w:pPr>
          </w:p>
        </w:tc>
        <w:tc>
          <w:tcPr>
            <w:tcW w:w="8710" w:type="dxa"/>
            <w:gridSpan w:val="2"/>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 xml:space="preserve">Topic Question: </w:t>
            </w:r>
            <w:r w:rsidR="00261274" w:rsidRPr="00871FC6">
              <w:rPr>
                <w:rFonts w:ascii="Sassoon Penpals" w:eastAsia="MS Mincho" w:hAnsi="Sassoon Penpals" w:cs="Times New Roman"/>
                <w:b/>
                <w:sz w:val="28"/>
                <w:szCs w:val="28"/>
              </w:rPr>
              <w:t>How does water exist in all 3 states of matter?</w:t>
            </w:r>
          </w:p>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 xml:space="preserve">Key Vocabulary: </w:t>
            </w:r>
            <w:r w:rsidR="00261274" w:rsidRPr="00871FC6">
              <w:rPr>
                <w:rFonts w:ascii="Sassoon Penpals" w:eastAsia="MS Mincho" w:hAnsi="Sassoon Penpals" w:cs="Times New Roman"/>
                <w:b/>
                <w:sz w:val="28"/>
                <w:szCs w:val="28"/>
              </w:rPr>
              <w:t>particles, solid, liquid, gas, evaporation, melting, boiling, condensation, precipitation, cooling, water cycle</w:t>
            </w:r>
          </w:p>
        </w:tc>
      </w:tr>
      <w:tr w:rsidR="00DD7C59" w:rsidRPr="00F175F8" w:rsidTr="00C831C1">
        <w:tc>
          <w:tcPr>
            <w:tcW w:w="2035" w:type="dxa"/>
            <w:vMerge/>
          </w:tcPr>
          <w:p w:rsidR="00DD7C59" w:rsidRPr="00871FC6" w:rsidRDefault="00DD7C59" w:rsidP="00DD7C59">
            <w:pPr>
              <w:rPr>
                <w:rFonts w:ascii="Sassoon Penpals" w:eastAsia="MS Mincho" w:hAnsi="Sassoon Penpals" w:cs="Times New Roman"/>
                <w:sz w:val="28"/>
                <w:szCs w:val="28"/>
              </w:rPr>
            </w:pPr>
          </w:p>
        </w:tc>
        <w:tc>
          <w:tcPr>
            <w:tcW w:w="3936" w:type="dxa"/>
          </w:tcPr>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what a solid, liquid and gas are and explain how particles behave in solids, liquids and gases. </w:t>
            </w:r>
          </w:p>
          <w:p w:rsidR="00261274" w:rsidRPr="00871FC6" w:rsidRDefault="00261274" w:rsidP="00DD7C59">
            <w:pPr>
              <w:rPr>
                <w:rFonts w:ascii="Sassoon Penpals" w:eastAsia="MS Mincho" w:hAnsi="Sassoon Penpals" w:cs="Times New Roman"/>
                <w:sz w:val="28"/>
                <w:szCs w:val="28"/>
              </w:rPr>
            </w:pPr>
          </w:p>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Explain some uses of gases and investigate its weight. Know what happens to materials, and its particles when it is boiled or melted. </w:t>
            </w:r>
          </w:p>
          <w:p w:rsidR="00261274" w:rsidRPr="00871FC6" w:rsidRDefault="00261274" w:rsidP="00DD7C59">
            <w:pPr>
              <w:rPr>
                <w:rFonts w:ascii="Sassoon Penpals" w:eastAsia="MS Mincho" w:hAnsi="Sassoon Penpals" w:cs="Times New Roman"/>
                <w:sz w:val="28"/>
                <w:szCs w:val="28"/>
              </w:rPr>
            </w:pPr>
          </w:p>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the boiling and melting points of different materials by researching using secondary sources. </w:t>
            </w:r>
          </w:p>
          <w:p w:rsidR="00261274" w:rsidRPr="00871FC6" w:rsidRDefault="00261274" w:rsidP="00DD7C59">
            <w:pPr>
              <w:rPr>
                <w:rFonts w:ascii="Sassoon Penpals" w:eastAsia="MS Mincho" w:hAnsi="Sassoon Penpals" w:cs="Times New Roman"/>
                <w:sz w:val="28"/>
                <w:szCs w:val="28"/>
              </w:rPr>
            </w:pPr>
          </w:p>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lastRenderedPageBreak/>
              <w:t xml:space="preserve">Explain the water cycle and know what the part played by evaporation, condensation and precipitation. </w:t>
            </w:r>
          </w:p>
          <w:p w:rsidR="00DD7C59"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Know that the rate of evaporation is linked with temperature.</w:t>
            </w:r>
          </w:p>
        </w:tc>
        <w:tc>
          <w:tcPr>
            <w:tcW w:w="4774" w:type="dxa"/>
          </w:tcPr>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lastRenderedPageBreak/>
              <w:t xml:space="preserve">Ask relevant questions to understand the three states of matter, and how particles within them behave. </w:t>
            </w:r>
          </w:p>
          <w:p w:rsidR="00261274" w:rsidRPr="00871FC6" w:rsidRDefault="00261274" w:rsidP="00DD7C59">
            <w:pPr>
              <w:rPr>
                <w:rFonts w:ascii="Sassoon Penpals" w:eastAsia="MS Mincho" w:hAnsi="Sassoon Penpals" w:cs="Times New Roman"/>
                <w:sz w:val="28"/>
                <w:szCs w:val="28"/>
              </w:rPr>
            </w:pPr>
          </w:p>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Make careful and systematic observations to observe that some materials change state when they are heated or cooled. </w:t>
            </w:r>
          </w:p>
          <w:p w:rsidR="00261274" w:rsidRPr="00871FC6" w:rsidRDefault="00261274" w:rsidP="00DD7C59">
            <w:pPr>
              <w:rPr>
                <w:rFonts w:ascii="Sassoon Penpals" w:eastAsia="MS Mincho" w:hAnsi="Sassoon Penpals" w:cs="Times New Roman"/>
                <w:sz w:val="28"/>
                <w:szCs w:val="28"/>
              </w:rPr>
            </w:pPr>
          </w:p>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Identify, classify and group materials together, according to whether they are solids, liquids or gases. </w:t>
            </w:r>
          </w:p>
          <w:p w:rsidR="00261274" w:rsidRPr="00871FC6" w:rsidRDefault="00261274" w:rsidP="00DD7C59">
            <w:pPr>
              <w:rPr>
                <w:rFonts w:ascii="Sassoon Penpals" w:eastAsia="MS Mincho" w:hAnsi="Sassoon Penpals" w:cs="Times New Roman"/>
                <w:sz w:val="28"/>
                <w:szCs w:val="28"/>
              </w:rPr>
            </w:pPr>
          </w:p>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lastRenderedPageBreak/>
              <w:t xml:space="preserve">Set up simple practical enquiries, comparative and fair tests to investigate the melting point of butter, chocolate and ice - measuring the temperature at which this happens in degrees Celsius (°C). </w:t>
            </w:r>
          </w:p>
          <w:p w:rsidR="00261274" w:rsidRPr="00871FC6" w:rsidRDefault="00261274" w:rsidP="00DD7C59">
            <w:pPr>
              <w:rPr>
                <w:rFonts w:ascii="Sassoon Penpals" w:eastAsia="MS Mincho" w:hAnsi="Sassoon Penpals" w:cs="Times New Roman"/>
                <w:sz w:val="28"/>
                <w:szCs w:val="28"/>
              </w:rPr>
            </w:pPr>
          </w:p>
          <w:p w:rsidR="00DD7C59"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Research, gather and record data on the boiling and melting points of different materials.</w:t>
            </w:r>
          </w:p>
        </w:tc>
      </w:tr>
      <w:tr w:rsidR="00DD7C59" w:rsidRPr="00F175F8" w:rsidTr="00C831C1">
        <w:tc>
          <w:tcPr>
            <w:tcW w:w="2035" w:type="dxa"/>
            <w:vMerge w:val="restart"/>
            <w:shd w:val="clear" w:color="auto" w:fill="A6A6A6" w:themeFill="background1" w:themeFillShade="A6"/>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lastRenderedPageBreak/>
              <w:t>Autumn 2 202</w:t>
            </w:r>
            <w:r w:rsidR="00AF0336">
              <w:rPr>
                <w:rFonts w:ascii="Sassoon Penpals" w:hAnsi="Sassoon Penpals" w:cs="Times New Roman"/>
                <w:b/>
                <w:sz w:val="28"/>
                <w:szCs w:val="28"/>
              </w:rPr>
              <w:t>7</w:t>
            </w:r>
          </w:p>
          <w:p w:rsidR="00DD7C59" w:rsidRPr="00871FC6" w:rsidRDefault="00DD7C59" w:rsidP="00DD7C59">
            <w:pPr>
              <w:rPr>
                <w:rFonts w:ascii="Sassoon Penpals" w:eastAsia="MS Mincho" w:hAnsi="Sassoon Penpals" w:cs="Times New Roman"/>
                <w:b/>
                <w:sz w:val="28"/>
                <w:szCs w:val="28"/>
              </w:rPr>
            </w:pPr>
          </w:p>
        </w:tc>
        <w:tc>
          <w:tcPr>
            <w:tcW w:w="8710" w:type="dxa"/>
            <w:gridSpan w:val="2"/>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r w:rsidRPr="00871FC6">
              <w:rPr>
                <w:rFonts w:ascii="Sassoon Penpals" w:eastAsia="MS Mincho" w:hAnsi="Sassoon Penpals" w:cs="Times New Roman"/>
                <w:b/>
                <w:sz w:val="28"/>
                <w:szCs w:val="28"/>
              </w:rPr>
              <w:t xml:space="preserve"> </w:t>
            </w:r>
          </w:p>
        </w:tc>
      </w:tr>
      <w:tr w:rsidR="00DD7C59" w:rsidRPr="00F175F8" w:rsidTr="00C831C1">
        <w:tc>
          <w:tcPr>
            <w:tcW w:w="2035" w:type="dxa"/>
            <w:vMerge/>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p>
        </w:tc>
        <w:tc>
          <w:tcPr>
            <w:tcW w:w="3936" w:type="dxa"/>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p>
        </w:tc>
        <w:tc>
          <w:tcPr>
            <w:tcW w:w="4774" w:type="dxa"/>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eastAsia="MS Mincho" w:hAnsi="Sassoon Penpals" w:cs="Times New Roman"/>
                <w:b/>
                <w:sz w:val="28"/>
                <w:szCs w:val="28"/>
              </w:rPr>
              <w:t>Spring 1 202</w:t>
            </w:r>
            <w:r w:rsidR="00AF0336">
              <w:rPr>
                <w:rFonts w:ascii="Sassoon Penpals" w:hAnsi="Sassoon Penpals" w:cs="Times New Roman"/>
                <w:b/>
                <w:sz w:val="28"/>
                <w:szCs w:val="28"/>
              </w:rPr>
              <w:t>8</w:t>
            </w:r>
          </w:p>
          <w:p w:rsidR="00797D70" w:rsidRPr="00871FC6" w:rsidRDefault="00797D70"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Animals including humans</w:t>
            </w:r>
          </w:p>
          <w:p w:rsidR="003107B4" w:rsidRDefault="00797D70"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w:t>
            </w:r>
            <w:r w:rsidR="00CF4772" w:rsidRPr="00871FC6">
              <w:rPr>
                <w:rFonts w:ascii="Sassoon Penpals" w:eastAsia="MS Mincho" w:hAnsi="Sassoon Penpals" w:cs="Times New Roman"/>
                <w:b/>
                <w:sz w:val="28"/>
                <w:szCs w:val="28"/>
              </w:rPr>
              <w:t>Biology</w:t>
            </w:r>
            <w:r w:rsidRPr="00871FC6">
              <w:rPr>
                <w:rFonts w:ascii="Sassoon Penpals" w:eastAsia="MS Mincho" w:hAnsi="Sassoon Penpals" w:cs="Times New Roman"/>
                <w:b/>
                <w:sz w:val="28"/>
                <w:szCs w:val="28"/>
              </w:rPr>
              <w:t>)</w:t>
            </w:r>
          </w:p>
          <w:p w:rsidR="003107B4" w:rsidRDefault="003107B4" w:rsidP="003107B4">
            <w:pPr>
              <w:rPr>
                <w:rFonts w:ascii="Sassoon Penpals" w:eastAsia="MS Mincho" w:hAnsi="Sassoon Penpals" w:cs="Times New Roman"/>
                <w:sz w:val="28"/>
                <w:szCs w:val="28"/>
              </w:rPr>
            </w:pPr>
          </w:p>
          <w:p w:rsidR="003107B4" w:rsidRDefault="003107B4" w:rsidP="003107B4">
            <w:pPr>
              <w:rPr>
                <w:rFonts w:ascii="Sassoon Penpals" w:eastAsia="MS Mincho" w:hAnsi="Sassoon Penpals" w:cs="Times New Roman"/>
                <w:sz w:val="28"/>
                <w:szCs w:val="28"/>
              </w:rPr>
            </w:pP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Power of Reading text:</w:t>
            </w: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Mouse Bird Snake Wolf</w:t>
            </w:r>
          </w:p>
          <w:p w:rsidR="00DD7C59" w:rsidRPr="003107B4" w:rsidRDefault="00DD7C59" w:rsidP="003107B4">
            <w:pPr>
              <w:rPr>
                <w:rFonts w:ascii="Sassoon Penpals" w:eastAsia="MS Mincho" w:hAnsi="Sassoon Penpals" w:cs="Times New Roman"/>
                <w:sz w:val="28"/>
                <w:szCs w:val="28"/>
              </w:rPr>
            </w:pPr>
          </w:p>
        </w:tc>
        <w:tc>
          <w:tcPr>
            <w:tcW w:w="8710" w:type="dxa"/>
            <w:gridSpan w:val="2"/>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 xml:space="preserve">Topic question: </w:t>
            </w:r>
            <w:r w:rsidR="00261274" w:rsidRPr="00871FC6">
              <w:rPr>
                <w:rFonts w:ascii="Sassoon Penpals" w:eastAsia="MS Mincho" w:hAnsi="Sassoon Penpals" w:cs="Times New Roman"/>
                <w:b/>
                <w:sz w:val="28"/>
                <w:szCs w:val="28"/>
              </w:rPr>
              <w:t>Why do animals including humans need food to survive?</w:t>
            </w:r>
          </w:p>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 xml:space="preserve">Key Vocabulary: </w:t>
            </w:r>
            <w:r w:rsidR="00261274" w:rsidRPr="00871FC6">
              <w:rPr>
                <w:rFonts w:ascii="Sassoon Penpals" w:eastAsia="MS Mincho" w:hAnsi="Sassoon Penpals" w:cs="Times New Roman"/>
                <w:b/>
                <w:sz w:val="28"/>
                <w:szCs w:val="28"/>
              </w:rPr>
              <w:t>nutrition, food chain, food groups, fat, carbohydrate, protein, minerals, vitamins, balanced diet, photosynthesis</w:t>
            </w:r>
          </w:p>
        </w:tc>
      </w:tr>
      <w:tr w:rsidR="00DD7C59" w:rsidRPr="00F175F8" w:rsidTr="00C831C1">
        <w:tc>
          <w:tcPr>
            <w:tcW w:w="2035" w:type="dxa"/>
            <w:vMerge/>
          </w:tcPr>
          <w:p w:rsidR="00DD7C59" w:rsidRPr="00871FC6" w:rsidRDefault="00DD7C59" w:rsidP="00DD7C59">
            <w:pPr>
              <w:rPr>
                <w:rFonts w:ascii="Sassoon Penpals" w:eastAsia="MS Mincho" w:hAnsi="Sassoon Penpals" w:cs="Times New Roman"/>
                <w:sz w:val="28"/>
                <w:szCs w:val="28"/>
              </w:rPr>
            </w:pPr>
          </w:p>
        </w:tc>
        <w:tc>
          <w:tcPr>
            <w:tcW w:w="3936" w:type="dxa"/>
          </w:tcPr>
          <w:p w:rsidR="00CF4772"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that animals, including humans, need the right types of food and amount of nutrition. </w:t>
            </w:r>
          </w:p>
          <w:p w:rsidR="00CF4772" w:rsidRPr="00871FC6" w:rsidRDefault="00CF4772" w:rsidP="00DD7C59">
            <w:pPr>
              <w:rPr>
                <w:rFonts w:ascii="Sassoon Penpals" w:eastAsia="MS Mincho" w:hAnsi="Sassoon Penpals" w:cs="Times New Roman"/>
                <w:sz w:val="28"/>
                <w:szCs w:val="28"/>
              </w:rPr>
            </w:pPr>
          </w:p>
          <w:p w:rsidR="00CF4772"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what each food group gives you and the amount needed to stay healthy. </w:t>
            </w:r>
          </w:p>
          <w:p w:rsidR="00CF4772" w:rsidRPr="00871FC6" w:rsidRDefault="00CF4772" w:rsidP="00DD7C59">
            <w:pPr>
              <w:rPr>
                <w:rFonts w:ascii="Sassoon Penpals" w:eastAsia="MS Mincho" w:hAnsi="Sassoon Penpals" w:cs="Times New Roman"/>
                <w:sz w:val="28"/>
                <w:szCs w:val="28"/>
              </w:rPr>
            </w:pPr>
          </w:p>
          <w:p w:rsidR="00CF4772"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the different types of nutrients. </w:t>
            </w:r>
          </w:p>
          <w:p w:rsidR="00CF4772" w:rsidRPr="00871FC6" w:rsidRDefault="00CF4772" w:rsidP="00DD7C59">
            <w:pPr>
              <w:rPr>
                <w:rFonts w:ascii="Sassoon Penpals" w:eastAsia="MS Mincho" w:hAnsi="Sassoon Penpals" w:cs="Times New Roman"/>
                <w:sz w:val="28"/>
                <w:szCs w:val="28"/>
              </w:rPr>
            </w:pPr>
          </w:p>
          <w:p w:rsidR="00CF4772"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that animals cannot make their own food. </w:t>
            </w:r>
          </w:p>
          <w:p w:rsidR="00CF4772" w:rsidRPr="00871FC6" w:rsidRDefault="00CF4772" w:rsidP="00DD7C59">
            <w:pPr>
              <w:rPr>
                <w:rFonts w:ascii="Sassoon Penpals" w:eastAsia="MS Mincho" w:hAnsi="Sassoon Penpals" w:cs="Times New Roman"/>
                <w:sz w:val="28"/>
                <w:szCs w:val="28"/>
              </w:rPr>
            </w:pPr>
          </w:p>
          <w:p w:rsidR="00DD7C59"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Know the difference between animal and plant food.</w:t>
            </w:r>
          </w:p>
        </w:tc>
        <w:tc>
          <w:tcPr>
            <w:tcW w:w="4774" w:type="dxa"/>
          </w:tcPr>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Ask relevant questions to understand food sources.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Make systematic and careful observations of packaging to know which foods are healthy and unhealthy.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Identify and classify which foods contain which nutrients. </w:t>
            </w:r>
          </w:p>
          <w:p w:rsidR="00CF4772" w:rsidRPr="00871FC6" w:rsidRDefault="00CF4772" w:rsidP="00DD7C59">
            <w:pPr>
              <w:rPr>
                <w:rFonts w:ascii="Sassoon Penpals" w:eastAsia="MS Mincho" w:hAnsi="Sassoon Penpals" w:cs="Times New Roman"/>
                <w:sz w:val="28"/>
                <w:szCs w:val="28"/>
              </w:rPr>
            </w:pPr>
          </w:p>
          <w:p w:rsidR="00DD7C59"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Gather and record the nutrients on different food packaging and sort them into food groups.</w:t>
            </w:r>
          </w:p>
        </w:tc>
      </w:tr>
      <w:tr w:rsidR="00DD7C59" w:rsidRPr="00F175F8" w:rsidTr="00C831C1">
        <w:tc>
          <w:tcPr>
            <w:tcW w:w="2035" w:type="dxa"/>
            <w:vMerge w:val="restart"/>
            <w:shd w:val="clear" w:color="auto" w:fill="A6A6A6" w:themeFill="background1" w:themeFillShade="A6"/>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Spring 2 202</w:t>
            </w:r>
            <w:r w:rsidR="00AF0336">
              <w:rPr>
                <w:rFonts w:ascii="Sassoon Penpals" w:hAnsi="Sassoon Penpals" w:cs="Times New Roman"/>
                <w:b/>
                <w:sz w:val="28"/>
                <w:szCs w:val="28"/>
              </w:rPr>
              <w:t>8</w:t>
            </w:r>
          </w:p>
          <w:p w:rsidR="00DD7C59" w:rsidRPr="00871FC6" w:rsidRDefault="00DD7C59" w:rsidP="00DD7C59">
            <w:pPr>
              <w:rPr>
                <w:rFonts w:ascii="Sassoon Penpals" w:eastAsia="MS Mincho" w:hAnsi="Sassoon Penpals" w:cs="Times New Roman"/>
                <w:b/>
                <w:sz w:val="28"/>
                <w:szCs w:val="28"/>
              </w:rPr>
            </w:pPr>
          </w:p>
        </w:tc>
        <w:tc>
          <w:tcPr>
            <w:tcW w:w="8710" w:type="dxa"/>
            <w:gridSpan w:val="2"/>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r w:rsidRPr="00871FC6">
              <w:rPr>
                <w:rFonts w:ascii="Sassoon Penpals" w:eastAsia="MS Mincho" w:hAnsi="Sassoon Penpals" w:cs="Times New Roman"/>
                <w:b/>
                <w:sz w:val="28"/>
                <w:szCs w:val="28"/>
              </w:rPr>
              <w:t xml:space="preserve"> </w:t>
            </w:r>
          </w:p>
        </w:tc>
      </w:tr>
      <w:tr w:rsidR="00DD7C59" w:rsidRPr="00F175F8" w:rsidTr="00C831C1">
        <w:tc>
          <w:tcPr>
            <w:tcW w:w="2035" w:type="dxa"/>
            <w:vMerge/>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p>
        </w:tc>
        <w:tc>
          <w:tcPr>
            <w:tcW w:w="3936" w:type="dxa"/>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p>
        </w:tc>
        <w:tc>
          <w:tcPr>
            <w:tcW w:w="4774" w:type="dxa"/>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eastAsia="MS Mincho" w:hAnsi="Sassoon Penpals" w:cs="Times New Roman"/>
                <w:b/>
                <w:sz w:val="28"/>
                <w:szCs w:val="28"/>
              </w:rPr>
              <w:t>Summer 1 202</w:t>
            </w:r>
            <w:r w:rsidR="00AF0336">
              <w:rPr>
                <w:rFonts w:ascii="Sassoon Penpals" w:hAnsi="Sassoon Penpals" w:cs="Times New Roman"/>
                <w:b/>
                <w:sz w:val="28"/>
                <w:szCs w:val="28"/>
              </w:rPr>
              <w:t>8</w:t>
            </w:r>
          </w:p>
          <w:p w:rsidR="00797D70" w:rsidRPr="00871FC6" w:rsidRDefault="00797D70"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Light</w:t>
            </w:r>
          </w:p>
          <w:p w:rsidR="003107B4" w:rsidRDefault="00797D70"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w:t>
            </w:r>
            <w:r w:rsidR="00CF4772" w:rsidRPr="00871FC6">
              <w:rPr>
                <w:rFonts w:ascii="Sassoon Penpals" w:eastAsia="MS Mincho" w:hAnsi="Sassoon Penpals" w:cs="Times New Roman"/>
                <w:b/>
                <w:sz w:val="28"/>
                <w:szCs w:val="28"/>
              </w:rPr>
              <w:t>Physics</w:t>
            </w:r>
            <w:r w:rsidRPr="00871FC6">
              <w:rPr>
                <w:rFonts w:ascii="Sassoon Penpals" w:eastAsia="MS Mincho" w:hAnsi="Sassoon Penpals" w:cs="Times New Roman"/>
                <w:b/>
                <w:sz w:val="28"/>
                <w:szCs w:val="28"/>
              </w:rPr>
              <w:t>)</w:t>
            </w:r>
          </w:p>
          <w:p w:rsidR="003107B4" w:rsidRDefault="003107B4" w:rsidP="003107B4">
            <w:pPr>
              <w:rPr>
                <w:rFonts w:ascii="Sassoon Penpals" w:eastAsia="MS Mincho" w:hAnsi="Sassoon Penpals" w:cs="Times New Roman"/>
                <w:sz w:val="28"/>
                <w:szCs w:val="28"/>
              </w:rPr>
            </w:pPr>
          </w:p>
          <w:p w:rsidR="00DD7C59" w:rsidRPr="003107B4" w:rsidRDefault="003107B4" w:rsidP="003107B4">
            <w:pPr>
              <w:rPr>
                <w:rFonts w:ascii="Sassoon Penpals" w:eastAsia="MS Mincho" w:hAnsi="Sassoon Penpals" w:cs="Times New Roman"/>
                <w:sz w:val="28"/>
                <w:szCs w:val="28"/>
              </w:rPr>
            </w:pPr>
            <w:r>
              <w:rPr>
                <w:rFonts w:ascii="Sassoon Penpals" w:eastAsia="MS Mincho" w:hAnsi="Sassoon Penpals" w:cs="Times New Roman"/>
                <w:sz w:val="28"/>
                <w:szCs w:val="28"/>
              </w:rPr>
              <w:t>Enquiry Led</w:t>
            </w:r>
          </w:p>
        </w:tc>
        <w:tc>
          <w:tcPr>
            <w:tcW w:w="8710" w:type="dxa"/>
            <w:gridSpan w:val="2"/>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 xml:space="preserve">Topic question: </w:t>
            </w:r>
            <w:r w:rsidR="00CF4772" w:rsidRPr="00871FC6">
              <w:rPr>
                <w:rFonts w:ascii="Sassoon Penpals" w:eastAsia="MS Mincho" w:hAnsi="Sassoon Penpals" w:cs="Times New Roman"/>
                <w:b/>
                <w:sz w:val="28"/>
                <w:szCs w:val="28"/>
              </w:rPr>
              <w:t>How does my shadow change?</w:t>
            </w:r>
          </w:p>
          <w:p w:rsidR="00DD7C59" w:rsidRPr="00871FC6" w:rsidRDefault="00DD7C59" w:rsidP="00DD7C59">
            <w:pPr>
              <w:rPr>
                <w:rFonts w:ascii="Sassoon Penpals" w:eastAsia="MS Mincho" w:hAnsi="Sassoon Penpals" w:cs="Times New Roman"/>
                <w:sz w:val="28"/>
                <w:szCs w:val="28"/>
              </w:rPr>
            </w:pPr>
            <w:r w:rsidRPr="00871FC6">
              <w:rPr>
                <w:rFonts w:ascii="Sassoon Penpals" w:eastAsia="MS Mincho" w:hAnsi="Sassoon Penpals" w:cs="Times New Roman"/>
                <w:b/>
                <w:sz w:val="28"/>
                <w:szCs w:val="28"/>
              </w:rPr>
              <w:t xml:space="preserve">Key Vocabulary: </w:t>
            </w:r>
            <w:r w:rsidR="00CF4772" w:rsidRPr="00871FC6">
              <w:rPr>
                <w:rFonts w:ascii="Sassoon Penpals" w:eastAsia="MS Mincho" w:hAnsi="Sassoon Penpals" w:cs="Times New Roman"/>
                <w:b/>
                <w:sz w:val="28"/>
                <w:szCs w:val="28"/>
              </w:rPr>
              <w:t>darkness, reflection, shadows, light source, transparent, translucent, opaque, cast</w:t>
            </w:r>
          </w:p>
        </w:tc>
      </w:tr>
      <w:tr w:rsidR="00DD7C59" w:rsidRPr="00F175F8" w:rsidTr="00C831C1">
        <w:tc>
          <w:tcPr>
            <w:tcW w:w="2035" w:type="dxa"/>
            <w:vMerge/>
          </w:tcPr>
          <w:p w:rsidR="00DD7C59" w:rsidRPr="00871FC6" w:rsidRDefault="00DD7C59" w:rsidP="00DD7C59">
            <w:pPr>
              <w:rPr>
                <w:rFonts w:ascii="Sassoon Penpals" w:eastAsia="MS Mincho" w:hAnsi="Sassoon Penpals" w:cs="Times New Roman"/>
                <w:sz w:val="28"/>
                <w:szCs w:val="28"/>
              </w:rPr>
            </w:pPr>
          </w:p>
        </w:tc>
        <w:tc>
          <w:tcPr>
            <w:tcW w:w="3936" w:type="dxa"/>
          </w:tcPr>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that light is needed to see things, and that dark is the absence of light.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that light from the sun can be dangerous and that there are ways we can protect our eyes. </w:t>
            </w:r>
          </w:p>
          <w:p w:rsidR="00CF4772" w:rsidRPr="00871FC6" w:rsidRDefault="00CF4772" w:rsidP="00DD7C59">
            <w:pPr>
              <w:rPr>
                <w:rFonts w:ascii="Sassoon Penpals" w:eastAsia="MS Mincho" w:hAnsi="Sassoon Penpals" w:cs="Times New Roman"/>
                <w:sz w:val="28"/>
                <w:szCs w:val="28"/>
              </w:rPr>
            </w:pPr>
          </w:p>
          <w:p w:rsidR="00DD7C59"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lastRenderedPageBreak/>
              <w:t>Know that light is reflected from surfaces. Know why shadows are formed.</w:t>
            </w:r>
          </w:p>
        </w:tc>
        <w:tc>
          <w:tcPr>
            <w:tcW w:w="4774" w:type="dxa"/>
          </w:tcPr>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lastRenderedPageBreak/>
              <w:t xml:space="preserve">Ask relevant questions related to shadows and sunlight.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Make careful and systematic observations on ways to protect our eyes from the sun.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Identify and classify, gather and record which materials block light to form shadows.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Setting up simple practical enquiries, comparative and fair tests to investigate which surfaces reflect light. </w:t>
            </w:r>
          </w:p>
          <w:p w:rsidR="00CF4772" w:rsidRPr="00871FC6" w:rsidRDefault="00CF4772" w:rsidP="00DD7C59">
            <w:pPr>
              <w:rPr>
                <w:rFonts w:ascii="Sassoon Penpals" w:eastAsia="MS Mincho" w:hAnsi="Sassoon Penpals" w:cs="Times New Roman"/>
                <w:sz w:val="28"/>
                <w:szCs w:val="28"/>
              </w:rPr>
            </w:pPr>
          </w:p>
          <w:p w:rsidR="00DD7C59"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Setting up simple practical enquiries, comparative and fair tests to investigate and understand how shadows change size.</w:t>
            </w: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eastAsia="MS Mincho" w:hAnsi="Sassoon Penpals" w:cs="Times New Roman"/>
                <w:b/>
                <w:sz w:val="28"/>
                <w:szCs w:val="28"/>
              </w:rPr>
              <w:lastRenderedPageBreak/>
              <w:t>Summer 2 202</w:t>
            </w:r>
            <w:r w:rsidR="00AF0336">
              <w:rPr>
                <w:rFonts w:ascii="Sassoon Penpals" w:hAnsi="Sassoon Penpals" w:cs="Times New Roman"/>
                <w:b/>
                <w:sz w:val="28"/>
                <w:szCs w:val="28"/>
              </w:rPr>
              <w:t>8</w:t>
            </w:r>
          </w:p>
          <w:p w:rsidR="00797D70" w:rsidRPr="00871FC6" w:rsidRDefault="00797D70"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Living things and their habitat</w:t>
            </w:r>
          </w:p>
          <w:p w:rsidR="003107B4" w:rsidRDefault="00797D70"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w:t>
            </w:r>
            <w:r w:rsidR="00DD7C59" w:rsidRPr="00871FC6">
              <w:rPr>
                <w:rFonts w:ascii="Sassoon Penpals" w:eastAsia="MS Mincho" w:hAnsi="Sassoon Penpals" w:cs="Times New Roman"/>
                <w:b/>
                <w:sz w:val="28"/>
                <w:szCs w:val="28"/>
              </w:rPr>
              <w:t>Chemistry</w:t>
            </w:r>
            <w:r w:rsidRPr="00871FC6">
              <w:rPr>
                <w:rFonts w:ascii="Sassoon Penpals" w:eastAsia="MS Mincho" w:hAnsi="Sassoon Penpals" w:cs="Times New Roman"/>
                <w:b/>
                <w:sz w:val="28"/>
                <w:szCs w:val="28"/>
              </w:rPr>
              <w:t>)</w:t>
            </w:r>
          </w:p>
          <w:p w:rsidR="003107B4" w:rsidRDefault="003107B4" w:rsidP="003107B4">
            <w:pPr>
              <w:rPr>
                <w:rFonts w:ascii="Sassoon Penpals" w:eastAsia="MS Mincho" w:hAnsi="Sassoon Penpals" w:cs="Times New Roman"/>
                <w:sz w:val="28"/>
                <w:szCs w:val="28"/>
              </w:rPr>
            </w:pPr>
          </w:p>
          <w:p w:rsidR="003107B4" w:rsidRDefault="003107B4" w:rsidP="003107B4">
            <w:pPr>
              <w:rPr>
                <w:rFonts w:ascii="Sassoon Penpals" w:eastAsia="MS Mincho" w:hAnsi="Sassoon Penpals" w:cs="Times New Roman"/>
                <w:sz w:val="28"/>
                <w:szCs w:val="28"/>
              </w:rPr>
            </w:pPr>
          </w:p>
          <w:p w:rsidR="00DD7C59" w:rsidRPr="003107B4" w:rsidRDefault="003107B4" w:rsidP="003107B4">
            <w:pPr>
              <w:rPr>
                <w:rFonts w:ascii="Sassoon Penpals" w:eastAsia="MS Mincho" w:hAnsi="Sassoon Penpals" w:cs="Times New Roman"/>
                <w:sz w:val="28"/>
                <w:szCs w:val="28"/>
              </w:rPr>
            </w:pPr>
            <w:r>
              <w:rPr>
                <w:rFonts w:ascii="Sassoon Penpals" w:eastAsia="MS Mincho" w:hAnsi="Sassoon Penpals" w:cs="Times New Roman"/>
                <w:sz w:val="28"/>
                <w:szCs w:val="28"/>
              </w:rPr>
              <w:t>Enquiry Led</w:t>
            </w:r>
          </w:p>
        </w:tc>
        <w:tc>
          <w:tcPr>
            <w:tcW w:w="8710" w:type="dxa"/>
            <w:gridSpan w:val="2"/>
          </w:tcPr>
          <w:p w:rsidR="00CF4772"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 xml:space="preserve">Topic question: </w:t>
            </w:r>
            <w:r w:rsidR="00CF4772" w:rsidRPr="00871FC6">
              <w:rPr>
                <w:rFonts w:ascii="Sassoon Penpals" w:eastAsia="MS Mincho" w:hAnsi="Sassoon Penpals" w:cs="Times New Roman"/>
                <w:b/>
                <w:sz w:val="28"/>
                <w:szCs w:val="28"/>
              </w:rPr>
              <w:t>How are living things classified?</w:t>
            </w:r>
          </w:p>
          <w:p w:rsidR="00DD7C59" w:rsidRPr="00871FC6" w:rsidRDefault="00DD7C59" w:rsidP="00DD7C59">
            <w:pPr>
              <w:rPr>
                <w:rFonts w:ascii="Sassoon Penpals" w:eastAsia="MS Mincho" w:hAnsi="Sassoon Penpals" w:cs="Times New Roman"/>
                <w:sz w:val="28"/>
                <w:szCs w:val="28"/>
              </w:rPr>
            </w:pPr>
            <w:r w:rsidRPr="00871FC6">
              <w:rPr>
                <w:rFonts w:ascii="Sassoon Penpals" w:eastAsia="MS Mincho" w:hAnsi="Sassoon Penpals" w:cs="Times New Roman"/>
                <w:b/>
                <w:sz w:val="28"/>
                <w:szCs w:val="28"/>
              </w:rPr>
              <w:t xml:space="preserve">Key Vocabulary: </w:t>
            </w:r>
            <w:r w:rsidR="00CF4772" w:rsidRPr="00871FC6">
              <w:rPr>
                <w:rFonts w:ascii="Sassoon Penpals" w:eastAsia="MS Mincho" w:hAnsi="Sassoon Penpals" w:cs="Times New Roman"/>
                <w:b/>
                <w:sz w:val="28"/>
                <w:szCs w:val="28"/>
              </w:rPr>
              <w:t xml:space="preserve">organism, vertebrates, invertebrates, </w:t>
            </w:r>
            <w:proofErr w:type="spellStart"/>
            <w:r w:rsidR="00CF4772" w:rsidRPr="00871FC6">
              <w:rPr>
                <w:rFonts w:ascii="Sassoon Penpals" w:eastAsia="MS Mincho" w:hAnsi="Sassoon Penpals" w:cs="Times New Roman"/>
                <w:b/>
                <w:sz w:val="28"/>
                <w:szCs w:val="28"/>
              </w:rPr>
              <w:t>tetripods</w:t>
            </w:r>
            <w:proofErr w:type="spellEnd"/>
            <w:r w:rsidR="00CF4772" w:rsidRPr="00871FC6">
              <w:rPr>
                <w:rFonts w:ascii="Sassoon Penpals" w:eastAsia="MS Mincho" w:hAnsi="Sassoon Penpals" w:cs="Times New Roman"/>
                <w:b/>
                <w:sz w:val="28"/>
                <w:szCs w:val="28"/>
              </w:rPr>
              <w:t>, classification key, minibeasts.</w:t>
            </w:r>
          </w:p>
        </w:tc>
      </w:tr>
      <w:tr w:rsidR="00DD7C59" w:rsidRPr="00F175F8" w:rsidTr="00C831C1">
        <w:tc>
          <w:tcPr>
            <w:tcW w:w="2035" w:type="dxa"/>
            <w:vMerge/>
          </w:tcPr>
          <w:p w:rsidR="00DD7C59" w:rsidRPr="00871FC6" w:rsidRDefault="00DD7C59" w:rsidP="00DD7C59">
            <w:pPr>
              <w:rPr>
                <w:rFonts w:ascii="Sassoon Penpals" w:eastAsia="MS Mincho" w:hAnsi="Sassoon Penpals" w:cs="Times New Roman"/>
                <w:sz w:val="28"/>
                <w:szCs w:val="28"/>
              </w:rPr>
            </w:pPr>
          </w:p>
        </w:tc>
        <w:tc>
          <w:tcPr>
            <w:tcW w:w="3936" w:type="dxa"/>
          </w:tcPr>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the common animal groups and the main features of each of these groups.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what a vertebrate, invertebrate and organism is. </w:t>
            </w: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Use a classification key to identify and group familiar organisms.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that environments can change and this can sometimes pose dangers to living things.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how and why animals and plants have adapted. </w:t>
            </w:r>
          </w:p>
          <w:p w:rsidR="00CF4772" w:rsidRPr="00871FC6" w:rsidRDefault="00CF4772" w:rsidP="00DD7C59">
            <w:pPr>
              <w:rPr>
                <w:rFonts w:ascii="Sassoon Penpals" w:eastAsia="MS Mincho" w:hAnsi="Sassoon Penpals" w:cs="Times New Roman"/>
                <w:sz w:val="28"/>
                <w:szCs w:val="28"/>
              </w:rPr>
            </w:pPr>
          </w:p>
          <w:p w:rsidR="00DD7C59"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Know the impact that humans can have on living things and their environments.</w:t>
            </w:r>
          </w:p>
        </w:tc>
        <w:tc>
          <w:tcPr>
            <w:tcW w:w="4774" w:type="dxa"/>
          </w:tcPr>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Ask relevant questions to understand the negative and positive impacts of humans on environments and how this can affect living things.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Make careful and systematic observations of plants, animals and minibeasts (organisms) in my local area.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Identify, classify and group familiar organisms according to their features and whether they are a vertebrate or invertebrate, using key vocabulary.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Using enquiry observations and secondary sources to investigate and compare habitats of different organisms. </w:t>
            </w:r>
          </w:p>
          <w:p w:rsidR="00CF4772" w:rsidRPr="00871FC6" w:rsidRDefault="00CF4772" w:rsidP="00DD7C59">
            <w:pPr>
              <w:rPr>
                <w:rFonts w:ascii="Sassoon Penpals" w:eastAsia="MS Mincho" w:hAnsi="Sassoon Penpals" w:cs="Times New Roman"/>
                <w:sz w:val="28"/>
                <w:szCs w:val="28"/>
              </w:rPr>
            </w:pPr>
          </w:p>
          <w:p w:rsidR="00DD7C59"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Gather, record and present information on how environments can change and the dangers this can sometimes pose to living things.</w:t>
            </w:r>
          </w:p>
        </w:tc>
      </w:tr>
    </w:tbl>
    <w:tbl>
      <w:tblPr>
        <w:tblStyle w:val="TableGrid4"/>
        <w:tblW w:w="10745" w:type="dxa"/>
        <w:tblInd w:w="-998" w:type="dxa"/>
        <w:tblLook w:val="04A0" w:firstRow="1" w:lastRow="0" w:firstColumn="1" w:lastColumn="0" w:noHBand="0" w:noVBand="1"/>
      </w:tblPr>
      <w:tblGrid>
        <w:gridCol w:w="1957"/>
        <w:gridCol w:w="3969"/>
        <w:gridCol w:w="4819"/>
      </w:tblGrid>
      <w:tr w:rsidR="003D6C65" w:rsidRPr="00F175F8" w:rsidTr="00C831C1">
        <w:tc>
          <w:tcPr>
            <w:tcW w:w="10745" w:type="dxa"/>
            <w:gridSpan w:val="3"/>
            <w:shd w:val="clear" w:color="auto" w:fill="00B0F0"/>
          </w:tcPr>
          <w:p w:rsidR="003D6C65" w:rsidRPr="00F175F8" w:rsidRDefault="003D6C65" w:rsidP="00DD7C59">
            <w:pPr>
              <w:jc w:val="center"/>
              <w:rPr>
                <w:rFonts w:ascii="Sassoon Penpals" w:hAnsi="Sassoon Penpals" w:cs="Times New Roman"/>
                <w:sz w:val="40"/>
                <w:szCs w:val="40"/>
              </w:rPr>
            </w:pPr>
            <w:r>
              <w:rPr>
                <w:rFonts w:ascii="Sassoon Penpals" w:hAnsi="Sassoon Penpals" w:cs="Times New Roman"/>
                <w:sz w:val="40"/>
                <w:szCs w:val="40"/>
              </w:rPr>
              <w:t>Year 5/6</w:t>
            </w:r>
          </w:p>
        </w:tc>
      </w:tr>
      <w:tr w:rsidR="003D6C65" w:rsidRPr="00F175F8" w:rsidTr="00C831C1">
        <w:tc>
          <w:tcPr>
            <w:tcW w:w="1957" w:type="dxa"/>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Term</w:t>
            </w:r>
          </w:p>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Subject</w:t>
            </w:r>
          </w:p>
        </w:tc>
        <w:tc>
          <w:tcPr>
            <w:tcW w:w="3969" w:type="dxa"/>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Knowledge</w:t>
            </w:r>
          </w:p>
        </w:tc>
        <w:tc>
          <w:tcPr>
            <w:tcW w:w="4819" w:type="dxa"/>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Skills</w:t>
            </w:r>
          </w:p>
        </w:tc>
      </w:tr>
      <w:tr w:rsidR="003D6C65" w:rsidRPr="00F175F8" w:rsidTr="00C831C1">
        <w:tc>
          <w:tcPr>
            <w:tcW w:w="1957" w:type="dxa"/>
            <w:vMerge w:val="restart"/>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Autumn 1 202</w:t>
            </w:r>
            <w:r w:rsidR="00AF0336">
              <w:rPr>
                <w:rFonts w:ascii="Sassoon Penpals" w:hAnsi="Sassoon Penpals" w:cs="Times New Roman"/>
                <w:b/>
                <w:sz w:val="28"/>
                <w:szCs w:val="28"/>
              </w:rPr>
              <w:t>7</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Living things and their habitat</w:t>
            </w:r>
          </w:p>
          <w:p w:rsidR="003107B4" w:rsidRDefault="00797D70" w:rsidP="00DD7C59">
            <w:pPr>
              <w:rPr>
                <w:rFonts w:ascii="Sassoon Penpals" w:hAnsi="Sassoon Penpals" w:cs="Times New Roman"/>
                <w:sz w:val="28"/>
                <w:szCs w:val="28"/>
              </w:rPr>
            </w:pPr>
            <w:r w:rsidRPr="00871FC6">
              <w:rPr>
                <w:rFonts w:ascii="Sassoon Penpals" w:hAnsi="Sassoon Penpals" w:cs="Times New Roman"/>
                <w:b/>
                <w:sz w:val="28"/>
                <w:szCs w:val="28"/>
              </w:rPr>
              <w:lastRenderedPageBreak/>
              <w:t>(</w:t>
            </w:r>
            <w:r w:rsidR="003D6C65"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D6C65" w:rsidRPr="003107B4" w:rsidRDefault="003107B4" w:rsidP="003107B4">
            <w:pPr>
              <w:rPr>
                <w:rFonts w:ascii="Sassoon Penpals" w:hAnsi="Sassoon Penpals" w:cs="Times New Roman"/>
                <w:sz w:val="28"/>
                <w:szCs w:val="28"/>
              </w:rPr>
            </w:pPr>
            <w:r>
              <w:rPr>
                <w:rFonts w:ascii="Sassoon Penpals" w:hAnsi="Sassoon Penpals" w:cs="Times New Roman"/>
                <w:sz w:val="28"/>
                <w:szCs w:val="28"/>
              </w:rPr>
              <w:t>Enquiry Led</w:t>
            </w:r>
          </w:p>
        </w:tc>
        <w:tc>
          <w:tcPr>
            <w:tcW w:w="8788" w:type="dxa"/>
            <w:gridSpan w:val="2"/>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 xml:space="preserve">Topic Question: </w:t>
            </w:r>
            <w:r w:rsidR="00C633D4" w:rsidRPr="00871FC6">
              <w:rPr>
                <w:rFonts w:ascii="Sassoon Penpals" w:hAnsi="Sassoon Penpals" w:cs="Times New Roman"/>
                <w:b/>
                <w:sz w:val="28"/>
                <w:szCs w:val="28"/>
              </w:rPr>
              <w:t>What are animals like in the Amazon?</w:t>
            </w:r>
          </w:p>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Key Vocabulary: </w:t>
            </w:r>
            <w:r w:rsidR="00C633D4" w:rsidRPr="00871FC6">
              <w:rPr>
                <w:rFonts w:ascii="Sassoon Penpals" w:hAnsi="Sassoon Penpals" w:cs="Times New Roman"/>
                <w:b/>
                <w:sz w:val="28"/>
                <w:szCs w:val="28"/>
              </w:rPr>
              <w:t>vertebrate, invertebrate, kingdom, Linnaean system, organism, microorganism, fungi, bacteria, phylum</w:t>
            </w:r>
          </w:p>
        </w:tc>
      </w:tr>
      <w:tr w:rsidR="003D6C65" w:rsidRPr="00F175F8" w:rsidTr="00C831C1">
        <w:tc>
          <w:tcPr>
            <w:tcW w:w="1957" w:type="dxa"/>
            <w:vMerge/>
          </w:tcPr>
          <w:p w:rsidR="003D6C65" w:rsidRPr="00871FC6" w:rsidRDefault="003D6C65" w:rsidP="00DD7C59">
            <w:pPr>
              <w:rPr>
                <w:rFonts w:ascii="Sassoon Penpals" w:hAnsi="Sassoon Penpals" w:cs="Times New Roman"/>
                <w:sz w:val="28"/>
                <w:szCs w:val="28"/>
              </w:rPr>
            </w:pPr>
          </w:p>
        </w:tc>
        <w:tc>
          <w:tcPr>
            <w:tcW w:w="3969" w:type="dxa"/>
          </w:tcPr>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and match different types of animals and match the types of animals to their characteristics.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Group living things according to whether they are plants or animals. </w:t>
            </w:r>
          </w:p>
          <w:p w:rsidR="00C633D4" w:rsidRPr="00871FC6" w:rsidRDefault="00C633D4" w:rsidP="00DD7C59">
            <w:pPr>
              <w:rPr>
                <w:rFonts w:ascii="Sassoon Penpals" w:hAnsi="Sassoon Penpals" w:cs="Times New Roman"/>
                <w:sz w:val="28"/>
                <w:szCs w:val="28"/>
              </w:rPr>
            </w:pPr>
          </w:p>
          <w:p w:rsidR="003D6C65"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Classify living things according to their characteristics.</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characteristics of different groups of organisms and understand the reasons for the classification of these.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who Carl Linnaeus was and explain how living things are classified into groups using the Linnaean system.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Describe helpful and harmful microorganisms Know, describe and compare the structure of different cells.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Know and describe the characteristics of different microorganisms and design one using these characteristics.</w:t>
            </w:r>
          </w:p>
        </w:tc>
        <w:tc>
          <w:tcPr>
            <w:tcW w:w="4819" w:type="dxa"/>
          </w:tcPr>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Use research of the features of animal kingdoms to support scientific enquiries to identify living things in the school habitat.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Take measurements of the ‘growing </w:t>
            </w:r>
            <w:proofErr w:type="spellStart"/>
            <w:r w:rsidRPr="00871FC6">
              <w:rPr>
                <w:rFonts w:ascii="Sassoon Penpals" w:hAnsi="Sassoon Penpals" w:cs="Times New Roman"/>
                <w:sz w:val="28"/>
                <w:szCs w:val="28"/>
              </w:rPr>
              <w:t>mould</w:t>
            </w:r>
            <w:proofErr w:type="spellEnd"/>
            <w:r w:rsidRPr="00871FC6">
              <w:rPr>
                <w:rFonts w:ascii="Sassoon Penpals" w:hAnsi="Sassoon Penpals" w:cs="Times New Roman"/>
                <w:sz w:val="28"/>
                <w:szCs w:val="28"/>
              </w:rPr>
              <w:t>’ investigation and compare with others the changes observed using key vocabulary.</w:t>
            </w:r>
          </w:p>
          <w:p w:rsidR="00C633D4" w:rsidRPr="00871FC6" w:rsidRDefault="00C633D4" w:rsidP="00C633D4">
            <w:pPr>
              <w:rPr>
                <w:rFonts w:ascii="Sassoon Penpals" w:hAnsi="Sassoon Penpals" w:cs="Times New Roman"/>
                <w:sz w:val="28"/>
                <w:szCs w:val="28"/>
              </w:rPr>
            </w:pPr>
          </w:p>
          <w:p w:rsidR="00C633D4" w:rsidRPr="00871FC6" w:rsidRDefault="00C633D4" w:rsidP="00C633D4">
            <w:pPr>
              <w:rPr>
                <w:rFonts w:ascii="Sassoon Penpals" w:hAnsi="Sassoon Penpals" w:cs="Times New Roman"/>
                <w:sz w:val="28"/>
                <w:szCs w:val="28"/>
              </w:rPr>
            </w:pPr>
            <w:r w:rsidRPr="00871FC6">
              <w:rPr>
                <w:rFonts w:ascii="Sassoon Penpals" w:hAnsi="Sassoon Penpals" w:cs="Times New Roman"/>
                <w:sz w:val="28"/>
                <w:szCs w:val="28"/>
              </w:rPr>
              <w:t xml:space="preserve">Record data using a classification key of all the living things in the school habitat and use these result to make predictions to set up further comparative and fair tests. </w:t>
            </w:r>
          </w:p>
          <w:p w:rsidR="00C633D4" w:rsidRPr="00871FC6" w:rsidRDefault="00C633D4" w:rsidP="00C633D4">
            <w:pPr>
              <w:rPr>
                <w:rFonts w:ascii="Sassoon Penpals" w:hAnsi="Sassoon Penpals" w:cs="Times New Roman"/>
                <w:sz w:val="28"/>
                <w:szCs w:val="28"/>
              </w:rPr>
            </w:pPr>
          </w:p>
          <w:p w:rsidR="00C633D4" w:rsidRPr="00871FC6" w:rsidRDefault="00C633D4" w:rsidP="00C633D4">
            <w:pPr>
              <w:rPr>
                <w:rFonts w:ascii="Sassoon Penpals" w:hAnsi="Sassoon Penpals" w:cs="Times New Roman"/>
                <w:sz w:val="28"/>
                <w:szCs w:val="28"/>
              </w:rPr>
            </w:pPr>
            <w:r w:rsidRPr="00871FC6">
              <w:rPr>
                <w:rFonts w:ascii="Sassoon Penpals" w:hAnsi="Sassoon Penpals" w:cs="Times New Roman"/>
                <w:sz w:val="28"/>
                <w:szCs w:val="28"/>
              </w:rPr>
              <w:t>Report, present and discuss conclusions to peers of the ‘</w:t>
            </w:r>
            <w:proofErr w:type="spellStart"/>
            <w:r w:rsidRPr="00871FC6">
              <w:rPr>
                <w:rFonts w:ascii="Sassoon Penpals" w:hAnsi="Sassoon Penpals" w:cs="Times New Roman"/>
                <w:sz w:val="28"/>
                <w:szCs w:val="28"/>
              </w:rPr>
              <w:t>mould</w:t>
            </w:r>
            <w:proofErr w:type="spellEnd"/>
            <w:r w:rsidRPr="00871FC6">
              <w:rPr>
                <w:rFonts w:ascii="Sassoon Penpals" w:hAnsi="Sassoon Penpals" w:cs="Times New Roman"/>
                <w:sz w:val="28"/>
                <w:szCs w:val="28"/>
              </w:rPr>
              <w:t xml:space="preserve">’ enquiry to identify the characteristics of different types of microorganisms. </w:t>
            </w:r>
          </w:p>
          <w:p w:rsidR="00C633D4" w:rsidRPr="00871FC6" w:rsidRDefault="00C633D4" w:rsidP="00C633D4">
            <w:pPr>
              <w:rPr>
                <w:rFonts w:ascii="Sassoon Penpals" w:hAnsi="Sassoon Penpals" w:cs="Times New Roman"/>
                <w:sz w:val="28"/>
                <w:szCs w:val="28"/>
              </w:rPr>
            </w:pPr>
          </w:p>
          <w:p w:rsidR="003D6C65" w:rsidRPr="00871FC6" w:rsidRDefault="00C633D4" w:rsidP="00C633D4">
            <w:pPr>
              <w:rPr>
                <w:rFonts w:ascii="Sassoon Penpals" w:hAnsi="Sassoon Penpals" w:cs="Times New Roman"/>
                <w:sz w:val="28"/>
                <w:szCs w:val="28"/>
              </w:rPr>
            </w:pPr>
            <w:r w:rsidRPr="00871FC6">
              <w:rPr>
                <w:rFonts w:ascii="Sassoon Penpals" w:hAnsi="Sassoon Penpals" w:cs="Times New Roman"/>
                <w:sz w:val="28"/>
                <w:szCs w:val="28"/>
              </w:rPr>
              <w:t>Identify using evidence from the ‘</w:t>
            </w:r>
            <w:proofErr w:type="spellStart"/>
            <w:r w:rsidRPr="00871FC6">
              <w:rPr>
                <w:rFonts w:ascii="Sassoon Penpals" w:hAnsi="Sassoon Penpals" w:cs="Times New Roman"/>
                <w:sz w:val="28"/>
                <w:szCs w:val="28"/>
              </w:rPr>
              <w:t>mould</w:t>
            </w:r>
            <w:proofErr w:type="spellEnd"/>
            <w:r w:rsidRPr="00871FC6">
              <w:rPr>
                <w:rFonts w:ascii="Sassoon Penpals" w:hAnsi="Sassoon Penpals" w:cs="Times New Roman"/>
                <w:sz w:val="28"/>
                <w:szCs w:val="28"/>
              </w:rPr>
              <w:t>’ enquiry characteristics of different types of microorganisms.</w:t>
            </w:r>
          </w:p>
        </w:tc>
      </w:tr>
      <w:tr w:rsidR="003D6C65" w:rsidRPr="00F175F8" w:rsidTr="00C831C1">
        <w:tc>
          <w:tcPr>
            <w:tcW w:w="1957" w:type="dxa"/>
            <w:vMerge w:val="restart"/>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Autumn 2 202</w:t>
            </w:r>
            <w:r w:rsidR="00AF0336">
              <w:rPr>
                <w:rFonts w:ascii="Sassoon Penpals" w:hAnsi="Sassoon Penpals" w:cs="Times New Roman"/>
                <w:b/>
                <w:sz w:val="28"/>
                <w:szCs w:val="28"/>
              </w:rPr>
              <w:t>7</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Electricity</w:t>
            </w:r>
          </w:p>
          <w:p w:rsidR="003107B4"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3D6C65" w:rsidRPr="00871FC6">
              <w:rPr>
                <w:rFonts w:ascii="Sassoon Penpals" w:hAnsi="Sassoon Penpals" w:cs="Times New Roman"/>
                <w:b/>
                <w:sz w:val="28"/>
                <w:szCs w:val="28"/>
              </w:rPr>
              <w:t>Physics</w:t>
            </w:r>
            <w:r w:rsidRPr="00871FC6">
              <w:rPr>
                <w:rFonts w:ascii="Sassoon Penpals" w:hAnsi="Sassoon Penpals" w:cs="Times New Roman"/>
                <w:b/>
                <w:sz w:val="28"/>
                <w:szCs w:val="28"/>
              </w:rPr>
              <w:t>)</w:t>
            </w:r>
          </w:p>
          <w:p w:rsidR="003107B4" w:rsidRP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D6C65" w:rsidRPr="003107B4" w:rsidRDefault="003107B4" w:rsidP="003107B4">
            <w:pPr>
              <w:rPr>
                <w:rFonts w:ascii="Sassoon Penpals" w:hAnsi="Sassoon Penpals" w:cs="Times New Roman"/>
                <w:sz w:val="28"/>
                <w:szCs w:val="28"/>
              </w:rPr>
            </w:pPr>
            <w:r>
              <w:rPr>
                <w:rFonts w:ascii="Sassoon Penpals" w:hAnsi="Sassoon Penpals" w:cs="Times New Roman"/>
                <w:sz w:val="28"/>
                <w:szCs w:val="28"/>
              </w:rPr>
              <w:t>Enquiry Led</w:t>
            </w:r>
          </w:p>
        </w:tc>
        <w:tc>
          <w:tcPr>
            <w:tcW w:w="8788" w:type="dxa"/>
            <w:gridSpan w:val="2"/>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C633D4" w:rsidRPr="00871FC6">
              <w:rPr>
                <w:rFonts w:ascii="Sassoon Penpals" w:hAnsi="Sassoon Penpals" w:cs="Times New Roman"/>
                <w:b/>
                <w:sz w:val="28"/>
                <w:szCs w:val="28"/>
              </w:rPr>
              <w:t>How does electricity work and how do we stay safe when using it?</w:t>
            </w:r>
          </w:p>
          <w:p w:rsidR="003D6C65" w:rsidRPr="00871FC6" w:rsidRDefault="003D6C65"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C633D4" w:rsidRPr="00871FC6">
              <w:rPr>
                <w:rFonts w:ascii="Sassoon Penpals" w:hAnsi="Sassoon Penpals" w:cs="Times New Roman"/>
                <w:b/>
                <w:sz w:val="28"/>
                <w:szCs w:val="28"/>
              </w:rPr>
              <w:t>lamp, buzzer, voltage, circuits, component function, bulb, switches, symbols, simple circuits, motor, cell</w:t>
            </w:r>
          </w:p>
        </w:tc>
      </w:tr>
      <w:tr w:rsidR="003D6C65" w:rsidRPr="00F175F8" w:rsidTr="00C831C1">
        <w:tc>
          <w:tcPr>
            <w:tcW w:w="1957" w:type="dxa"/>
            <w:vMerge/>
          </w:tcPr>
          <w:p w:rsidR="003D6C65" w:rsidRPr="00871FC6" w:rsidRDefault="003D6C65" w:rsidP="00DD7C59">
            <w:pPr>
              <w:rPr>
                <w:rFonts w:ascii="Sassoon Penpals" w:hAnsi="Sassoon Penpals" w:cs="Times New Roman"/>
                <w:sz w:val="28"/>
                <w:szCs w:val="28"/>
              </w:rPr>
            </w:pPr>
          </w:p>
        </w:tc>
        <w:tc>
          <w:tcPr>
            <w:tcW w:w="3969" w:type="dxa"/>
          </w:tcPr>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function of electrical components and match them to their symbols.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Draw a simple circuit and know why we use symbols.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impact of a switch on an electrical circuit.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who Walter Lincoln Hawkins was and why he is an important scientist. </w:t>
            </w:r>
          </w:p>
          <w:p w:rsidR="00C633D4" w:rsidRPr="00871FC6" w:rsidRDefault="00C633D4" w:rsidP="00DD7C59">
            <w:pPr>
              <w:rPr>
                <w:rFonts w:ascii="Sassoon Penpals" w:hAnsi="Sassoon Penpals" w:cs="Times New Roman"/>
                <w:sz w:val="28"/>
                <w:szCs w:val="28"/>
              </w:rPr>
            </w:pPr>
          </w:p>
          <w:p w:rsidR="003D6C65"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Design, explain and constructively evaluate my electrical burglar alarm and explain how it works.</w:t>
            </w:r>
          </w:p>
        </w:tc>
        <w:tc>
          <w:tcPr>
            <w:tcW w:w="481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Planning a scientific enquiry to investigate the effect of changing the number of bulbs on an electrical circuit - </w:t>
            </w:r>
            <w:proofErr w:type="spellStart"/>
            <w:r w:rsidRPr="00871FC6">
              <w:rPr>
                <w:rFonts w:ascii="Sassoon Penpals" w:hAnsi="Sassoon Penpals" w:cs="Times New Roman"/>
                <w:sz w:val="28"/>
                <w:szCs w:val="28"/>
              </w:rPr>
              <w:t>recognising</w:t>
            </w:r>
            <w:proofErr w:type="spellEnd"/>
            <w:r w:rsidRPr="00871FC6">
              <w:rPr>
                <w:rFonts w:ascii="Sassoon Penpals" w:hAnsi="Sassoon Penpals" w:cs="Times New Roman"/>
                <w:sz w:val="28"/>
                <w:szCs w:val="28"/>
              </w:rPr>
              <w:t xml:space="preserve"> and controlling variables where necessary.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Take measurements, compare and give reasons for variations in how components function, including the brightness of bulbs, the loudness of buzzers and the on/off position of switches.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Record data from the bulb enquiry in a table and use test results to make predictions for further comparative and fair tests.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Report and present findings from the enquiry orally, in a written conclusion and by drawing a simple circuit diagram - using </w:t>
            </w:r>
            <w:proofErr w:type="spellStart"/>
            <w:r w:rsidRPr="00871FC6">
              <w:rPr>
                <w:rFonts w:ascii="Sassoon Penpals" w:hAnsi="Sassoon Penpals" w:cs="Times New Roman"/>
                <w:sz w:val="28"/>
                <w:szCs w:val="28"/>
              </w:rPr>
              <w:t>recognised</w:t>
            </w:r>
            <w:proofErr w:type="spellEnd"/>
            <w:r w:rsidRPr="00871FC6">
              <w:rPr>
                <w:rFonts w:ascii="Sassoon Penpals" w:hAnsi="Sassoon Penpals" w:cs="Times New Roman"/>
                <w:sz w:val="28"/>
                <w:szCs w:val="28"/>
              </w:rPr>
              <w:t xml:space="preserve"> symbols. </w:t>
            </w:r>
          </w:p>
          <w:p w:rsidR="00212974" w:rsidRPr="00871FC6" w:rsidRDefault="00212974" w:rsidP="00DD7C59">
            <w:pPr>
              <w:rPr>
                <w:rFonts w:ascii="Sassoon Penpals" w:hAnsi="Sassoon Penpals" w:cs="Times New Roman"/>
                <w:sz w:val="28"/>
                <w:szCs w:val="28"/>
              </w:rPr>
            </w:pPr>
          </w:p>
          <w:p w:rsidR="003D6C65"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scientific evidence to support a design of an electrical burglar alarm and be able to constructively evaluate it - </w:t>
            </w:r>
            <w:proofErr w:type="spellStart"/>
            <w:r w:rsidRPr="00871FC6">
              <w:rPr>
                <w:rFonts w:ascii="Sassoon Penpals" w:hAnsi="Sassoon Penpals" w:cs="Times New Roman"/>
                <w:sz w:val="28"/>
                <w:szCs w:val="28"/>
              </w:rPr>
              <w:t>recognising</w:t>
            </w:r>
            <w:proofErr w:type="spellEnd"/>
            <w:r w:rsidRPr="00871FC6">
              <w:rPr>
                <w:rFonts w:ascii="Sassoon Penpals" w:hAnsi="Sassoon Penpals" w:cs="Times New Roman"/>
                <w:sz w:val="28"/>
                <w:szCs w:val="28"/>
              </w:rPr>
              <w:t xml:space="preserve"> what works well and what would be done differently next time.</w:t>
            </w:r>
          </w:p>
        </w:tc>
      </w:tr>
      <w:tr w:rsidR="003D6C65" w:rsidRPr="00F175F8" w:rsidTr="00C831C1">
        <w:tc>
          <w:tcPr>
            <w:tcW w:w="1957" w:type="dxa"/>
            <w:vMerge w:val="restart"/>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Spring 1 202</w:t>
            </w:r>
            <w:r w:rsidR="00AF0336">
              <w:rPr>
                <w:rFonts w:ascii="Sassoon Penpals" w:hAnsi="Sassoon Penpals" w:cs="Times New Roman"/>
                <w:b/>
                <w:sz w:val="28"/>
                <w:szCs w:val="28"/>
              </w:rPr>
              <w:t>8</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Forces</w:t>
            </w:r>
          </w:p>
          <w:p w:rsidR="003107B4"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3D6C65" w:rsidRPr="00871FC6">
              <w:rPr>
                <w:rFonts w:ascii="Sassoon Penpals" w:hAnsi="Sassoon Penpals" w:cs="Times New Roman"/>
                <w:b/>
                <w:sz w:val="28"/>
                <w:szCs w:val="28"/>
              </w:rPr>
              <w:t>Physics</w:t>
            </w:r>
            <w:r w:rsidRPr="00871FC6">
              <w:rPr>
                <w:rFonts w:ascii="Sassoon Penpals" w:hAnsi="Sassoon Penpals" w:cs="Times New Roman"/>
                <w:b/>
                <w:sz w:val="28"/>
                <w:szCs w:val="28"/>
              </w:rPr>
              <w:t>)</w:t>
            </w: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D6C65" w:rsidRPr="003107B4" w:rsidRDefault="003107B4" w:rsidP="003107B4">
            <w:pPr>
              <w:rPr>
                <w:rFonts w:ascii="Sassoon Penpals" w:hAnsi="Sassoon Penpals" w:cs="Times New Roman"/>
                <w:sz w:val="28"/>
                <w:szCs w:val="28"/>
              </w:rPr>
            </w:pPr>
            <w:r>
              <w:rPr>
                <w:rFonts w:ascii="Sassoon Penpals" w:hAnsi="Sassoon Penpals" w:cs="Times New Roman"/>
                <w:sz w:val="28"/>
                <w:szCs w:val="28"/>
              </w:rPr>
              <w:t>Enquiry Led</w:t>
            </w:r>
          </w:p>
        </w:tc>
        <w:tc>
          <w:tcPr>
            <w:tcW w:w="8788" w:type="dxa"/>
            <w:gridSpan w:val="2"/>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212974" w:rsidRPr="00871FC6">
              <w:rPr>
                <w:rFonts w:ascii="Sassoon Penpals" w:hAnsi="Sassoon Penpals" w:cs="Times New Roman"/>
                <w:b/>
                <w:sz w:val="28"/>
                <w:szCs w:val="28"/>
              </w:rPr>
              <w:t>How do forces affect the movement of materials?</w:t>
            </w:r>
          </w:p>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Key Vocabulary: </w:t>
            </w:r>
            <w:r w:rsidR="00212974" w:rsidRPr="00871FC6">
              <w:rPr>
                <w:rFonts w:ascii="Sassoon Penpals" w:hAnsi="Sassoon Penpals" w:cs="Times New Roman"/>
                <w:b/>
                <w:sz w:val="28"/>
                <w:szCs w:val="28"/>
              </w:rPr>
              <w:t>gravity, matter, mass, newton meter, lever, pulley, gear</w:t>
            </w:r>
          </w:p>
        </w:tc>
      </w:tr>
      <w:tr w:rsidR="003D6C65" w:rsidRPr="00F175F8" w:rsidTr="00C831C1">
        <w:tc>
          <w:tcPr>
            <w:tcW w:w="1957" w:type="dxa"/>
            <w:vMerge/>
          </w:tcPr>
          <w:p w:rsidR="003D6C65" w:rsidRPr="00871FC6" w:rsidRDefault="003D6C65" w:rsidP="00DD7C59">
            <w:pPr>
              <w:rPr>
                <w:rFonts w:ascii="Sassoon Penpals" w:hAnsi="Sassoon Penpals" w:cs="Times New Roman"/>
                <w:sz w:val="28"/>
                <w:szCs w:val="28"/>
              </w:rPr>
            </w:pPr>
          </w:p>
        </w:tc>
        <w:tc>
          <w:tcPr>
            <w:tcW w:w="396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who Isaac Newton was and understand that gravity pulls objects towards the earth.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Read a Newton meter. Conduct research of examples of real life levers, gear and pulleys to answer a question and discuss findings.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what a lever is and explore how to lift a weight using a lever.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Understand and explain how a lever, pulley and gears work.</w:t>
            </w:r>
          </w:p>
        </w:tc>
        <w:tc>
          <w:tcPr>
            <w:tcW w:w="481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Plan a scientific enquiry to investigate how strong the force of gravity is between the earth and everyday objects - </w:t>
            </w:r>
            <w:proofErr w:type="spellStart"/>
            <w:r w:rsidRPr="00871FC6">
              <w:rPr>
                <w:rFonts w:ascii="Sassoon Penpals" w:hAnsi="Sassoon Penpals" w:cs="Times New Roman"/>
                <w:sz w:val="28"/>
                <w:szCs w:val="28"/>
              </w:rPr>
              <w:t>recognising</w:t>
            </w:r>
            <w:proofErr w:type="spellEnd"/>
            <w:r w:rsidRPr="00871FC6">
              <w:rPr>
                <w:rFonts w:ascii="Sassoon Penpals" w:hAnsi="Sassoon Penpals" w:cs="Times New Roman"/>
                <w:sz w:val="28"/>
                <w:szCs w:val="28"/>
              </w:rPr>
              <w:t xml:space="preserve"> and controlling variables where necessary.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Take measurements, using a newton meter and force meter to measure the effects of gravity with increasing accuracy and precision.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Record data and investigation results of levers and pulleys, using scientific tables and line graphs, using test results to make predictions to set up further comparative and fair tests.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Report and present findings from enquiries in order to conclude investigations, support predictions and discuss enquiry outcomes with others. </w:t>
            </w:r>
          </w:p>
          <w:p w:rsidR="00212974" w:rsidRPr="00871FC6" w:rsidRDefault="00212974" w:rsidP="00DD7C59">
            <w:pPr>
              <w:rPr>
                <w:rFonts w:ascii="Sassoon Penpals" w:hAnsi="Sassoon Penpals" w:cs="Times New Roman"/>
                <w:sz w:val="28"/>
                <w:szCs w:val="28"/>
              </w:rPr>
            </w:pPr>
          </w:p>
          <w:p w:rsidR="003D6C65"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Identify scientific evidence that has been used to support ideas of how to collaboratively make a gear system work</w:t>
            </w:r>
          </w:p>
        </w:tc>
      </w:tr>
      <w:tr w:rsidR="003D6C65" w:rsidRPr="00F175F8" w:rsidTr="00C831C1">
        <w:tc>
          <w:tcPr>
            <w:tcW w:w="1957" w:type="dxa"/>
            <w:vMerge w:val="restart"/>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Spring 2 202</w:t>
            </w:r>
            <w:r w:rsidR="00AF0336">
              <w:rPr>
                <w:rFonts w:ascii="Sassoon Penpals" w:hAnsi="Sassoon Penpals" w:cs="Times New Roman"/>
                <w:b/>
                <w:sz w:val="28"/>
                <w:szCs w:val="28"/>
              </w:rPr>
              <w:t>8</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Earth and space</w:t>
            </w:r>
          </w:p>
          <w:p w:rsidR="003107B4"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(Physics)</w:t>
            </w: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Power of Reading text:</w:t>
            </w: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Cosmic</w:t>
            </w:r>
          </w:p>
          <w:p w:rsidR="003D6C65" w:rsidRPr="003107B4" w:rsidRDefault="003D6C65" w:rsidP="003107B4">
            <w:pPr>
              <w:rPr>
                <w:rFonts w:ascii="Sassoon Penpals" w:hAnsi="Sassoon Penpals" w:cs="Times New Roman"/>
                <w:sz w:val="28"/>
                <w:szCs w:val="28"/>
              </w:rPr>
            </w:pPr>
          </w:p>
        </w:tc>
        <w:tc>
          <w:tcPr>
            <w:tcW w:w="8788" w:type="dxa"/>
            <w:gridSpan w:val="2"/>
          </w:tcPr>
          <w:p w:rsidR="00212974"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 xml:space="preserve">Topic question: </w:t>
            </w:r>
            <w:r w:rsidR="00212974" w:rsidRPr="00871FC6">
              <w:rPr>
                <w:rFonts w:ascii="Sassoon Penpals" w:hAnsi="Sassoon Penpals" w:cs="Times New Roman"/>
                <w:b/>
                <w:sz w:val="28"/>
                <w:szCs w:val="28"/>
              </w:rPr>
              <w:t xml:space="preserve">How does our solar system work? </w:t>
            </w:r>
          </w:p>
          <w:p w:rsidR="003D6C65" w:rsidRPr="00871FC6" w:rsidRDefault="003D6C65" w:rsidP="00DD7C59">
            <w:pPr>
              <w:rPr>
                <w:rFonts w:ascii="Sassoon Penpals" w:hAnsi="Sassoon Penpals" w:cs="Times New Roman"/>
                <w:sz w:val="28"/>
                <w:szCs w:val="28"/>
              </w:rPr>
            </w:pPr>
            <w:r w:rsidRPr="00871FC6">
              <w:rPr>
                <w:rFonts w:ascii="Sassoon Penpals" w:hAnsi="Sassoon Penpals" w:cs="Times New Roman"/>
                <w:b/>
                <w:sz w:val="28"/>
                <w:szCs w:val="28"/>
              </w:rPr>
              <w:lastRenderedPageBreak/>
              <w:t xml:space="preserve">Key Vocabulary: </w:t>
            </w:r>
            <w:r w:rsidR="00212974" w:rsidRPr="00871FC6">
              <w:rPr>
                <w:rFonts w:ascii="Sassoon Penpals" w:hAnsi="Sassoon Penpals" w:cs="Times New Roman"/>
                <w:b/>
                <w:sz w:val="28"/>
                <w:szCs w:val="28"/>
              </w:rPr>
              <w:t>Earth, Space, day, night, Moon, Sun, geocentric model, heliocentric model, Mercury, Venus, Earth, Mars, Jupiter, Saturn, Uranus, Neptune, Pluto, dwarf planet, solar system</w:t>
            </w:r>
          </w:p>
        </w:tc>
      </w:tr>
      <w:tr w:rsidR="003D6C65" w:rsidRPr="00F175F8" w:rsidTr="00C831C1">
        <w:tc>
          <w:tcPr>
            <w:tcW w:w="1957" w:type="dxa"/>
            <w:vMerge/>
          </w:tcPr>
          <w:p w:rsidR="003D6C65" w:rsidRPr="00871FC6" w:rsidRDefault="003D6C65" w:rsidP="00DD7C59">
            <w:pPr>
              <w:rPr>
                <w:rFonts w:ascii="Sassoon Penpals" w:hAnsi="Sassoon Penpals" w:cs="Times New Roman"/>
                <w:sz w:val="28"/>
                <w:szCs w:val="28"/>
              </w:rPr>
            </w:pPr>
          </w:p>
        </w:tc>
        <w:tc>
          <w:tcPr>
            <w:tcW w:w="396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that the Sun is a star at the </w:t>
            </w:r>
            <w:proofErr w:type="spellStart"/>
            <w:r w:rsidRPr="00871FC6">
              <w:rPr>
                <w:rFonts w:ascii="Sassoon Penpals" w:hAnsi="Sassoon Penpals" w:cs="Times New Roman"/>
                <w:sz w:val="28"/>
                <w:szCs w:val="28"/>
              </w:rPr>
              <w:t>centre</w:t>
            </w:r>
            <w:proofErr w:type="spellEnd"/>
            <w:r w:rsidRPr="00871FC6">
              <w:rPr>
                <w:rFonts w:ascii="Sassoon Penpals" w:hAnsi="Sassoon Penpals" w:cs="Times New Roman"/>
                <w:sz w:val="28"/>
                <w:szCs w:val="28"/>
              </w:rPr>
              <w:t xml:space="preserve"> of our solar system and that it has eight planets: Mercury, Venus, Earth, Mars, Jupiter, Saturn, Uranus and Neptune (Pluto was reclassified as a ‘dwarf planet’ in 2006).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the order of the planets in our solar system.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Describe the movement of the Earth and the planets in the solar system.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Understand the difference between the geocentric and heliocentric model and consider how the work of scientists has influenced models of the solar system across history.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Understand the distance between the planets in our solar system. Describe the movement of the Moon relative to the Earth. </w:t>
            </w:r>
          </w:p>
          <w:p w:rsidR="00212974" w:rsidRPr="00871FC6" w:rsidRDefault="00212974" w:rsidP="00DD7C59">
            <w:pPr>
              <w:rPr>
                <w:rFonts w:ascii="Sassoon Penpals" w:hAnsi="Sassoon Penpals" w:cs="Times New Roman"/>
                <w:sz w:val="28"/>
                <w:szCs w:val="28"/>
              </w:rPr>
            </w:pPr>
          </w:p>
          <w:p w:rsidR="003D6C65"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Describe the Sun, Earth and Moon as approximately spherical bodies.</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Use the idea of the Earth’s rotation to explain day and night and the apparent movement of the sun across the sky.</w:t>
            </w:r>
          </w:p>
        </w:tc>
        <w:tc>
          <w:tcPr>
            <w:tcW w:w="481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Plan a scientific enquiry to use the idea of the Earth’s rotation to explain day and night and the apparent movement of the sun across the sky.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Take measurements using trundle wheels to gain a greater understanding of the distance between the planets of the solar system and the sun.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Record data to support understanding of the order of the planets in our solar system and the distances they are apart.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Research, report and present findings to describe the movement of the Moon relative to the Earth, and to describe the Sun, Earth and Moon as approximately spherical bodies. </w:t>
            </w:r>
          </w:p>
          <w:p w:rsidR="00212974" w:rsidRPr="00871FC6" w:rsidRDefault="00212974" w:rsidP="00DD7C59">
            <w:pPr>
              <w:rPr>
                <w:rFonts w:ascii="Sassoon Penpals" w:hAnsi="Sassoon Penpals" w:cs="Times New Roman"/>
                <w:sz w:val="28"/>
                <w:szCs w:val="28"/>
              </w:rPr>
            </w:pPr>
          </w:p>
          <w:p w:rsidR="003D6C65"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Identifying scientific evidence and opinions through history of the geocentric and heliocentric models to support, refute and debate who believed in which and why.</w:t>
            </w:r>
          </w:p>
        </w:tc>
      </w:tr>
      <w:tr w:rsidR="003D6C65" w:rsidRPr="00F175F8" w:rsidTr="00C831C1">
        <w:tc>
          <w:tcPr>
            <w:tcW w:w="1957" w:type="dxa"/>
            <w:vMerge w:val="restart"/>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Summer 1 202</w:t>
            </w:r>
            <w:r w:rsidR="00AF0336">
              <w:rPr>
                <w:rFonts w:ascii="Sassoon Penpals" w:hAnsi="Sassoon Penpals" w:cs="Times New Roman"/>
                <w:b/>
                <w:sz w:val="28"/>
                <w:szCs w:val="28"/>
              </w:rPr>
              <w:t>8</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Properties and changes of materials</w:t>
            </w:r>
          </w:p>
          <w:p w:rsidR="003107B4"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212974" w:rsidRPr="00871FC6">
              <w:rPr>
                <w:rFonts w:ascii="Sassoon Penpals" w:hAnsi="Sassoon Penpals" w:cs="Times New Roman"/>
                <w:b/>
                <w:sz w:val="28"/>
                <w:szCs w:val="28"/>
              </w:rPr>
              <w:t>Physics</w:t>
            </w:r>
            <w:r w:rsidRPr="00871FC6">
              <w:rPr>
                <w:rFonts w:ascii="Sassoon Penpals" w:hAnsi="Sassoon Penpals" w:cs="Times New Roman"/>
                <w:b/>
                <w:sz w:val="28"/>
                <w:szCs w:val="28"/>
              </w:rPr>
              <w:t>)</w:t>
            </w: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D6C65" w:rsidRPr="003107B4" w:rsidRDefault="003107B4" w:rsidP="003107B4">
            <w:pPr>
              <w:rPr>
                <w:rFonts w:ascii="Sassoon Penpals" w:hAnsi="Sassoon Penpals" w:cs="Times New Roman"/>
                <w:sz w:val="28"/>
                <w:szCs w:val="28"/>
              </w:rPr>
            </w:pPr>
            <w:r>
              <w:rPr>
                <w:rFonts w:ascii="Sassoon Penpals" w:hAnsi="Sassoon Penpals" w:cs="Times New Roman"/>
                <w:sz w:val="28"/>
                <w:szCs w:val="28"/>
              </w:rPr>
              <w:t>Enquiry Led</w:t>
            </w:r>
          </w:p>
        </w:tc>
        <w:tc>
          <w:tcPr>
            <w:tcW w:w="8788" w:type="dxa"/>
            <w:gridSpan w:val="2"/>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 xml:space="preserve">Topic question: </w:t>
            </w:r>
            <w:r w:rsidR="00212974" w:rsidRPr="00871FC6">
              <w:rPr>
                <w:rFonts w:ascii="Sassoon Penpals" w:hAnsi="Sassoon Penpals" w:cs="Times New Roman"/>
                <w:b/>
                <w:sz w:val="28"/>
                <w:szCs w:val="28"/>
              </w:rPr>
              <w:t>How can a material change state?</w:t>
            </w:r>
          </w:p>
          <w:p w:rsidR="003D6C65" w:rsidRPr="00871FC6" w:rsidRDefault="003D6C65"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212974" w:rsidRPr="00871FC6">
              <w:rPr>
                <w:rFonts w:ascii="Sassoon Penpals" w:hAnsi="Sassoon Penpals" w:cs="Times New Roman"/>
                <w:b/>
                <w:sz w:val="28"/>
                <w:szCs w:val="28"/>
              </w:rPr>
              <w:t>solid, liquid, gas, evaporation, filtering, sieving, decanting, dissolving, melting, solution, soluble, insoluble, solute, solvent, transparency, conductivity (electrical and thermal), response, hardness, reversible, irreversible</w:t>
            </w:r>
          </w:p>
        </w:tc>
      </w:tr>
      <w:tr w:rsidR="003D6C65" w:rsidRPr="00F175F8" w:rsidTr="00C831C1">
        <w:tc>
          <w:tcPr>
            <w:tcW w:w="1957" w:type="dxa"/>
            <w:vMerge/>
          </w:tcPr>
          <w:p w:rsidR="003D6C65" w:rsidRPr="00871FC6" w:rsidRDefault="003D6C65" w:rsidP="00DD7C59">
            <w:pPr>
              <w:rPr>
                <w:rFonts w:ascii="Sassoon Penpals" w:hAnsi="Sassoon Penpals" w:cs="Times New Roman"/>
                <w:sz w:val="28"/>
                <w:szCs w:val="28"/>
              </w:rPr>
            </w:pPr>
          </w:p>
        </w:tc>
        <w:tc>
          <w:tcPr>
            <w:tcW w:w="3969" w:type="dxa"/>
          </w:tcPr>
          <w:p w:rsidR="00212974" w:rsidRPr="00871FC6" w:rsidRDefault="00212974" w:rsidP="00212974">
            <w:pPr>
              <w:rPr>
                <w:rFonts w:ascii="Sassoon Penpals" w:hAnsi="Sassoon Penpals" w:cs="Times New Roman"/>
                <w:sz w:val="28"/>
                <w:szCs w:val="28"/>
              </w:rPr>
            </w:pPr>
            <w:r w:rsidRPr="00871FC6">
              <w:rPr>
                <w:rFonts w:ascii="Sassoon Penpals" w:hAnsi="Sassoon Penpals" w:cs="Times New Roman"/>
                <w:sz w:val="28"/>
                <w:szCs w:val="28"/>
              </w:rPr>
              <w:t xml:space="preserve">Know how to recover a substance from a solution by using knowledge of solids, liquids and gases. </w:t>
            </w:r>
          </w:p>
          <w:p w:rsidR="00212974" w:rsidRPr="00871FC6" w:rsidRDefault="00212974" w:rsidP="00212974">
            <w:pPr>
              <w:rPr>
                <w:rFonts w:ascii="Sassoon Penpals" w:hAnsi="Sassoon Penpals" w:cs="Times New Roman"/>
                <w:sz w:val="28"/>
                <w:szCs w:val="28"/>
              </w:rPr>
            </w:pPr>
          </w:p>
          <w:p w:rsidR="00212974" w:rsidRPr="00871FC6" w:rsidRDefault="00212974" w:rsidP="00212974">
            <w:pPr>
              <w:rPr>
                <w:rFonts w:ascii="Sassoon Penpals" w:hAnsi="Sassoon Penpals" w:cs="Times New Roman"/>
                <w:sz w:val="28"/>
                <w:szCs w:val="28"/>
              </w:rPr>
            </w:pPr>
            <w:r w:rsidRPr="00871FC6">
              <w:rPr>
                <w:rFonts w:ascii="Sassoon Penpals" w:hAnsi="Sassoon Penpals" w:cs="Times New Roman"/>
                <w:sz w:val="28"/>
                <w:szCs w:val="28"/>
              </w:rPr>
              <w:t xml:space="preserve">Understand the difference between filtering, sieving and evaporating and suggest ways in which different mixtures can be separated. </w:t>
            </w:r>
          </w:p>
          <w:p w:rsidR="00212974" w:rsidRPr="00871FC6" w:rsidRDefault="00212974" w:rsidP="00212974">
            <w:pPr>
              <w:rPr>
                <w:rFonts w:ascii="Sassoon Penpals" w:hAnsi="Sassoon Penpals" w:cs="Times New Roman"/>
                <w:sz w:val="28"/>
                <w:szCs w:val="28"/>
              </w:rPr>
            </w:pPr>
          </w:p>
          <w:p w:rsidR="00212974" w:rsidRPr="00871FC6" w:rsidRDefault="00212974" w:rsidP="00212974">
            <w:pPr>
              <w:rPr>
                <w:rFonts w:ascii="Sassoon Penpals" w:hAnsi="Sassoon Penpals" w:cs="Times New Roman"/>
                <w:sz w:val="28"/>
                <w:szCs w:val="28"/>
              </w:rPr>
            </w:pPr>
            <w:r w:rsidRPr="00871FC6">
              <w:rPr>
                <w:rFonts w:ascii="Sassoon Penpals" w:hAnsi="Sassoon Penpals" w:cs="Times New Roman"/>
                <w:sz w:val="28"/>
                <w:szCs w:val="28"/>
              </w:rPr>
              <w:t xml:space="preserve">Know that dissolving, mixing and changes of state are reversible changes. </w:t>
            </w:r>
          </w:p>
          <w:p w:rsidR="00212974" w:rsidRPr="00871FC6" w:rsidRDefault="00212974" w:rsidP="00212974">
            <w:pPr>
              <w:rPr>
                <w:rFonts w:ascii="Sassoon Penpals" w:hAnsi="Sassoon Penpals" w:cs="Times New Roman"/>
                <w:sz w:val="28"/>
                <w:szCs w:val="28"/>
              </w:rPr>
            </w:pPr>
          </w:p>
          <w:p w:rsidR="00212974" w:rsidRPr="00871FC6" w:rsidRDefault="00212974" w:rsidP="00212974">
            <w:pPr>
              <w:rPr>
                <w:rFonts w:ascii="Sassoon Penpals" w:hAnsi="Sassoon Penpals" w:cs="Times New Roman"/>
                <w:sz w:val="28"/>
                <w:szCs w:val="28"/>
              </w:rPr>
            </w:pPr>
            <w:r w:rsidRPr="00871FC6">
              <w:rPr>
                <w:rFonts w:ascii="Sassoon Penpals" w:hAnsi="Sassoon Penpals" w:cs="Times New Roman"/>
                <w:sz w:val="28"/>
                <w:szCs w:val="28"/>
              </w:rPr>
              <w:t xml:space="preserve">Know that some changes result in the formation of new materials, and that this kind of change is not usually reversible. </w:t>
            </w:r>
          </w:p>
          <w:p w:rsidR="00212974" w:rsidRPr="00871FC6" w:rsidRDefault="00212974" w:rsidP="00212974">
            <w:pPr>
              <w:rPr>
                <w:rFonts w:ascii="Sassoon Penpals" w:hAnsi="Sassoon Penpals" w:cs="Times New Roman"/>
                <w:sz w:val="28"/>
                <w:szCs w:val="28"/>
              </w:rPr>
            </w:pPr>
          </w:p>
          <w:p w:rsidR="00212974" w:rsidRPr="00871FC6" w:rsidRDefault="00212974" w:rsidP="00212974">
            <w:pPr>
              <w:rPr>
                <w:rFonts w:ascii="Sassoon Penpals" w:hAnsi="Sassoon Penpals" w:cs="Times New Roman"/>
                <w:sz w:val="28"/>
                <w:szCs w:val="28"/>
              </w:rPr>
            </w:pPr>
            <w:r w:rsidRPr="00871FC6">
              <w:rPr>
                <w:rFonts w:ascii="Sassoon Penpals" w:hAnsi="Sassoon Penpals" w:cs="Times New Roman"/>
                <w:sz w:val="28"/>
                <w:szCs w:val="28"/>
              </w:rPr>
              <w:t xml:space="preserve">Know which materials will dissolve in water, explain the difference between melting and dissolving and investigate factors which affect the speed of dissolving. </w:t>
            </w:r>
          </w:p>
          <w:p w:rsidR="00212974" w:rsidRPr="00871FC6" w:rsidRDefault="00212974" w:rsidP="00212974">
            <w:pPr>
              <w:rPr>
                <w:rFonts w:ascii="Sassoon Penpals" w:hAnsi="Sassoon Penpals" w:cs="Times New Roman"/>
                <w:sz w:val="28"/>
                <w:szCs w:val="28"/>
              </w:rPr>
            </w:pPr>
          </w:p>
          <w:p w:rsidR="003D6C65" w:rsidRPr="00871FC6" w:rsidRDefault="00212974" w:rsidP="00212974">
            <w:pPr>
              <w:rPr>
                <w:rFonts w:ascii="Sassoon Penpals" w:hAnsi="Sassoon Penpals" w:cs="Times New Roman"/>
                <w:sz w:val="28"/>
                <w:szCs w:val="28"/>
              </w:rPr>
            </w:pPr>
            <w:r w:rsidRPr="00871FC6">
              <w:rPr>
                <w:rFonts w:ascii="Sassoon Penpals" w:hAnsi="Sassoon Penpals" w:cs="Times New Roman"/>
                <w:sz w:val="28"/>
                <w:szCs w:val="28"/>
              </w:rPr>
              <w:t>Know why materials are used for different purposes and group them according to their properties i.e. transparency, conductivity (electrical and thermal) and their response to magnets.</w:t>
            </w:r>
          </w:p>
        </w:tc>
        <w:tc>
          <w:tcPr>
            <w:tcW w:w="481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Plan enquires to separate substances from solutions and investigate whether changes of state </w:t>
            </w:r>
            <w:r w:rsidRPr="00871FC6">
              <w:rPr>
                <w:rFonts w:ascii="Sassoon Penpals" w:hAnsi="Sassoon Penpals" w:cs="Times New Roman"/>
                <w:sz w:val="28"/>
                <w:szCs w:val="28"/>
              </w:rPr>
              <w:lastRenderedPageBreak/>
              <w:t xml:space="preserve">are reversible or irreversible - controlling variables where necessary.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Take measurements of filtering, sieving and evaporating to separate substances - taking repeat readings when appropriate to ensure accuracy and precision.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Record data from separation and dissolving enquiries using graphs, tables and classification keys and use these results to make predictions on reversible and irreversible changes.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Report and present findings from enquiries in order to conclude investigations, support predictions and discuss enquiry outcomes with others. </w:t>
            </w:r>
          </w:p>
          <w:p w:rsidR="00212974" w:rsidRPr="00871FC6" w:rsidRDefault="00212974" w:rsidP="00DD7C59">
            <w:pPr>
              <w:rPr>
                <w:rFonts w:ascii="Sassoon Penpals" w:hAnsi="Sassoon Penpals" w:cs="Times New Roman"/>
                <w:sz w:val="28"/>
                <w:szCs w:val="28"/>
              </w:rPr>
            </w:pPr>
          </w:p>
          <w:p w:rsidR="003D6C65"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Identify scientific evidence through investigations to support ideas of the changing states of different matters.</w:t>
            </w:r>
          </w:p>
        </w:tc>
      </w:tr>
      <w:tr w:rsidR="003D6C65" w:rsidRPr="00F175F8" w:rsidTr="00C831C1">
        <w:tc>
          <w:tcPr>
            <w:tcW w:w="1957" w:type="dxa"/>
            <w:vMerge w:val="restart"/>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Summer 2 202</w:t>
            </w:r>
            <w:r w:rsidR="00AF0336">
              <w:rPr>
                <w:rFonts w:ascii="Sassoon Penpals" w:hAnsi="Sassoon Penpals" w:cs="Times New Roman"/>
                <w:b/>
                <w:sz w:val="28"/>
                <w:szCs w:val="28"/>
              </w:rPr>
              <w:t>8</w:t>
            </w:r>
          </w:p>
          <w:p w:rsidR="00871FC6" w:rsidRPr="00871FC6"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Animals including humans</w:t>
            </w:r>
          </w:p>
          <w:p w:rsidR="003107B4"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212974"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107B4" w:rsidRP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107B4" w:rsidRPr="003107B4" w:rsidRDefault="003107B4" w:rsidP="003107B4">
            <w:pPr>
              <w:spacing w:line="259" w:lineRule="auto"/>
              <w:rPr>
                <w:rFonts w:ascii="Sassoon Penpals" w:eastAsia="Calibri" w:hAnsi="Sassoon Penpals" w:cs="Times New Roman"/>
                <w:b/>
                <w:sz w:val="28"/>
                <w:szCs w:val="28"/>
                <w:lang w:val="en-GB"/>
              </w:rPr>
            </w:pPr>
            <w:r w:rsidRPr="003107B4">
              <w:rPr>
                <w:rFonts w:ascii="Sassoon Penpals" w:eastAsia="Calibri" w:hAnsi="Sassoon Penpals" w:cs="Times New Roman"/>
                <w:b/>
                <w:sz w:val="28"/>
                <w:szCs w:val="28"/>
                <w:lang w:val="en-GB"/>
              </w:rPr>
              <w:t>Power of Reading text:</w:t>
            </w:r>
          </w:p>
          <w:p w:rsidR="003107B4" w:rsidRPr="003107B4" w:rsidRDefault="003107B4" w:rsidP="003107B4">
            <w:pPr>
              <w:spacing w:line="259" w:lineRule="auto"/>
              <w:rPr>
                <w:rFonts w:ascii="Sassoon Penpals" w:eastAsia="Calibri" w:hAnsi="Sassoon Penpals" w:cs="Times New Roman"/>
                <w:b/>
                <w:sz w:val="28"/>
                <w:szCs w:val="28"/>
                <w:lang w:val="en-GB"/>
              </w:rPr>
            </w:pPr>
            <w:r w:rsidRPr="003107B4">
              <w:rPr>
                <w:rFonts w:ascii="Sassoon Penpals" w:eastAsia="Calibri" w:hAnsi="Sassoon Penpals" w:cs="Times New Roman"/>
                <w:b/>
                <w:sz w:val="28"/>
                <w:szCs w:val="28"/>
                <w:lang w:val="en-GB"/>
              </w:rPr>
              <w:t>Pig Heart Boy</w:t>
            </w:r>
          </w:p>
          <w:p w:rsidR="003D6C65" w:rsidRPr="003107B4" w:rsidRDefault="003D6C65" w:rsidP="003107B4">
            <w:pPr>
              <w:rPr>
                <w:rFonts w:ascii="Sassoon Penpals" w:hAnsi="Sassoon Penpals" w:cs="Times New Roman"/>
                <w:sz w:val="28"/>
                <w:szCs w:val="28"/>
              </w:rPr>
            </w:pPr>
          </w:p>
        </w:tc>
        <w:tc>
          <w:tcPr>
            <w:tcW w:w="8788" w:type="dxa"/>
            <w:gridSpan w:val="2"/>
          </w:tcPr>
          <w:p w:rsidR="00212974"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212974" w:rsidRPr="00871FC6">
              <w:rPr>
                <w:rFonts w:ascii="Sassoon Penpals" w:hAnsi="Sassoon Penpals" w:cs="Times New Roman"/>
                <w:b/>
                <w:sz w:val="28"/>
                <w:szCs w:val="28"/>
              </w:rPr>
              <w:t>How can we look after ourselves?</w:t>
            </w:r>
          </w:p>
          <w:p w:rsidR="003D6C65" w:rsidRPr="00871FC6" w:rsidRDefault="003D6C65"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212974" w:rsidRPr="00871FC6">
              <w:rPr>
                <w:rFonts w:ascii="Sassoon Penpals" w:hAnsi="Sassoon Penpals" w:cs="Times New Roman"/>
                <w:b/>
                <w:sz w:val="28"/>
                <w:szCs w:val="28"/>
              </w:rPr>
              <w:t>blood vessel, plasma, circulatory system, arteries, veins, oxygenated, deoxygenated, atrium, ventricle, valve</w:t>
            </w:r>
          </w:p>
        </w:tc>
      </w:tr>
      <w:tr w:rsidR="003D6C65" w:rsidRPr="00F175F8" w:rsidTr="00C831C1">
        <w:tc>
          <w:tcPr>
            <w:tcW w:w="1957" w:type="dxa"/>
            <w:vMerge/>
          </w:tcPr>
          <w:p w:rsidR="003D6C65" w:rsidRPr="00871FC6" w:rsidRDefault="003D6C65" w:rsidP="00DD7C59">
            <w:pPr>
              <w:rPr>
                <w:rFonts w:ascii="Sassoon Penpals" w:hAnsi="Sassoon Penpals" w:cs="Times New Roman"/>
                <w:sz w:val="28"/>
                <w:szCs w:val="28"/>
              </w:rPr>
            </w:pPr>
          </w:p>
        </w:tc>
        <w:tc>
          <w:tcPr>
            <w:tcW w:w="396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Understand the functions of blood and blood vessels and the ways in which nutrients and water are transported.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what the different components of blood are.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purpose of blood vessels. Know the main parts of the human circulatory system and explain their functions.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Know the function of the heart, why it continuously beats and how the muscle works.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role blood plays in the circulatory system and how oxygenated blood enters the heart and deoxygenated blood leaves the heart.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Explore the effect of exercise on heart rate and why the heart rate changes when we exercise.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how diet and exercise affect body weight and understand that different people require different food intakes. </w:t>
            </w:r>
          </w:p>
          <w:p w:rsidR="00212974" w:rsidRPr="00871FC6" w:rsidRDefault="00212974" w:rsidP="00DD7C59">
            <w:pPr>
              <w:rPr>
                <w:rFonts w:ascii="Sassoon Penpals" w:hAnsi="Sassoon Penpals" w:cs="Times New Roman"/>
                <w:sz w:val="28"/>
                <w:szCs w:val="28"/>
              </w:rPr>
            </w:pPr>
          </w:p>
          <w:p w:rsidR="003D6C65"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Know that we burn off calories through exercise and understand the detrimental effect on the body of over-eating and under-eating.</w:t>
            </w:r>
          </w:p>
        </w:tc>
        <w:tc>
          <w:tcPr>
            <w:tcW w:w="481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Planning a scientific enquiry to investigate the effect of exercise on the heart rate - </w:t>
            </w:r>
            <w:proofErr w:type="spellStart"/>
            <w:r w:rsidRPr="00871FC6">
              <w:rPr>
                <w:rFonts w:ascii="Sassoon Penpals" w:hAnsi="Sassoon Penpals" w:cs="Times New Roman"/>
                <w:sz w:val="28"/>
                <w:szCs w:val="28"/>
              </w:rPr>
              <w:t>recognising</w:t>
            </w:r>
            <w:proofErr w:type="spellEnd"/>
            <w:r w:rsidRPr="00871FC6">
              <w:rPr>
                <w:rFonts w:ascii="Sassoon Penpals" w:hAnsi="Sassoon Penpals" w:cs="Times New Roman"/>
                <w:sz w:val="28"/>
                <w:szCs w:val="28"/>
              </w:rPr>
              <w:t xml:space="preserve"> and controlling variables where necessary.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Taking measurements of the change of heart rate with increasing accuracy and precision, taking repeat readings when appropriate. </w:t>
            </w:r>
          </w:p>
          <w:p w:rsidR="00DA019B" w:rsidRPr="00871FC6" w:rsidRDefault="00DA019B" w:rsidP="00DD7C59">
            <w:pPr>
              <w:rPr>
                <w:rFonts w:ascii="Sassoon Penpals" w:hAnsi="Sassoon Penpals" w:cs="Times New Roman"/>
                <w:sz w:val="28"/>
                <w:szCs w:val="28"/>
              </w:rPr>
            </w:pPr>
          </w:p>
          <w:p w:rsidR="00DA019B"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Recording the data and results of the change in heart rate on tables and line graphs and use these test results to make predictions to set up further comparative and fair tests. </w:t>
            </w:r>
          </w:p>
          <w:p w:rsidR="00DA019B" w:rsidRPr="00871FC6" w:rsidRDefault="00DA019B" w:rsidP="00DD7C59">
            <w:pPr>
              <w:rPr>
                <w:rFonts w:ascii="Sassoon Penpals" w:hAnsi="Sassoon Penpals" w:cs="Times New Roman"/>
                <w:sz w:val="28"/>
                <w:szCs w:val="28"/>
              </w:rPr>
            </w:pPr>
          </w:p>
          <w:p w:rsidR="00DA019B"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Report and present findings of the role of Marie M Daly to broaden understanding of how foods and diet can affect the health of the heart and the circulatory system. </w:t>
            </w:r>
          </w:p>
          <w:p w:rsidR="00DA019B" w:rsidRPr="00871FC6" w:rsidRDefault="00DA019B" w:rsidP="00DD7C59">
            <w:pPr>
              <w:rPr>
                <w:rFonts w:ascii="Sassoon Penpals" w:hAnsi="Sassoon Penpals" w:cs="Times New Roman"/>
                <w:sz w:val="28"/>
                <w:szCs w:val="28"/>
              </w:rPr>
            </w:pPr>
          </w:p>
          <w:p w:rsidR="003D6C65"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Identify scientific evidence of the impact of diet, exercise, drugs and lifestyle on the way bodies function.</w:t>
            </w:r>
          </w:p>
        </w:tc>
      </w:tr>
    </w:tbl>
    <w:p w:rsidR="00AF0336" w:rsidRDefault="00AF0336">
      <w:r>
        <w:lastRenderedPageBreak/>
        <w:br w:type="page"/>
      </w:r>
    </w:p>
    <w:sectPr w:rsidR="00AF0336"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7D70" w:rsidRDefault="00797D70" w:rsidP="003D6C65">
      <w:pPr>
        <w:spacing w:after="0" w:line="240" w:lineRule="auto"/>
      </w:pPr>
      <w:r>
        <w:separator/>
      </w:r>
    </w:p>
  </w:endnote>
  <w:endnote w:type="continuationSeparator" w:id="0">
    <w:p w:rsidR="00797D70" w:rsidRDefault="00797D70" w:rsidP="003D6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ssoon Penpals">
    <w:panose1 w:val="02000400000000000000"/>
    <w:charset w:val="00"/>
    <w:family w:val="moder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7D70" w:rsidRDefault="00797D70" w:rsidP="003D6C65">
      <w:pPr>
        <w:spacing w:after="0" w:line="240" w:lineRule="auto"/>
      </w:pPr>
      <w:r>
        <w:separator/>
      </w:r>
    </w:p>
  </w:footnote>
  <w:footnote w:type="continuationSeparator" w:id="0">
    <w:p w:rsidR="00797D70" w:rsidRDefault="00797D70" w:rsidP="003D6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5C4B"/>
    <w:rsid w:val="00133C11"/>
    <w:rsid w:val="0015074B"/>
    <w:rsid w:val="00156AAD"/>
    <w:rsid w:val="001B021A"/>
    <w:rsid w:val="00212974"/>
    <w:rsid w:val="00261274"/>
    <w:rsid w:val="0029639D"/>
    <w:rsid w:val="003107B4"/>
    <w:rsid w:val="00326F90"/>
    <w:rsid w:val="00346EE0"/>
    <w:rsid w:val="00381911"/>
    <w:rsid w:val="003D6C65"/>
    <w:rsid w:val="00420F6B"/>
    <w:rsid w:val="004313A1"/>
    <w:rsid w:val="00431D5C"/>
    <w:rsid w:val="004C3F64"/>
    <w:rsid w:val="005F156F"/>
    <w:rsid w:val="00797D70"/>
    <w:rsid w:val="00871FC6"/>
    <w:rsid w:val="00896D2C"/>
    <w:rsid w:val="009D5FB7"/>
    <w:rsid w:val="00AA1D8D"/>
    <w:rsid w:val="00AF0336"/>
    <w:rsid w:val="00B47730"/>
    <w:rsid w:val="00B76F85"/>
    <w:rsid w:val="00B85103"/>
    <w:rsid w:val="00BB15DB"/>
    <w:rsid w:val="00BD1687"/>
    <w:rsid w:val="00C46D39"/>
    <w:rsid w:val="00C633D4"/>
    <w:rsid w:val="00C80E8B"/>
    <w:rsid w:val="00C831C1"/>
    <w:rsid w:val="00C86691"/>
    <w:rsid w:val="00CB0664"/>
    <w:rsid w:val="00CB3711"/>
    <w:rsid w:val="00CC32E6"/>
    <w:rsid w:val="00CF2221"/>
    <w:rsid w:val="00CF4772"/>
    <w:rsid w:val="00DA019B"/>
    <w:rsid w:val="00DD7C59"/>
    <w:rsid w:val="00E027A0"/>
    <w:rsid w:val="00E25932"/>
    <w:rsid w:val="00E51E70"/>
    <w:rsid w:val="00F04C9C"/>
    <w:rsid w:val="00FA413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463FC8"/>
  <w14:defaultImageDpi w14:val="300"/>
  <w15:docId w15:val="{274A4A81-D42A-47EA-B738-7BDEBF61C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TableNormal"/>
    <w:next w:val="TableGrid"/>
    <w:uiPriority w:val="59"/>
    <w:rsid w:val="004313A1"/>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76F85"/>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76F85"/>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D6C65"/>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D7C59"/>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D7C59"/>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46D39"/>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880491">
      <w:bodyDiv w:val="1"/>
      <w:marLeft w:val="0"/>
      <w:marRight w:val="0"/>
      <w:marTop w:val="0"/>
      <w:marBottom w:val="0"/>
      <w:divBdr>
        <w:top w:val="none" w:sz="0" w:space="0" w:color="auto"/>
        <w:left w:val="none" w:sz="0" w:space="0" w:color="auto"/>
        <w:bottom w:val="none" w:sz="0" w:space="0" w:color="auto"/>
        <w:right w:val="none" w:sz="0" w:space="0" w:color="auto"/>
      </w:divBdr>
    </w:div>
    <w:div w:id="392847260">
      <w:bodyDiv w:val="1"/>
      <w:marLeft w:val="0"/>
      <w:marRight w:val="0"/>
      <w:marTop w:val="0"/>
      <w:marBottom w:val="0"/>
      <w:divBdr>
        <w:top w:val="none" w:sz="0" w:space="0" w:color="auto"/>
        <w:left w:val="none" w:sz="0" w:space="0" w:color="auto"/>
        <w:bottom w:val="none" w:sz="0" w:space="0" w:color="auto"/>
        <w:right w:val="none" w:sz="0" w:space="0" w:color="auto"/>
      </w:divBdr>
    </w:div>
    <w:div w:id="440417272">
      <w:bodyDiv w:val="1"/>
      <w:marLeft w:val="0"/>
      <w:marRight w:val="0"/>
      <w:marTop w:val="0"/>
      <w:marBottom w:val="0"/>
      <w:divBdr>
        <w:top w:val="none" w:sz="0" w:space="0" w:color="auto"/>
        <w:left w:val="none" w:sz="0" w:space="0" w:color="auto"/>
        <w:bottom w:val="none" w:sz="0" w:space="0" w:color="auto"/>
        <w:right w:val="none" w:sz="0" w:space="0" w:color="auto"/>
      </w:divBdr>
    </w:div>
    <w:div w:id="457069168">
      <w:bodyDiv w:val="1"/>
      <w:marLeft w:val="0"/>
      <w:marRight w:val="0"/>
      <w:marTop w:val="0"/>
      <w:marBottom w:val="0"/>
      <w:divBdr>
        <w:top w:val="none" w:sz="0" w:space="0" w:color="auto"/>
        <w:left w:val="none" w:sz="0" w:space="0" w:color="auto"/>
        <w:bottom w:val="none" w:sz="0" w:space="0" w:color="auto"/>
        <w:right w:val="none" w:sz="0" w:space="0" w:color="auto"/>
      </w:divBdr>
    </w:div>
    <w:div w:id="506408040">
      <w:bodyDiv w:val="1"/>
      <w:marLeft w:val="0"/>
      <w:marRight w:val="0"/>
      <w:marTop w:val="0"/>
      <w:marBottom w:val="0"/>
      <w:divBdr>
        <w:top w:val="none" w:sz="0" w:space="0" w:color="auto"/>
        <w:left w:val="none" w:sz="0" w:space="0" w:color="auto"/>
        <w:bottom w:val="none" w:sz="0" w:space="0" w:color="auto"/>
        <w:right w:val="none" w:sz="0" w:space="0" w:color="auto"/>
      </w:divBdr>
    </w:div>
    <w:div w:id="798184570">
      <w:bodyDiv w:val="1"/>
      <w:marLeft w:val="0"/>
      <w:marRight w:val="0"/>
      <w:marTop w:val="0"/>
      <w:marBottom w:val="0"/>
      <w:divBdr>
        <w:top w:val="none" w:sz="0" w:space="0" w:color="auto"/>
        <w:left w:val="none" w:sz="0" w:space="0" w:color="auto"/>
        <w:bottom w:val="none" w:sz="0" w:space="0" w:color="auto"/>
        <w:right w:val="none" w:sz="0" w:space="0" w:color="auto"/>
      </w:divBdr>
    </w:div>
    <w:div w:id="830953057">
      <w:bodyDiv w:val="1"/>
      <w:marLeft w:val="0"/>
      <w:marRight w:val="0"/>
      <w:marTop w:val="0"/>
      <w:marBottom w:val="0"/>
      <w:divBdr>
        <w:top w:val="none" w:sz="0" w:space="0" w:color="auto"/>
        <w:left w:val="none" w:sz="0" w:space="0" w:color="auto"/>
        <w:bottom w:val="none" w:sz="0" w:space="0" w:color="auto"/>
        <w:right w:val="none" w:sz="0" w:space="0" w:color="auto"/>
      </w:divBdr>
    </w:div>
    <w:div w:id="859584986">
      <w:bodyDiv w:val="1"/>
      <w:marLeft w:val="0"/>
      <w:marRight w:val="0"/>
      <w:marTop w:val="0"/>
      <w:marBottom w:val="0"/>
      <w:divBdr>
        <w:top w:val="none" w:sz="0" w:space="0" w:color="auto"/>
        <w:left w:val="none" w:sz="0" w:space="0" w:color="auto"/>
        <w:bottom w:val="none" w:sz="0" w:space="0" w:color="auto"/>
        <w:right w:val="none" w:sz="0" w:space="0" w:color="auto"/>
      </w:divBdr>
    </w:div>
    <w:div w:id="896864084">
      <w:bodyDiv w:val="1"/>
      <w:marLeft w:val="0"/>
      <w:marRight w:val="0"/>
      <w:marTop w:val="0"/>
      <w:marBottom w:val="0"/>
      <w:divBdr>
        <w:top w:val="none" w:sz="0" w:space="0" w:color="auto"/>
        <w:left w:val="none" w:sz="0" w:space="0" w:color="auto"/>
        <w:bottom w:val="none" w:sz="0" w:space="0" w:color="auto"/>
        <w:right w:val="none" w:sz="0" w:space="0" w:color="auto"/>
      </w:divBdr>
    </w:div>
    <w:div w:id="974136768">
      <w:bodyDiv w:val="1"/>
      <w:marLeft w:val="0"/>
      <w:marRight w:val="0"/>
      <w:marTop w:val="0"/>
      <w:marBottom w:val="0"/>
      <w:divBdr>
        <w:top w:val="none" w:sz="0" w:space="0" w:color="auto"/>
        <w:left w:val="none" w:sz="0" w:space="0" w:color="auto"/>
        <w:bottom w:val="none" w:sz="0" w:space="0" w:color="auto"/>
        <w:right w:val="none" w:sz="0" w:space="0" w:color="auto"/>
      </w:divBdr>
    </w:div>
    <w:div w:id="996693637">
      <w:bodyDiv w:val="1"/>
      <w:marLeft w:val="0"/>
      <w:marRight w:val="0"/>
      <w:marTop w:val="0"/>
      <w:marBottom w:val="0"/>
      <w:divBdr>
        <w:top w:val="none" w:sz="0" w:space="0" w:color="auto"/>
        <w:left w:val="none" w:sz="0" w:space="0" w:color="auto"/>
        <w:bottom w:val="none" w:sz="0" w:space="0" w:color="auto"/>
        <w:right w:val="none" w:sz="0" w:space="0" w:color="auto"/>
      </w:divBdr>
    </w:div>
    <w:div w:id="1120614257">
      <w:bodyDiv w:val="1"/>
      <w:marLeft w:val="0"/>
      <w:marRight w:val="0"/>
      <w:marTop w:val="0"/>
      <w:marBottom w:val="0"/>
      <w:divBdr>
        <w:top w:val="none" w:sz="0" w:space="0" w:color="auto"/>
        <w:left w:val="none" w:sz="0" w:space="0" w:color="auto"/>
        <w:bottom w:val="none" w:sz="0" w:space="0" w:color="auto"/>
        <w:right w:val="none" w:sz="0" w:space="0" w:color="auto"/>
      </w:divBdr>
    </w:div>
    <w:div w:id="1369333536">
      <w:bodyDiv w:val="1"/>
      <w:marLeft w:val="0"/>
      <w:marRight w:val="0"/>
      <w:marTop w:val="0"/>
      <w:marBottom w:val="0"/>
      <w:divBdr>
        <w:top w:val="none" w:sz="0" w:space="0" w:color="auto"/>
        <w:left w:val="none" w:sz="0" w:space="0" w:color="auto"/>
        <w:bottom w:val="none" w:sz="0" w:space="0" w:color="auto"/>
        <w:right w:val="none" w:sz="0" w:space="0" w:color="auto"/>
      </w:divBdr>
    </w:div>
    <w:div w:id="1383093572">
      <w:bodyDiv w:val="1"/>
      <w:marLeft w:val="0"/>
      <w:marRight w:val="0"/>
      <w:marTop w:val="0"/>
      <w:marBottom w:val="0"/>
      <w:divBdr>
        <w:top w:val="none" w:sz="0" w:space="0" w:color="auto"/>
        <w:left w:val="none" w:sz="0" w:space="0" w:color="auto"/>
        <w:bottom w:val="none" w:sz="0" w:space="0" w:color="auto"/>
        <w:right w:val="none" w:sz="0" w:space="0" w:color="auto"/>
      </w:divBdr>
    </w:div>
    <w:div w:id="1391346804">
      <w:bodyDiv w:val="1"/>
      <w:marLeft w:val="0"/>
      <w:marRight w:val="0"/>
      <w:marTop w:val="0"/>
      <w:marBottom w:val="0"/>
      <w:divBdr>
        <w:top w:val="none" w:sz="0" w:space="0" w:color="auto"/>
        <w:left w:val="none" w:sz="0" w:space="0" w:color="auto"/>
        <w:bottom w:val="none" w:sz="0" w:space="0" w:color="auto"/>
        <w:right w:val="none" w:sz="0" w:space="0" w:color="auto"/>
      </w:divBdr>
    </w:div>
    <w:div w:id="1393887729">
      <w:bodyDiv w:val="1"/>
      <w:marLeft w:val="0"/>
      <w:marRight w:val="0"/>
      <w:marTop w:val="0"/>
      <w:marBottom w:val="0"/>
      <w:divBdr>
        <w:top w:val="none" w:sz="0" w:space="0" w:color="auto"/>
        <w:left w:val="none" w:sz="0" w:space="0" w:color="auto"/>
        <w:bottom w:val="none" w:sz="0" w:space="0" w:color="auto"/>
        <w:right w:val="none" w:sz="0" w:space="0" w:color="auto"/>
      </w:divBdr>
    </w:div>
    <w:div w:id="1441996497">
      <w:bodyDiv w:val="1"/>
      <w:marLeft w:val="0"/>
      <w:marRight w:val="0"/>
      <w:marTop w:val="0"/>
      <w:marBottom w:val="0"/>
      <w:divBdr>
        <w:top w:val="none" w:sz="0" w:space="0" w:color="auto"/>
        <w:left w:val="none" w:sz="0" w:space="0" w:color="auto"/>
        <w:bottom w:val="none" w:sz="0" w:space="0" w:color="auto"/>
        <w:right w:val="none" w:sz="0" w:space="0" w:color="auto"/>
      </w:divBdr>
    </w:div>
    <w:div w:id="1498107002">
      <w:bodyDiv w:val="1"/>
      <w:marLeft w:val="0"/>
      <w:marRight w:val="0"/>
      <w:marTop w:val="0"/>
      <w:marBottom w:val="0"/>
      <w:divBdr>
        <w:top w:val="none" w:sz="0" w:space="0" w:color="auto"/>
        <w:left w:val="none" w:sz="0" w:space="0" w:color="auto"/>
        <w:bottom w:val="none" w:sz="0" w:space="0" w:color="auto"/>
        <w:right w:val="none" w:sz="0" w:space="0" w:color="auto"/>
      </w:divBdr>
    </w:div>
    <w:div w:id="1560634458">
      <w:bodyDiv w:val="1"/>
      <w:marLeft w:val="0"/>
      <w:marRight w:val="0"/>
      <w:marTop w:val="0"/>
      <w:marBottom w:val="0"/>
      <w:divBdr>
        <w:top w:val="none" w:sz="0" w:space="0" w:color="auto"/>
        <w:left w:val="none" w:sz="0" w:space="0" w:color="auto"/>
        <w:bottom w:val="none" w:sz="0" w:space="0" w:color="auto"/>
        <w:right w:val="none" w:sz="0" w:space="0" w:color="auto"/>
      </w:divBdr>
    </w:div>
    <w:div w:id="1781415739">
      <w:bodyDiv w:val="1"/>
      <w:marLeft w:val="0"/>
      <w:marRight w:val="0"/>
      <w:marTop w:val="0"/>
      <w:marBottom w:val="0"/>
      <w:divBdr>
        <w:top w:val="none" w:sz="0" w:space="0" w:color="auto"/>
        <w:left w:val="none" w:sz="0" w:space="0" w:color="auto"/>
        <w:bottom w:val="none" w:sz="0" w:space="0" w:color="auto"/>
        <w:right w:val="none" w:sz="0" w:space="0" w:color="auto"/>
      </w:divBdr>
    </w:div>
    <w:div w:id="1901211806">
      <w:bodyDiv w:val="1"/>
      <w:marLeft w:val="0"/>
      <w:marRight w:val="0"/>
      <w:marTop w:val="0"/>
      <w:marBottom w:val="0"/>
      <w:divBdr>
        <w:top w:val="none" w:sz="0" w:space="0" w:color="auto"/>
        <w:left w:val="none" w:sz="0" w:space="0" w:color="auto"/>
        <w:bottom w:val="none" w:sz="0" w:space="0" w:color="auto"/>
        <w:right w:val="none" w:sz="0" w:space="0" w:color="auto"/>
      </w:divBdr>
    </w:div>
    <w:div w:id="2068185343">
      <w:bodyDiv w:val="1"/>
      <w:marLeft w:val="0"/>
      <w:marRight w:val="0"/>
      <w:marTop w:val="0"/>
      <w:marBottom w:val="0"/>
      <w:divBdr>
        <w:top w:val="none" w:sz="0" w:space="0" w:color="auto"/>
        <w:left w:val="none" w:sz="0" w:space="0" w:color="auto"/>
        <w:bottom w:val="none" w:sz="0" w:space="0" w:color="auto"/>
        <w:right w:val="none" w:sz="0" w:space="0" w:color="auto"/>
      </w:divBdr>
    </w:div>
    <w:div w:id="2117017851">
      <w:bodyDiv w:val="1"/>
      <w:marLeft w:val="0"/>
      <w:marRight w:val="0"/>
      <w:marTop w:val="0"/>
      <w:marBottom w:val="0"/>
      <w:divBdr>
        <w:top w:val="none" w:sz="0" w:space="0" w:color="auto"/>
        <w:left w:val="none" w:sz="0" w:space="0" w:color="auto"/>
        <w:bottom w:val="none" w:sz="0" w:space="0" w:color="auto"/>
        <w:right w:val="none" w:sz="0" w:space="0" w:color="auto"/>
      </w:divBdr>
    </w:div>
    <w:div w:id="2121145492">
      <w:bodyDiv w:val="1"/>
      <w:marLeft w:val="0"/>
      <w:marRight w:val="0"/>
      <w:marTop w:val="0"/>
      <w:marBottom w:val="0"/>
      <w:divBdr>
        <w:top w:val="none" w:sz="0" w:space="0" w:color="auto"/>
        <w:left w:val="none" w:sz="0" w:space="0" w:color="auto"/>
        <w:bottom w:val="none" w:sz="0" w:space="0" w:color="auto"/>
        <w:right w:val="none" w:sz="0" w:space="0" w:color="auto"/>
      </w:divBdr>
    </w:div>
    <w:div w:id="2135826132">
      <w:bodyDiv w:val="1"/>
      <w:marLeft w:val="0"/>
      <w:marRight w:val="0"/>
      <w:marTop w:val="0"/>
      <w:marBottom w:val="0"/>
      <w:divBdr>
        <w:top w:val="none" w:sz="0" w:space="0" w:color="auto"/>
        <w:left w:val="none" w:sz="0" w:space="0" w:color="auto"/>
        <w:bottom w:val="none" w:sz="0" w:space="0" w:color="auto"/>
        <w:right w:val="none" w:sz="0" w:space="0" w:color="auto"/>
      </w:divBdr>
    </w:div>
    <w:div w:id="21394451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4810F-4DF7-4C25-8208-F04046218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6134</Words>
  <Characters>34970</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41022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Simon Allen</cp:lastModifiedBy>
  <cp:revision>3</cp:revision>
  <dcterms:created xsi:type="dcterms:W3CDTF">2026-07-10T16:37:00Z</dcterms:created>
  <dcterms:modified xsi:type="dcterms:W3CDTF">2026-07-10T16:46:00Z</dcterms:modified>
  <cp:category/>
</cp:coreProperties>
</file>